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90E319" w14:textId="77777777" w:rsidR="00921941" w:rsidRPr="00482F2A" w:rsidRDefault="00AA22DB" w:rsidP="00482F2A">
      <w:pPr>
        <w:autoSpaceDE w:val="0"/>
        <w:autoSpaceDN w:val="0"/>
        <w:spacing w:after="0" w:line="230" w:lineRule="auto"/>
        <w:jc w:val="center"/>
        <w:rPr>
          <w:lang w:val="ru-RU"/>
        </w:rPr>
      </w:pPr>
      <w:r w:rsidRPr="00482F2A">
        <w:rPr>
          <w:rFonts w:ascii="Times New Roman" w:eastAsia="Times New Roman" w:hAnsi="Times New Roman"/>
          <w:b/>
          <w:color w:val="000000"/>
          <w:sz w:val="24"/>
          <w:lang w:val="ru-RU"/>
        </w:rPr>
        <w:t>МИНИСТЕРСТВО ПРОСВЕЩЕНИЯ РОССИЙСКОЙ ФЕДЕРАЦИИ</w:t>
      </w:r>
    </w:p>
    <w:p w14:paraId="6324EEBB" w14:textId="77777777" w:rsidR="00482F2A" w:rsidRDefault="00AA22DB" w:rsidP="00482F2A">
      <w:pPr>
        <w:autoSpaceDE w:val="0"/>
        <w:autoSpaceDN w:val="0"/>
        <w:spacing w:before="670" w:after="0" w:line="230" w:lineRule="auto"/>
        <w:jc w:val="center"/>
        <w:rPr>
          <w:lang w:val="ru-RU"/>
        </w:rPr>
      </w:pPr>
      <w:r w:rsidRPr="00482F2A">
        <w:rPr>
          <w:rFonts w:ascii="Times New Roman" w:eastAsia="Times New Roman" w:hAnsi="Times New Roman"/>
          <w:color w:val="000000"/>
          <w:sz w:val="24"/>
          <w:lang w:val="ru-RU"/>
        </w:rPr>
        <w:t>Министерство образования и науки Республики Татарстан</w:t>
      </w:r>
    </w:p>
    <w:p w14:paraId="31F838B5" w14:textId="4C39DECB" w:rsidR="00921941" w:rsidRPr="00482F2A" w:rsidRDefault="00AA22DB" w:rsidP="00482F2A">
      <w:pPr>
        <w:autoSpaceDE w:val="0"/>
        <w:autoSpaceDN w:val="0"/>
        <w:spacing w:before="670" w:after="0" w:line="230" w:lineRule="auto"/>
        <w:jc w:val="center"/>
        <w:rPr>
          <w:lang w:val="ru-RU"/>
        </w:rPr>
      </w:pPr>
      <w:r w:rsidRPr="00482F2A">
        <w:rPr>
          <w:rFonts w:ascii="Times New Roman" w:eastAsia="Times New Roman" w:hAnsi="Times New Roman"/>
          <w:color w:val="000000"/>
          <w:sz w:val="24"/>
          <w:lang w:val="ru-RU"/>
        </w:rPr>
        <w:t>МУ "Отдел образования исполнительного комитета Спасского муниципального района"</w:t>
      </w:r>
    </w:p>
    <w:p w14:paraId="1AA44EF9" w14:textId="77777777" w:rsidR="00921941" w:rsidRDefault="00AA22DB">
      <w:pPr>
        <w:autoSpaceDE w:val="0"/>
        <w:autoSpaceDN w:val="0"/>
        <w:spacing w:before="670" w:after="1376" w:line="230" w:lineRule="auto"/>
        <w:ind w:right="3882"/>
        <w:jc w:val="right"/>
      </w:pPr>
      <w:r>
        <w:rPr>
          <w:rFonts w:ascii="Times New Roman" w:eastAsia="Times New Roman" w:hAnsi="Times New Roman"/>
          <w:color w:val="000000"/>
          <w:sz w:val="24"/>
        </w:rPr>
        <w:t>МБОУ «БСОШ № 2»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422"/>
        <w:gridCol w:w="3220"/>
        <w:gridCol w:w="3440"/>
      </w:tblGrid>
      <w:tr w:rsidR="00921941" w14:paraId="5451A1E0" w14:textId="77777777">
        <w:trPr>
          <w:trHeight w:hRule="exact" w:val="274"/>
        </w:trPr>
        <w:tc>
          <w:tcPr>
            <w:tcW w:w="3422" w:type="dxa"/>
            <w:tcMar>
              <w:left w:w="0" w:type="dxa"/>
              <w:right w:w="0" w:type="dxa"/>
            </w:tcMar>
          </w:tcPr>
          <w:p w14:paraId="2C766A6B" w14:textId="77777777" w:rsidR="00921941" w:rsidRDefault="00AA22DB">
            <w:pPr>
              <w:autoSpaceDE w:val="0"/>
              <w:autoSpaceDN w:val="0"/>
              <w:spacing w:before="4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РАССМОТРЕНО</w:t>
            </w:r>
          </w:p>
        </w:tc>
        <w:tc>
          <w:tcPr>
            <w:tcW w:w="3220" w:type="dxa"/>
            <w:tcMar>
              <w:left w:w="0" w:type="dxa"/>
              <w:right w:w="0" w:type="dxa"/>
            </w:tcMar>
          </w:tcPr>
          <w:p w14:paraId="55DD5B0B" w14:textId="77777777" w:rsidR="00921941" w:rsidRDefault="00AA22DB">
            <w:pPr>
              <w:autoSpaceDE w:val="0"/>
              <w:autoSpaceDN w:val="0"/>
              <w:spacing w:before="48" w:after="0" w:line="230" w:lineRule="auto"/>
              <w:ind w:left="9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СОГЛАСОВАНО</w:t>
            </w:r>
          </w:p>
        </w:tc>
        <w:tc>
          <w:tcPr>
            <w:tcW w:w="3440" w:type="dxa"/>
            <w:tcMar>
              <w:left w:w="0" w:type="dxa"/>
              <w:right w:w="0" w:type="dxa"/>
            </w:tcMar>
          </w:tcPr>
          <w:p w14:paraId="27FA9C79" w14:textId="77777777" w:rsidR="00921941" w:rsidRDefault="00AA22DB">
            <w:pPr>
              <w:autoSpaceDE w:val="0"/>
              <w:autoSpaceDN w:val="0"/>
              <w:spacing w:before="48" w:after="0" w:line="230" w:lineRule="auto"/>
              <w:ind w:left="39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УТВЕРЖДЕНО</w:t>
            </w:r>
          </w:p>
        </w:tc>
      </w:tr>
      <w:tr w:rsidR="00921941" w14:paraId="455EEA2B" w14:textId="77777777">
        <w:trPr>
          <w:trHeight w:hRule="exact" w:val="200"/>
        </w:trPr>
        <w:tc>
          <w:tcPr>
            <w:tcW w:w="3422" w:type="dxa"/>
            <w:tcMar>
              <w:left w:w="0" w:type="dxa"/>
              <w:right w:w="0" w:type="dxa"/>
            </w:tcMar>
          </w:tcPr>
          <w:p w14:paraId="5ABBF8FF" w14:textId="77777777" w:rsidR="00921941" w:rsidRPr="00482F2A" w:rsidRDefault="00AA22DB">
            <w:pPr>
              <w:autoSpaceDE w:val="0"/>
              <w:autoSpaceDN w:val="0"/>
              <w:spacing w:after="0" w:line="230" w:lineRule="auto"/>
              <w:rPr>
                <w:lang w:val="ru-RU"/>
              </w:rPr>
            </w:pPr>
            <w:r w:rsidRPr="00482F2A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на заседании МО учителей начальных</w:t>
            </w:r>
          </w:p>
        </w:tc>
        <w:tc>
          <w:tcPr>
            <w:tcW w:w="3220" w:type="dxa"/>
            <w:tcMar>
              <w:left w:w="0" w:type="dxa"/>
              <w:right w:w="0" w:type="dxa"/>
            </w:tcMar>
          </w:tcPr>
          <w:p w14:paraId="784C3AAE" w14:textId="77777777" w:rsidR="00921941" w:rsidRDefault="00AA22DB">
            <w:pPr>
              <w:autoSpaceDE w:val="0"/>
              <w:autoSpaceDN w:val="0"/>
              <w:spacing w:after="0" w:line="230" w:lineRule="auto"/>
              <w:ind w:left="9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на заседании МС школы </w:t>
            </w:r>
          </w:p>
        </w:tc>
        <w:tc>
          <w:tcPr>
            <w:tcW w:w="3440" w:type="dxa"/>
            <w:tcMar>
              <w:left w:w="0" w:type="dxa"/>
              <w:right w:w="0" w:type="dxa"/>
            </w:tcMar>
          </w:tcPr>
          <w:p w14:paraId="1F742291" w14:textId="4458059D" w:rsidR="00921941" w:rsidRDefault="00AA22DB">
            <w:pPr>
              <w:autoSpaceDE w:val="0"/>
              <w:autoSpaceDN w:val="0"/>
              <w:spacing w:after="0" w:line="230" w:lineRule="auto"/>
              <w:ind w:left="39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Директор</w:t>
            </w:r>
          </w:p>
        </w:tc>
      </w:tr>
      <w:tr w:rsidR="00921941" w14:paraId="66DB5936" w14:textId="77777777">
        <w:trPr>
          <w:trHeight w:hRule="exact" w:val="400"/>
        </w:trPr>
        <w:tc>
          <w:tcPr>
            <w:tcW w:w="3422" w:type="dxa"/>
            <w:tcMar>
              <w:left w:w="0" w:type="dxa"/>
              <w:right w:w="0" w:type="dxa"/>
            </w:tcMar>
          </w:tcPr>
          <w:p w14:paraId="654A5720" w14:textId="77777777" w:rsidR="00921941" w:rsidRDefault="00AA22DB">
            <w:pPr>
              <w:autoSpaceDE w:val="0"/>
              <w:autoSpaceDN w:val="0"/>
              <w:spacing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классов</w:t>
            </w:r>
          </w:p>
        </w:tc>
        <w:tc>
          <w:tcPr>
            <w:tcW w:w="3220" w:type="dxa"/>
            <w:vMerge w:val="restart"/>
            <w:tcMar>
              <w:left w:w="0" w:type="dxa"/>
              <w:right w:w="0" w:type="dxa"/>
            </w:tcMar>
          </w:tcPr>
          <w:p w14:paraId="6FFD48DA" w14:textId="77777777" w:rsidR="00921941" w:rsidRDefault="00AA22DB">
            <w:pPr>
              <w:autoSpaceDE w:val="0"/>
              <w:autoSpaceDN w:val="0"/>
              <w:spacing w:before="198" w:after="0" w:line="230" w:lineRule="auto"/>
              <w:ind w:left="9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______________Черкасова Е.А.</w:t>
            </w:r>
          </w:p>
        </w:tc>
        <w:tc>
          <w:tcPr>
            <w:tcW w:w="3440" w:type="dxa"/>
            <w:vMerge w:val="restart"/>
            <w:tcMar>
              <w:left w:w="0" w:type="dxa"/>
              <w:right w:w="0" w:type="dxa"/>
            </w:tcMar>
          </w:tcPr>
          <w:p w14:paraId="62E0D86B" w14:textId="77777777" w:rsidR="00921941" w:rsidRDefault="00AA22DB">
            <w:pPr>
              <w:autoSpaceDE w:val="0"/>
              <w:autoSpaceDN w:val="0"/>
              <w:spacing w:before="198" w:after="0" w:line="230" w:lineRule="auto"/>
              <w:ind w:left="39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______________Борюшкина Л.В.</w:t>
            </w:r>
          </w:p>
        </w:tc>
      </w:tr>
      <w:tr w:rsidR="00921941" w14:paraId="1817C3E8" w14:textId="77777777">
        <w:trPr>
          <w:trHeight w:hRule="exact" w:val="116"/>
        </w:trPr>
        <w:tc>
          <w:tcPr>
            <w:tcW w:w="3422" w:type="dxa"/>
            <w:vMerge w:val="restart"/>
            <w:tcMar>
              <w:left w:w="0" w:type="dxa"/>
              <w:right w:w="0" w:type="dxa"/>
            </w:tcMar>
          </w:tcPr>
          <w:p w14:paraId="07FA4C61" w14:textId="77777777" w:rsidR="00921941" w:rsidRDefault="00AA22DB">
            <w:pPr>
              <w:autoSpaceDE w:val="0"/>
              <w:autoSpaceDN w:val="0"/>
              <w:spacing w:before="2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______________Егорова О.Н.</w:t>
            </w:r>
          </w:p>
        </w:tc>
        <w:tc>
          <w:tcPr>
            <w:tcW w:w="3424" w:type="dxa"/>
            <w:vMerge/>
          </w:tcPr>
          <w:p w14:paraId="2850DDF6" w14:textId="77777777" w:rsidR="00921941" w:rsidRDefault="00921941"/>
        </w:tc>
        <w:tc>
          <w:tcPr>
            <w:tcW w:w="3424" w:type="dxa"/>
            <w:vMerge/>
          </w:tcPr>
          <w:p w14:paraId="415FED1A" w14:textId="77777777" w:rsidR="00921941" w:rsidRDefault="00921941"/>
        </w:tc>
      </w:tr>
      <w:tr w:rsidR="00921941" w14:paraId="5E8C6CED" w14:textId="77777777">
        <w:trPr>
          <w:trHeight w:hRule="exact" w:val="304"/>
        </w:trPr>
        <w:tc>
          <w:tcPr>
            <w:tcW w:w="3424" w:type="dxa"/>
            <w:vMerge/>
          </w:tcPr>
          <w:p w14:paraId="62C35D5E" w14:textId="77777777" w:rsidR="00921941" w:rsidRDefault="00921941"/>
        </w:tc>
        <w:tc>
          <w:tcPr>
            <w:tcW w:w="3220" w:type="dxa"/>
            <w:tcMar>
              <w:left w:w="0" w:type="dxa"/>
              <w:right w:w="0" w:type="dxa"/>
            </w:tcMar>
          </w:tcPr>
          <w:p w14:paraId="7BE1C0ED" w14:textId="77777777" w:rsidR="00921941" w:rsidRDefault="00AA22DB">
            <w:pPr>
              <w:autoSpaceDE w:val="0"/>
              <w:autoSpaceDN w:val="0"/>
              <w:spacing w:before="78" w:after="0" w:line="230" w:lineRule="auto"/>
              <w:ind w:left="9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Протокол №</w:t>
            </w:r>
          </w:p>
        </w:tc>
        <w:tc>
          <w:tcPr>
            <w:tcW w:w="3440" w:type="dxa"/>
            <w:tcMar>
              <w:left w:w="0" w:type="dxa"/>
              <w:right w:w="0" w:type="dxa"/>
            </w:tcMar>
          </w:tcPr>
          <w:p w14:paraId="1EB345E0" w14:textId="77777777" w:rsidR="00921941" w:rsidRDefault="00AA22DB">
            <w:pPr>
              <w:autoSpaceDE w:val="0"/>
              <w:autoSpaceDN w:val="0"/>
              <w:spacing w:before="78" w:after="0" w:line="230" w:lineRule="auto"/>
              <w:ind w:left="39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Приказ №</w:t>
            </w:r>
          </w:p>
        </w:tc>
      </w:tr>
      <w:tr w:rsidR="00921941" w14:paraId="59343953" w14:textId="77777777">
        <w:trPr>
          <w:trHeight w:hRule="exact" w:val="300"/>
        </w:trPr>
        <w:tc>
          <w:tcPr>
            <w:tcW w:w="3422" w:type="dxa"/>
            <w:tcMar>
              <w:left w:w="0" w:type="dxa"/>
              <w:right w:w="0" w:type="dxa"/>
            </w:tcMar>
          </w:tcPr>
          <w:p w14:paraId="4C3BB609" w14:textId="77777777" w:rsidR="00921941" w:rsidRDefault="00AA22DB">
            <w:pPr>
              <w:autoSpaceDE w:val="0"/>
              <w:autoSpaceDN w:val="0"/>
              <w:spacing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Протокол №</w:t>
            </w:r>
          </w:p>
        </w:tc>
        <w:tc>
          <w:tcPr>
            <w:tcW w:w="3220" w:type="dxa"/>
            <w:vMerge w:val="restart"/>
            <w:tcMar>
              <w:left w:w="0" w:type="dxa"/>
              <w:right w:w="0" w:type="dxa"/>
            </w:tcMar>
          </w:tcPr>
          <w:p w14:paraId="29C34D5D" w14:textId="6FDD8873" w:rsidR="00921941" w:rsidRDefault="00AA22DB">
            <w:pPr>
              <w:autoSpaceDE w:val="0"/>
              <w:autoSpaceDN w:val="0"/>
              <w:spacing w:before="194" w:after="0" w:line="230" w:lineRule="auto"/>
              <w:ind w:left="9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 "</w:t>
            </w:r>
            <w:r w:rsidR="00E875B5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" август</w:t>
            </w:r>
            <w:r w:rsidR="00E875B5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а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 2022 г.</w:t>
            </w:r>
          </w:p>
        </w:tc>
        <w:tc>
          <w:tcPr>
            <w:tcW w:w="3440" w:type="dxa"/>
            <w:vMerge w:val="restart"/>
            <w:tcMar>
              <w:left w:w="0" w:type="dxa"/>
              <w:right w:w="0" w:type="dxa"/>
            </w:tcMar>
          </w:tcPr>
          <w:p w14:paraId="447BB74F" w14:textId="084D0536" w:rsidR="00921941" w:rsidRDefault="00AA22DB">
            <w:pPr>
              <w:autoSpaceDE w:val="0"/>
              <w:autoSpaceDN w:val="0"/>
              <w:spacing w:before="194" w:after="0" w:line="230" w:lineRule="auto"/>
              <w:ind w:left="39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 "</w:t>
            </w:r>
            <w:r w:rsidR="00E875B5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 xml:space="preserve">     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" август</w:t>
            </w:r>
            <w:r w:rsidR="00E875B5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 xml:space="preserve">а 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2022 г.</w:t>
            </w:r>
          </w:p>
        </w:tc>
      </w:tr>
      <w:tr w:rsidR="00921941" w14:paraId="5B4B2C41" w14:textId="77777777">
        <w:trPr>
          <w:trHeight w:hRule="exact" w:val="384"/>
        </w:trPr>
        <w:tc>
          <w:tcPr>
            <w:tcW w:w="3422" w:type="dxa"/>
            <w:tcMar>
              <w:left w:w="0" w:type="dxa"/>
              <w:right w:w="0" w:type="dxa"/>
            </w:tcMar>
          </w:tcPr>
          <w:p w14:paraId="43880702" w14:textId="52986082" w:rsidR="00921941" w:rsidRDefault="00AA22DB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 "</w:t>
            </w:r>
            <w:r w:rsidR="00E875B5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" август</w:t>
            </w:r>
            <w:r w:rsidR="00E875B5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 xml:space="preserve">а 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2022 г.</w:t>
            </w:r>
          </w:p>
        </w:tc>
        <w:tc>
          <w:tcPr>
            <w:tcW w:w="3424" w:type="dxa"/>
            <w:vMerge/>
          </w:tcPr>
          <w:p w14:paraId="5481BA1B" w14:textId="77777777" w:rsidR="00921941" w:rsidRDefault="00921941"/>
        </w:tc>
        <w:tc>
          <w:tcPr>
            <w:tcW w:w="3424" w:type="dxa"/>
            <w:vMerge/>
          </w:tcPr>
          <w:p w14:paraId="0FCD8A9C" w14:textId="77777777" w:rsidR="00921941" w:rsidRDefault="00921941"/>
        </w:tc>
      </w:tr>
    </w:tbl>
    <w:p w14:paraId="301355AC" w14:textId="204E5C86" w:rsidR="0069551C" w:rsidRPr="0069551C" w:rsidRDefault="00AA22DB" w:rsidP="0069551C">
      <w:pPr>
        <w:autoSpaceDE w:val="0"/>
        <w:autoSpaceDN w:val="0"/>
        <w:spacing w:before="978" w:after="0" w:line="230" w:lineRule="auto"/>
        <w:ind w:left="720" w:right="3630"/>
        <w:jc w:val="right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69551C">
        <w:rPr>
          <w:rFonts w:ascii="Times New Roman" w:eastAsia="Times New Roman" w:hAnsi="Times New Roman"/>
          <w:b/>
          <w:color w:val="000000"/>
          <w:sz w:val="24"/>
          <w:lang w:val="ru-RU"/>
        </w:rPr>
        <w:t>РАБОЧАЯ ПРОГРАММА</w:t>
      </w:r>
      <w:r w:rsidR="0069551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                     </w:t>
      </w:r>
      <w:r w:rsidR="0069551C" w:rsidRPr="0069551C">
        <w:rPr>
          <w:rFonts w:ascii="Times New Roman" w:eastAsia="Times New Roman" w:hAnsi="Times New Roman"/>
          <w:b/>
          <w:color w:val="000000"/>
          <w:sz w:val="24"/>
          <w:lang w:val="ru-RU"/>
        </w:rPr>
        <w:t>НАЧАЛЬНОГО ОБЩЕГО ОБРАЗОВАНИЯ</w:t>
      </w:r>
    </w:p>
    <w:p w14:paraId="52E78524" w14:textId="3149D2CF" w:rsidR="00921941" w:rsidRPr="0069551C" w:rsidRDefault="00AA22DB">
      <w:pPr>
        <w:autoSpaceDE w:val="0"/>
        <w:autoSpaceDN w:val="0"/>
        <w:spacing w:before="70" w:after="0" w:line="230" w:lineRule="auto"/>
        <w:ind w:right="4402"/>
        <w:jc w:val="right"/>
        <w:rPr>
          <w:lang w:val="ru-RU"/>
        </w:rPr>
      </w:pPr>
      <w:r w:rsidRPr="0069551C">
        <w:rPr>
          <w:rFonts w:ascii="Times New Roman" w:eastAsia="Times New Roman" w:hAnsi="Times New Roman"/>
          <w:b/>
          <w:color w:val="000000"/>
          <w:sz w:val="24"/>
          <w:lang w:val="ru-RU"/>
        </w:rPr>
        <w:t>(</w:t>
      </w:r>
      <w:r>
        <w:rPr>
          <w:rFonts w:ascii="Times New Roman" w:eastAsia="Times New Roman" w:hAnsi="Times New Roman"/>
          <w:b/>
          <w:color w:val="000000"/>
          <w:sz w:val="24"/>
        </w:rPr>
        <w:t>ID</w:t>
      </w:r>
      <w:r w:rsidRPr="0069551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</w:t>
      </w:r>
      <w:r w:rsidR="00727D2D">
        <w:rPr>
          <w:rFonts w:ascii="Times New Roman" w:eastAsia="Times New Roman" w:hAnsi="Times New Roman"/>
          <w:b/>
          <w:color w:val="000000"/>
          <w:sz w:val="24"/>
          <w:lang w:val="ru-RU"/>
        </w:rPr>
        <w:t>1138559</w:t>
      </w:r>
      <w:r w:rsidRPr="0069551C">
        <w:rPr>
          <w:rFonts w:ascii="Times New Roman" w:eastAsia="Times New Roman" w:hAnsi="Times New Roman"/>
          <w:b/>
          <w:color w:val="000000"/>
          <w:sz w:val="24"/>
          <w:lang w:val="ru-RU"/>
        </w:rPr>
        <w:t>)</w:t>
      </w:r>
    </w:p>
    <w:p w14:paraId="16EB9FA8" w14:textId="77777777" w:rsidR="00921941" w:rsidRPr="0069551C" w:rsidRDefault="00AA22DB">
      <w:pPr>
        <w:autoSpaceDE w:val="0"/>
        <w:autoSpaceDN w:val="0"/>
        <w:spacing w:before="166" w:after="0" w:line="230" w:lineRule="auto"/>
        <w:ind w:right="4002"/>
        <w:jc w:val="right"/>
        <w:rPr>
          <w:lang w:val="ru-RU"/>
        </w:rPr>
      </w:pPr>
      <w:r w:rsidRPr="0069551C">
        <w:rPr>
          <w:rFonts w:ascii="Times New Roman" w:eastAsia="Times New Roman" w:hAnsi="Times New Roman"/>
          <w:color w:val="000000"/>
          <w:sz w:val="24"/>
          <w:lang w:val="ru-RU"/>
        </w:rPr>
        <w:t>учебного предмета</w:t>
      </w:r>
    </w:p>
    <w:p w14:paraId="6858A0E2" w14:textId="77777777" w:rsidR="00921941" w:rsidRPr="00E12312" w:rsidRDefault="00AA22DB">
      <w:pPr>
        <w:autoSpaceDE w:val="0"/>
        <w:autoSpaceDN w:val="0"/>
        <w:spacing w:before="70" w:after="0" w:line="230" w:lineRule="auto"/>
        <w:ind w:right="4160"/>
        <w:jc w:val="right"/>
        <w:rPr>
          <w:lang w:val="ru-RU"/>
        </w:rPr>
      </w:pPr>
      <w:r w:rsidRPr="00E12312">
        <w:rPr>
          <w:rFonts w:ascii="Times New Roman" w:eastAsia="Times New Roman" w:hAnsi="Times New Roman"/>
          <w:color w:val="000000"/>
          <w:sz w:val="24"/>
          <w:lang w:val="ru-RU"/>
        </w:rPr>
        <w:t>«Русский язык»</w:t>
      </w:r>
    </w:p>
    <w:p w14:paraId="2B20E86D" w14:textId="0F79AB72" w:rsidR="00921941" w:rsidRPr="00E12312" w:rsidRDefault="00AA22DB">
      <w:pPr>
        <w:autoSpaceDE w:val="0"/>
        <w:autoSpaceDN w:val="0"/>
        <w:spacing w:before="670" w:after="0" w:line="230" w:lineRule="auto"/>
        <w:ind w:right="2662"/>
        <w:jc w:val="right"/>
        <w:rPr>
          <w:lang w:val="ru-RU"/>
        </w:rPr>
      </w:pPr>
      <w:r w:rsidRPr="00E12312">
        <w:rPr>
          <w:rFonts w:ascii="Times New Roman" w:eastAsia="Times New Roman" w:hAnsi="Times New Roman"/>
          <w:color w:val="000000"/>
          <w:sz w:val="24"/>
          <w:lang w:val="ru-RU"/>
        </w:rPr>
        <w:t>для 1</w:t>
      </w:r>
      <w:r w:rsidR="001F78E4">
        <w:rPr>
          <w:rFonts w:ascii="Times New Roman" w:eastAsia="Times New Roman" w:hAnsi="Times New Roman"/>
          <w:color w:val="000000"/>
          <w:sz w:val="24"/>
          <w:lang w:val="ru-RU"/>
        </w:rPr>
        <w:t>-4</w:t>
      </w:r>
      <w:r w:rsidRPr="00E12312">
        <w:rPr>
          <w:rFonts w:ascii="Times New Roman" w:eastAsia="Times New Roman" w:hAnsi="Times New Roman"/>
          <w:color w:val="000000"/>
          <w:sz w:val="24"/>
          <w:lang w:val="ru-RU"/>
        </w:rPr>
        <w:t xml:space="preserve"> класс</w:t>
      </w:r>
      <w:r w:rsidR="001F78E4">
        <w:rPr>
          <w:rFonts w:ascii="Times New Roman" w:eastAsia="Times New Roman" w:hAnsi="Times New Roman"/>
          <w:color w:val="000000"/>
          <w:sz w:val="24"/>
          <w:lang w:val="ru-RU"/>
        </w:rPr>
        <w:t>ов</w:t>
      </w:r>
      <w:r w:rsidRPr="00E12312">
        <w:rPr>
          <w:rFonts w:ascii="Times New Roman" w:eastAsia="Times New Roman" w:hAnsi="Times New Roman"/>
          <w:color w:val="000000"/>
          <w:sz w:val="24"/>
          <w:lang w:val="ru-RU"/>
        </w:rPr>
        <w:t xml:space="preserve"> начального общего образования</w:t>
      </w:r>
    </w:p>
    <w:p w14:paraId="28816DC6" w14:textId="49B2F2AE" w:rsidR="00921941" w:rsidRPr="00727D2D" w:rsidRDefault="00921941">
      <w:pPr>
        <w:autoSpaceDE w:val="0"/>
        <w:autoSpaceDN w:val="0"/>
        <w:spacing w:before="70" w:after="0" w:line="230" w:lineRule="auto"/>
        <w:ind w:right="3600"/>
        <w:jc w:val="right"/>
        <w:rPr>
          <w:lang w:val="ru-RU"/>
        </w:rPr>
      </w:pPr>
    </w:p>
    <w:p w14:paraId="57341CB3" w14:textId="7114D4E0" w:rsidR="00482F2A" w:rsidRDefault="00482F2A">
      <w:pPr>
        <w:autoSpaceDE w:val="0"/>
        <w:autoSpaceDN w:val="0"/>
        <w:spacing w:before="70" w:after="0" w:line="230" w:lineRule="auto"/>
        <w:ind w:right="20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14:paraId="47378325" w14:textId="37AF0054" w:rsidR="001F78E4" w:rsidRDefault="001F78E4">
      <w:pPr>
        <w:autoSpaceDE w:val="0"/>
        <w:autoSpaceDN w:val="0"/>
        <w:spacing w:before="70" w:after="0" w:line="230" w:lineRule="auto"/>
        <w:ind w:right="20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14:paraId="4FAC60D8" w14:textId="230C1F81" w:rsidR="001F78E4" w:rsidRDefault="001F78E4">
      <w:pPr>
        <w:autoSpaceDE w:val="0"/>
        <w:autoSpaceDN w:val="0"/>
        <w:spacing w:before="70" w:after="0" w:line="230" w:lineRule="auto"/>
        <w:ind w:right="20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14:paraId="232153F5" w14:textId="509EAB67" w:rsidR="001F78E4" w:rsidRDefault="001F78E4">
      <w:pPr>
        <w:autoSpaceDE w:val="0"/>
        <w:autoSpaceDN w:val="0"/>
        <w:spacing w:before="70" w:after="0" w:line="230" w:lineRule="auto"/>
        <w:ind w:right="20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14:paraId="7222809B" w14:textId="30ACB39E" w:rsidR="001F78E4" w:rsidRDefault="001F78E4">
      <w:pPr>
        <w:autoSpaceDE w:val="0"/>
        <w:autoSpaceDN w:val="0"/>
        <w:spacing w:before="70" w:after="0" w:line="230" w:lineRule="auto"/>
        <w:ind w:right="20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14:paraId="6C73913B" w14:textId="289786A9" w:rsidR="001F78E4" w:rsidRDefault="001F78E4">
      <w:pPr>
        <w:autoSpaceDE w:val="0"/>
        <w:autoSpaceDN w:val="0"/>
        <w:spacing w:before="70" w:after="0" w:line="230" w:lineRule="auto"/>
        <w:ind w:right="20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14:paraId="5815CF8B" w14:textId="57C7F2A4" w:rsidR="001F78E4" w:rsidRDefault="001F78E4">
      <w:pPr>
        <w:autoSpaceDE w:val="0"/>
        <w:autoSpaceDN w:val="0"/>
        <w:spacing w:before="70" w:after="0" w:line="230" w:lineRule="auto"/>
        <w:ind w:right="20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14:paraId="2CB4740B" w14:textId="21D48425" w:rsidR="001F78E4" w:rsidRDefault="001F78E4">
      <w:pPr>
        <w:autoSpaceDE w:val="0"/>
        <w:autoSpaceDN w:val="0"/>
        <w:spacing w:before="70" w:after="0" w:line="230" w:lineRule="auto"/>
        <w:ind w:right="20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14:paraId="70DE311E" w14:textId="170F3626" w:rsidR="001F78E4" w:rsidRDefault="001F78E4">
      <w:pPr>
        <w:autoSpaceDE w:val="0"/>
        <w:autoSpaceDN w:val="0"/>
        <w:spacing w:before="70" w:after="0" w:line="230" w:lineRule="auto"/>
        <w:ind w:right="20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14:paraId="1388F0A3" w14:textId="5A4730F1" w:rsidR="00921941" w:rsidRPr="00727D2D" w:rsidRDefault="00AA22DB">
      <w:pPr>
        <w:autoSpaceDE w:val="0"/>
        <w:autoSpaceDN w:val="0"/>
        <w:spacing w:after="0" w:line="230" w:lineRule="auto"/>
        <w:ind w:right="3828"/>
        <w:jc w:val="right"/>
        <w:rPr>
          <w:lang w:val="ru-RU"/>
        </w:rPr>
      </w:pPr>
      <w:bookmarkStart w:id="0" w:name="_GoBack"/>
      <w:bookmarkEnd w:id="0"/>
      <w:r w:rsidRPr="00727D2D">
        <w:rPr>
          <w:rFonts w:ascii="Times New Roman" w:eastAsia="Times New Roman" w:hAnsi="Times New Roman"/>
          <w:color w:val="000000"/>
          <w:sz w:val="24"/>
          <w:lang w:val="ru-RU"/>
        </w:rPr>
        <w:t>Болгар 2022</w:t>
      </w:r>
    </w:p>
    <w:p w14:paraId="07844827" w14:textId="77777777" w:rsidR="00921941" w:rsidRPr="00727D2D" w:rsidRDefault="00921941">
      <w:pPr>
        <w:rPr>
          <w:lang w:val="ru-RU"/>
        </w:rPr>
        <w:sectPr w:rsidR="00921941" w:rsidRPr="00727D2D" w:rsidSect="00E875B5">
          <w:headerReference w:type="default" r:id="rId8"/>
          <w:headerReference w:type="first" r:id="rId9"/>
          <w:pgSz w:w="11900" w:h="16840"/>
          <w:pgMar w:top="298" w:right="1440" w:bottom="1440" w:left="1440" w:header="720" w:footer="720" w:gutter="0"/>
          <w:cols w:space="720" w:equalWidth="0">
            <w:col w:w="9020" w:space="0"/>
          </w:cols>
          <w:titlePg/>
          <w:docGrid w:linePitch="360"/>
        </w:sectPr>
      </w:pPr>
    </w:p>
    <w:p w14:paraId="79FE6D4F" w14:textId="06117AB6" w:rsidR="00921941" w:rsidRPr="007B4C17" w:rsidRDefault="007B4C17" w:rsidP="007B4C17">
      <w:pPr>
        <w:autoSpaceDE w:val="0"/>
        <w:autoSpaceDN w:val="0"/>
        <w:spacing w:after="0" w:line="230" w:lineRule="auto"/>
        <w:rPr>
          <w:lang w:val="ru-RU"/>
        </w:rPr>
      </w:pPr>
      <w:r w:rsidRPr="007B4C17">
        <w:rPr>
          <w:rFonts w:ascii="Times New Roman" w:eastAsia="Times New Roman" w:hAnsi="Times New Roman"/>
          <w:b/>
          <w:color w:val="000000"/>
          <w:sz w:val="24"/>
          <w:lang w:val="ru-RU"/>
        </w:rPr>
        <w:lastRenderedPageBreak/>
        <w:t>I.</w:t>
      </w:r>
      <w:r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</w:t>
      </w:r>
      <w:r w:rsidR="00AA22DB" w:rsidRPr="007B4C17">
        <w:rPr>
          <w:rFonts w:ascii="Times New Roman" w:eastAsia="Times New Roman" w:hAnsi="Times New Roman"/>
          <w:b/>
          <w:color w:val="000000"/>
          <w:sz w:val="24"/>
          <w:lang w:val="ru-RU"/>
        </w:rPr>
        <w:t>ПОЯСНИТЕЛЬНАЯ ЗАПИСКА</w:t>
      </w:r>
    </w:p>
    <w:p w14:paraId="30B46005" w14:textId="77777777" w:rsidR="00921941" w:rsidRPr="00482F2A" w:rsidRDefault="00AA22DB" w:rsidP="00482F2A">
      <w:pPr>
        <w:pStyle w:val="a9"/>
        <w:ind w:firstLine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2F2A">
        <w:rPr>
          <w:rFonts w:ascii="Times New Roman" w:hAnsi="Times New Roman" w:cs="Times New Roman"/>
          <w:sz w:val="24"/>
          <w:szCs w:val="24"/>
          <w:lang w:val="ru-RU"/>
        </w:rPr>
        <w:t>Рабочая программа учебного предмета «Русский язык» для обучающихся 1 классов на уровне начального общего образования составлена на основе Требований к результатам освоения программы началь​ного общего образования Федерального государственного обра​зовательного стандарта начального общего образования (да​лее — ФГОС НОО), а также ориентирована на целевые приори​</w:t>
      </w:r>
      <w:r w:rsidRPr="00482F2A">
        <w:rPr>
          <w:rFonts w:ascii="Times New Roman" w:eastAsia="DejaVu Serif" w:hAnsi="Times New Roman" w:cs="Times New Roman"/>
          <w:sz w:val="24"/>
          <w:szCs w:val="24"/>
          <w:lang w:val="ru-RU"/>
        </w:rPr>
        <w:t>‐</w:t>
      </w:r>
      <w:r w:rsidRPr="00482F2A">
        <w:rPr>
          <w:rFonts w:ascii="Times New Roman" w:hAnsi="Times New Roman" w:cs="Times New Roman"/>
          <w:sz w:val="24"/>
          <w:szCs w:val="24"/>
          <w:lang w:val="ru-RU"/>
        </w:rPr>
        <w:t>теты, сформулированные в Примерной программе воспитания.</w:t>
      </w:r>
    </w:p>
    <w:p w14:paraId="12D45E16" w14:textId="49547952" w:rsidR="00921941" w:rsidRPr="007B4C17" w:rsidRDefault="007B4C17" w:rsidP="007B4C17">
      <w:pPr>
        <w:autoSpaceDE w:val="0"/>
        <w:autoSpaceDN w:val="0"/>
        <w:spacing w:before="190" w:after="0" w:line="230" w:lineRule="auto"/>
        <w:rPr>
          <w:lang w:val="ru-RU"/>
        </w:rPr>
      </w:pPr>
      <w:r w:rsidRPr="007B4C17">
        <w:rPr>
          <w:rFonts w:ascii="Times New Roman" w:eastAsia="Times New Roman" w:hAnsi="Times New Roman"/>
          <w:b/>
          <w:color w:val="000000"/>
          <w:sz w:val="24"/>
          <w:lang w:val="ru-RU"/>
        </w:rPr>
        <w:t>1.</w:t>
      </w:r>
      <w:r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</w:t>
      </w:r>
      <w:r w:rsidR="00AA22DB" w:rsidRPr="007B4C17">
        <w:rPr>
          <w:rFonts w:ascii="Times New Roman" w:eastAsia="Times New Roman" w:hAnsi="Times New Roman"/>
          <w:b/>
          <w:color w:val="000000"/>
          <w:sz w:val="24"/>
          <w:lang w:val="ru-RU"/>
        </w:rPr>
        <w:t>ОБЩАЯ ХАРАКТЕРИСТИКА УЧЕБНОГО ПРЕДМЕТА "РУССКИЙ ЯЗЫК"</w:t>
      </w:r>
    </w:p>
    <w:p w14:paraId="782A234B" w14:textId="77777777" w:rsidR="00921941" w:rsidRPr="00482F2A" w:rsidRDefault="00AA22DB" w:rsidP="00482F2A">
      <w:pPr>
        <w:pStyle w:val="a9"/>
        <w:ind w:firstLine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2F2A">
        <w:rPr>
          <w:rFonts w:ascii="Times New Roman" w:hAnsi="Times New Roman" w:cs="Times New Roman"/>
          <w:sz w:val="24"/>
          <w:szCs w:val="24"/>
          <w:lang w:val="ru-RU"/>
        </w:rPr>
        <w:t xml:space="preserve">Русский язык является основой всего процесса обучения в на​чальной школе, успехи в его изучении во многом определяют результаты обучающихся по другим предметам. Русский язык как средство познания действительности обеспечивает развитие интеллектуальных и творческих способностей младших школьников, формирует умения извлекать и анализировать информацию из различных текстов, навыки самостоятельной учебной деятельности. Предмет «Русский язык» обладает </w:t>
      </w:r>
      <w:r w:rsidRPr="00482F2A">
        <w:rPr>
          <w:rFonts w:ascii="Times New Roman" w:hAnsi="Times New Roman" w:cs="Times New Roman"/>
          <w:sz w:val="24"/>
          <w:szCs w:val="24"/>
          <w:lang w:val="ru-RU"/>
        </w:rPr>
        <w:br/>
        <w:t>значительным потенциа​лом в развитии функциональной грамотности младших школь​ников, особенно таких её компонентов, как языковая, комму​никативная, читательская, общекультурная и социальная гра​мотность. 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различ​ных сферах и ситуациях общения способствуют успешной соци​ализации младшего школьника. Русский язык, выполняя свои базовые функции общения и выражения мысли, обеспечивает межличностное и социальное взаимодействие, участвует в фор​мировании самосознания и мировоззрения личности, является важнейшим средством хранения и передачи информации, куль​турных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адек​ватного самовыражения взглядов, мыслей, чувств, проявления себя в различных жизненно важных для человека областях. Изучение русского языка обладает огромным потенциалом присвоения традиционных социокультурных и духовно​нрав​ственных ценностей, принятых в обществе правил и норм пове​дения, в том числе речевого, что способствует формированию внутренней позиции личности. Личностные достижения младшего школьника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результата​ми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Достижение этих личност​ных результатов —длительный процесс, разворачивающийся на протяжении изучения содержания предмета.</w:t>
      </w:r>
    </w:p>
    <w:p w14:paraId="0398E205" w14:textId="77777777" w:rsidR="00921941" w:rsidRPr="00482F2A" w:rsidRDefault="00AA22DB" w:rsidP="00482F2A">
      <w:pPr>
        <w:pStyle w:val="a9"/>
        <w:ind w:firstLine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2F2A">
        <w:rPr>
          <w:rFonts w:ascii="Times New Roman" w:hAnsi="Times New Roman" w:cs="Times New Roman"/>
          <w:sz w:val="24"/>
          <w:szCs w:val="24"/>
          <w:lang w:val="ru-RU"/>
        </w:rPr>
        <w:t xml:space="preserve">Центральной идеей конструирования содержания и планиру​емых результатов обучения является признание равной значимости работы по изучению системы языка и работы по совер​шенствованию речи младших школьников. Языковой материал призван сформировать первоначальные </w:t>
      </w:r>
      <w:r w:rsidRPr="00482F2A">
        <w:rPr>
          <w:rFonts w:ascii="Times New Roman" w:hAnsi="Times New Roman" w:cs="Times New Roman"/>
          <w:sz w:val="24"/>
          <w:szCs w:val="24"/>
          <w:lang w:val="ru-RU"/>
        </w:rPr>
        <w:br/>
        <w:t xml:space="preserve">представления о струк​туре русского языка, способствовать усвоению норм русского литературного языка, орфографических и пунктуационных правил. Развитие устной и письменной речи младших школь​ников направлено на решение практической задачи развития всех видов речевой деятельности, отработку навыков использо​вания усвоенных норм русского литературного языка, речевых норм и правил речевого этикета в процессе устного и письмен​ного общения. Ряд задач по </w:t>
      </w:r>
      <w:r w:rsidRPr="00482F2A">
        <w:rPr>
          <w:rFonts w:ascii="Times New Roman" w:hAnsi="Times New Roman" w:cs="Times New Roman"/>
          <w:sz w:val="24"/>
          <w:szCs w:val="24"/>
          <w:lang w:val="ru-RU"/>
        </w:rPr>
        <w:br/>
        <w:t>совершенствованию речевой дея​тельности решаются совместно с учебным предметом «Литературное чтение».</w:t>
      </w:r>
    </w:p>
    <w:p w14:paraId="3E8B80EF" w14:textId="66E720C3" w:rsidR="00921941" w:rsidRPr="00482F2A" w:rsidRDefault="007B4C17" w:rsidP="007B4C17">
      <w:pPr>
        <w:autoSpaceDE w:val="0"/>
        <w:autoSpaceDN w:val="0"/>
        <w:spacing w:before="430" w:after="0" w:line="230" w:lineRule="auto"/>
        <w:rPr>
          <w:lang w:val="ru-RU"/>
        </w:rPr>
      </w:pPr>
      <w:r w:rsidRPr="007B4C1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2. </w:t>
      </w:r>
      <w:r w:rsidR="00AA22DB" w:rsidRPr="00482F2A">
        <w:rPr>
          <w:rFonts w:ascii="Times New Roman" w:eastAsia="Times New Roman" w:hAnsi="Times New Roman"/>
          <w:b/>
          <w:color w:val="000000"/>
          <w:sz w:val="24"/>
          <w:lang w:val="ru-RU"/>
        </w:rPr>
        <w:t>ЦЕЛИ ИЗУЧЕНИЯ УЧЕБНОГО ПРЕДМЕТА "РУССКИЙ ЯЗЫК"</w:t>
      </w:r>
    </w:p>
    <w:p w14:paraId="530143DA" w14:textId="77777777" w:rsidR="00921941" w:rsidRPr="00482F2A" w:rsidRDefault="00AA22DB" w:rsidP="00482F2A">
      <w:pPr>
        <w:pStyle w:val="a9"/>
        <w:ind w:firstLine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2F2A">
        <w:rPr>
          <w:rFonts w:ascii="Times New Roman" w:hAnsi="Times New Roman" w:cs="Times New Roman"/>
          <w:sz w:val="24"/>
          <w:szCs w:val="24"/>
          <w:lang w:val="ru-RU"/>
        </w:rPr>
        <w:t>В начальной школе изучение русского языка имеет особое значение в развитии младшего школьника. Приобретённые им знания, опыт выполнения предметных и универсальных дей​ствий на материале русского языка станут фундаментом обучения в основном звене школы, а также будут востребованы в жизни.</w:t>
      </w:r>
    </w:p>
    <w:p w14:paraId="7294F462" w14:textId="77777777" w:rsidR="00921941" w:rsidRPr="00482F2A" w:rsidRDefault="00AA22DB" w:rsidP="00482F2A">
      <w:pPr>
        <w:pStyle w:val="a9"/>
        <w:ind w:firstLine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2F2A">
        <w:rPr>
          <w:rFonts w:ascii="Times New Roman" w:hAnsi="Times New Roman" w:cs="Times New Roman"/>
          <w:b/>
          <w:sz w:val="24"/>
          <w:szCs w:val="24"/>
          <w:lang w:val="ru-RU"/>
        </w:rPr>
        <w:t>Изучение русского языка в начальной школе направлено на достижение следующих целей:</w:t>
      </w:r>
    </w:p>
    <w:p w14:paraId="57704CE9" w14:textId="77777777" w:rsidR="00921941" w:rsidRPr="00482F2A" w:rsidRDefault="00AA22DB" w:rsidP="00482F2A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2F2A">
        <w:rPr>
          <w:rFonts w:ascii="Times New Roman" w:hAnsi="Times New Roman" w:cs="Times New Roman"/>
          <w:sz w:val="24"/>
          <w:szCs w:val="24"/>
          <w:lang w:val="ru-RU"/>
        </w:rPr>
        <w:t>—  приобретение младшими школьниками первоначальных представлений о многообразии языков и культур на территории Российской Федерации, о языке как одной из главных духов​но​</w:t>
      </w:r>
      <w:r w:rsidRPr="00482F2A">
        <w:rPr>
          <w:rFonts w:ascii="Times New Roman" w:eastAsia="DejaVu Serif" w:hAnsi="Times New Roman" w:cs="Times New Roman"/>
          <w:sz w:val="24"/>
          <w:szCs w:val="24"/>
          <w:lang w:val="ru-RU"/>
        </w:rPr>
        <w:t>‐</w:t>
      </w:r>
      <w:r w:rsidRPr="00482F2A">
        <w:rPr>
          <w:rFonts w:ascii="Times New Roman" w:hAnsi="Times New Roman" w:cs="Times New Roman"/>
          <w:sz w:val="24"/>
          <w:szCs w:val="24"/>
          <w:lang w:val="ru-RU"/>
        </w:rPr>
        <w:t>нравственных ценностей народа; понимание роли языка как основного средства общения; осознание значения русского язы​ка как государственного языка Российской Федерации; пони​</w:t>
      </w:r>
      <w:r w:rsidRPr="00482F2A">
        <w:rPr>
          <w:rFonts w:ascii="Times New Roman" w:eastAsia="DejaVu Serif" w:hAnsi="Times New Roman" w:cs="Times New Roman"/>
          <w:sz w:val="24"/>
          <w:szCs w:val="24"/>
          <w:lang w:val="ru-RU"/>
        </w:rPr>
        <w:t>‐</w:t>
      </w:r>
      <w:r w:rsidRPr="00482F2A">
        <w:rPr>
          <w:rFonts w:ascii="Times New Roman" w:hAnsi="Times New Roman" w:cs="Times New Roman"/>
          <w:sz w:val="24"/>
          <w:szCs w:val="24"/>
          <w:lang w:val="ru-RU"/>
        </w:rPr>
        <w:t>мание роли русского языка как языка межнационального об​щения; осознание правильной устной и письменной речи как показателя общей культуры человека;</w:t>
      </w:r>
    </w:p>
    <w:p w14:paraId="0A43637C" w14:textId="77777777" w:rsidR="00921941" w:rsidRPr="00482F2A" w:rsidRDefault="00AA22DB" w:rsidP="00482F2A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2F2A">
        <w:rPr>
          <w:rFonts w:ascii="Times New Roman" w:hAnsi="Times New Roman" w:cs="Times New Roman"/>
          <w:sz w:val="24"/>
          <w:szCs w:val="24"/>
          <w:lang w:val="ru-RU"/>
        </w:rPr>
        <w:lastRenderedPageBreak/>
        <w:t>—  овладение основными видами речевой деятельности на ос​нове первоначальных представлений о нормах современного русского литературного языка: аудированием, говорением, чте​нием, письмом;</w:t>
      </w:r>
    </w:p>
    <w:p w14:paraId="564C418B" w14:textId="77777777" w:rsidR="00921941" w:rsidRPr="00482F2A" w:rsidRDefault="00AA22DB" w:rsidP="00482F2A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2F2A">
        <w:rPr>
          <w:rFonts w:ascii="Times New Roman" w:hAnsi="Times New Roman" w:cs="Times New Roman"/>
          <w:sz w:val="24"/>
          <w:szCs w:val="24"/>
          <w:lang w:val="ru-RU"/>
        </w:rPr>
        <w:t xml:space="preserve">—  овладение первоначальными научными представлениями о системе русского языка: </w:t>
      </w:r>
      <w:r w:rsidRPr="00482F2A">
        <w:rPr>
          <w:rFonts w:ascii="Times New Roman" w:hAnsi="Times New Roman" w:cs="Times New Roman"/>
          <w:sz w:val="24"/>
          <w:szCs w:val="24"/>
          <w:lang w:val="ru-RU"/>
        </w:rPr>
        <w:br/>
        <w:t>фонетике, графике, лексике, морфе​мике, морфологии и синтаксисе; об основных единицах языка, их признаках и особенностях употребления в речи; использова​ние в речевой деятельности норм современного русского литера​турного языка (орфоэпических, лексических, грамматических, орфографических, пунктуационных) и речевого этикета;</w:t>
      </w:r>
    </w:p>
    <w:p w14:paraId="13C99EB2" w14:textId="3F2E2F75" w:rsidR="00921941" w:rsidRDefault="00AA22DB" w:rsidP="00482F2A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2F2A">
        <w:rPr>
          <w:rFonts w:ascii="Times New Roman" w:hAnsi="Times New Roman" w:cs="Times New Roman"/>
          <w:sz w:val="24"/>
          <w:szCs w:val="24"/>
          <w:lang w:val="ru-RU"/>
        </w:rPr>
        <w:t>— 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14:paraId="75690003" w14:textId="77777777" w:rsidR="00274380" w:rsidRPr="00305D5F" w:rsidRDefault="00274380" w:rsidP="00274380">
      <w:pPr>
        <w:autoSpaceDE w:val="0"/>
        <w:autoSpaceDN w:val="0"/>
        <w:spacing w:before="262" w:after="0" w:line="230" w:lineRule="auto"/>
        <w:rPr>
          <w:lang w:val="ru-RU"/>
        </w:rPr>
      </w:pPr>
      <w:r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3. </w:t>
      </w:r>
      <w:r w:rsidRPr="00305D5F">
        <w:rPr>
          <w:rFonts w:ascii="Times New Roman" w:eastAsia="Times New Roman" w:hAnsi="Times New Roman"/>
          <w:b/>
          <w:color w:val="000000"/>
          <w:sz w:val="24"/>
          <w:lang w:val="ru-RU"/>
        </w:rPr>
        <w:t>МЕСТО УЧЕБНОГО ПРЕДМЕТА «РУССКИЙ ЯЗЫК» В УЧЕБНОМ ПЛАНЕ</w:t>
      </w:r>
    </w:p>
    <w:p w14:paraId="22B193AB" w14:textId="0B09B028" w:rsidR="00274380" w:rsidRPr="00305D5F" w:rsidRDefault="00274380" w:rsidP="00274380">
      <w:pPr>
        <w:autoSpaceDE w:val="0"/>
        <w:autoSpaceDN w:val="0"/>
        <w:spacing w:after="0" w:line="240" w:lineRule="auto"/>
        <w:ind w:right="42" w:firstLine="180"/>
        <w:jc w:val="both"/>
        <w:rPr>
          <w:lang w:val="ru-RU"/>
        </w:rPr>
      </w:pPr>
      <w:r w:rsidRPr="00305D5F">
        <w:rPr>
          <w:rFonts w:ascii="Times New Roman" w:eastAsia="Times New Roman" w:hAnsi="Times New Roman"/>
          <w:color w:val="000000"/>
          <w:sz w:val="24"/>
          <w:lang w:val="ru-RU"/>
        </w:rPr>
        <w:t xml:space="preserve">Содержание учебного предмета «Русский язык», представленное в рабочей программе, соответствует ФГОС 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Н</w:t>
      </w:r>
      <w:r w:rsidRPr="00305D5F">
        <w:rPr>
          <w:rFonts w:ascii="Times New Roman" w:eastAsia="Times New Roman" w:hAnsi="Times New Roman"/>
          <w:color w:val="000000"/>
          <w:sz w:val="24"/>
          <w:lang w:val="ru-RU"/>
        </w:rPr>
        <w:t>ОО, Примерной основной образовательной программе основного общего образования.</w:t>
      </w:r>
    </w:p>
    <w:p w14:paraId="6D87323B" w14:textId="77777777" w:rsidR="00274380" w:rsidRPr="00482F2A" w:rsidRDefault="00274380" w:rsidP="00274380">
      <w:pPr>
        <w:pStyle w:val="a9"/>
        <w:ind w:firstLine="180"/>
        <w:jc w:val="both"/>
        <w:rPr>
          <w:lang w:val="ru-RU"/>
        </w:rPr>
      </w:pPr>
      <w:r w:rsidRPr="00482F2A">
        <w:rPr>
          <w:rFonts w:ascii="Times New Roman" w:hAnsi="Times New Roman" w:cs="Times New Roman"/>
          <w:sz w:val="24"/>
          <w:szCs w:val="24"/>
          <w:lang w:val="ru-RU"/>
        </w:rPr>
        <w:t>Общее число часов, отведённых на изучение «Русского язы​ка», в 1 классе — 165 ч</w:t>
      </w:r>
      <w:r>
        <w:rPr>
          <w:rFonts w:ascii="Times New Roman" w:hAnsi="Times New Roman" w:cs="Times New Roman"/>
          <w:sz w:val="24"/>
          <w:szCs w:val="24"/>
          <w:lang w:val="ru-RU"/>
        </w:rPr>
        <w:t>., 2 – 4 класс – 170 ч</w:t>
      </w:r>
    </w:p>
    <w:p w14:paraId="117AC3AB" w14:textId="02C57E34" w:rsidR="00274380" w:rsidRPr="00305D5F" w:rsidRDefault="00274380" w:rsidP="00274380">
      <w:pPr>
        <w:autoSpaceDE w:val="0"/>
        <w:autoSpaceDN w:val="0"/>
        <w:spacing w:after="0" w:line="240" w:lineRule="auto"/>
        <w:ind w:left="180"/>
        <w:jc w:val="both"/>
        <w:rPr>
          <w:lang w:val="ru-RU"/>
        </w:rPr>
      </w:pPr>
    </w:p>
    <w:p w14:paraId="1E8DD44E" w14:textId="77777777" w:rsidR="00274380" w:rsidRPr="00482F2A" w:rsidRDefault="00274380" w:rsidP="00482F2A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2602FAB" w14:textId="4EAE28B3" w:rsidR="00482F2A" w:rsidRDefault="00E12312" w:rsidP="00482F2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  <w:t>4</w:t>
      </w:r>
      <w:r w:rsidR="007B4C17" w:rsidRPr="007B4C17"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  <w:t xml:space="preserve">. </w:t>
      </w:r>
      <w:r w:rsidR="00482F2A" w:rsidRPr="008C73A4"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  <w:t>УЧЕТ ПРОГРАММЫ ВОСПИТАНИЯ В ОБРАЗОВАТЕЛЬНОМ ПРОЦЕССЕ</w:t>
      </w:r>
    </w:p>
    <w:p w14:paraId="2F1188D7" w14:textId="77777777" w:rsidR="00482F2A" w:rsidRPr="006361B2" w:rsidRDefault="00482F2A" w:rsidP="00482F2A">
      <w:pPr>
        <w:pStyle w:val="a9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361B2">
        <w:rPr>
          <w:rFonts w:ascii="Times New Roman" w:hAnsi="Times New Roman" w:cs="Times New Roman"/>
          <w:sz w:val="24"/>
          <w:szCs w:val="24"/>
          <w:lang w:val="ru-RU"/>
        </w:rPr>
        <w:t>Целью школьного филологического образования является формирование у обучающегося целостной языковой картины.</w:t>
      </w:r>
    </w:p>
    <w:p w14:paraId="4EBB7227" w14:textId="7F099892" w:rsidR="00482F2A" w:rsidRPr="006361B2" w:rsidRDefault="00482F2A" w:rsidP="00482F2A">
      <w:pPr>
        <w:pStyle w:val="a9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361B2">
        <w:rPr>
          <w:rFonts w:ascii="Times New Roman" w:hAnsi="Times New Roman" w:cs="Times New Roman"/>
          <w:sz w:val="24"/>
          <w:szCs w:val="24"/>
          <w:lang w:val="ru-RU"/>
        </w:rPr>
        <w:t>Изучение предметной области «</w:t>
      </w:r>
      <w:bookmarkStart w:id="1" w:name="_Hlk115715724"/>
      <w:r w:rsidRPr="006361B2">
        <w:rPr>
          <w:rFonts w:ascii="Times New Roman" w:hAnsi="Times New Roman" w:cs="Times New Roman"/>
          <w:sz w:val="24"/>
          <w:szCs w:val="24"/>
          <w:lang w:val="ru-RU"/>
        </w:rPr>
        <w:t>Р</w:t>
      </w:r>
      <w:r>
        <w:rPr>
          <w:rFonts w:ascii="Times New Roman" w:hAnsi="Times New Roman" w:cs="Times New Roman"/>
          <w:sz w:val="24"/>
          <w:szCs w:val="24"/>
          <w:lang w:val="ru-RU"/>
        </w:rPr>
        <w:t>усски</w:t>
      </w:r>
      <w:r w:rsidRPr="006361B2">
        <w:rPr>
          <w:rFonts w:ascii="Times New Roman" w:hAnsi="Times New Roman" w:cs="Times New Roman"/>
          <w:sz w:val="24"/>
          <w:szCs w:val="24"/>
          <w:lang w:val="ru-RU"/>
        </w:rPr>
        <w:t>й язык и литература</w:t>
      </w:r>
      <w:bookmarkEnd w:id="1"/>
      <w:r w:rsidRPr="006361B2">
        <w:rPr>
          <w:rFonts w:ascii="Times New Roman" w:hAnsi="Times New Roman" w:cs="Times New Roman"/>
          <w:sz w:val="24"/>
          <w:szCs w:val="24"/>
          <w:lang w:val="ru-RU"/>
        </w:rPr>
        <w:t>» основано на межпредметных связях с предметами: «География», «История», «Обществознание», «Иностранный язык», «Изобразительное искусство», «Музыка и др.</w:t>
      </w:r>
    </w:p>
    <w:p w14:paraId="0817180A" w14:textId="75DC0692" w:rsidR="00482F2A" w:rsidRPr="006361B2" w:rsidRDefault="00482F2A" w:rsidP="00482F2A">
      <w:pPr>
        <w:pStyle w:val="a9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361B2">
        <w:rPr>
          <w:rFonts w:ascii="Times New Roman" w:hAnsi="Times New Roman" w:cs="Times New Roman"/>
          <w:sz w:val="24"/>
          <w:szCs w:val="24"/>
          <w:lang w:val="ru-RU"/>
        </w:rPr>
        <w:t>Воспитательный потенциал предметной области «Р</w:t>
      </w:r>
      <w:r>
        <w:rPr>
          <w:rFonts w:ascii="Times New Roman" w:hAnsi="Times New Roman" w:cs="Times New Roman"/>
          <w:sz w:val="24"/>
          <w:szCs w:val="24"/>
          <w:lang w:val="ru-RU"/>
        </w:rPr>
        <w:t>усски</w:t>
      </w:r>
      <w:r w:rsidRPr="006361B2">
        <w:rPr>
          <w:rFonts w:ascii="Times New Roman" w:hAnsi="Times New Roman" w:cs="Times New Roman"/>
          <w:sz w:val="24"/>
          <w:szCs w:val="24"/>
          <w:lang w:val="ru-RU"/>
        </w:rPr>
        <w:t>й язык и литература» в образовательной организации реализуется через:</w:t>
      </w:r>
    </w:p>
    <w:p w14:paraId="7901F140" w14:textId="77777777" w:rsidR="00482F2A" w:rsidRPr="00560E21" w:rsidRDefault="00482F2A" w:rsidP="00482F2A">
      <w:pPr>
        <w:autoSpaceDE w:val="0"/>
        <w:autoSpaceDN w:val="0"/>
        <w:spacing w:before="264" w:after="0" w:line="240" w:lineRule="auto"/>
        <w:ind w:right="1008"/>
        <w:rPr>
          <w:rFonts w:ascii="Times New Roman" w:eastAsia="Times New Roman" w:hAnsi="Times New Roman"/>
          <w:b/>
          <w:bCs/>
          <w:color w:val="000000"/>
          <w:sz w:val="24"/>
          <w:lang w:val="ru-RU"/>
        </w:rPr>
      </w:pPr>
      <w:r w:rsidRPr="00560E21">
        <w:rPr>
          <w:rFonts w:ascii="Times New Roman" w:eastAsia="Times New Roman" w:hAnsi="Times New Roman"/>
          <w:b/>
          <w:bCs/>
          <w:color w:val="000000"/>
          <w:sz w:val="24"/>
          <w:lang w:val="ru-RU"/>
        </w:rPr>
        <w:t>Гражданско-патриотическое воспитание:</w:t>
      </w:r>
    </w:p>
    <w:p w14:paraId="5A91183D" w14:textId="77777777" w:rsidR="00482F2A" w:rsidRPr="006361B2" w:rsidRDefault="00482F2A" w:rsidP="00482F2A">
      <w:pPr>
        <w:pStyle w:val="a9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361B2">
        <w:rPr>
          <w:rFonts w:ascii="Times New Roman" w:hAnsi="Times New Roman" w:cs="Times New Roman"/>
          <w:sz w:val="24"/>
          <w:szCs w:val="24"/>
          <w:lang w:val="ru-RU"/>
        </w:rPr>
        <w:t>Знающий и   любящий свою малую родину, свой край, имеющий   представление о Родине — России, её территории, расположении.</w:t>
      </w:r>
    </w:p>
    <w:p w14:paraId="0B5BBCE5" w14:textId="77777777" w:rsidR="00482F2A" w:rsidRPr="006361B2" w:rsidRDefault="00482F2A" w:rsidP="00482F2A">
      <w:pPr>
        <w:pStyle w:val="a9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361B2">
        <w:rPr>
          <w:rFonts w:ascii="Times New Roman" w:hAnsi="Times New Roman" w:cs="Times New Roman"/>
          <w:sz w:val="24"/>
          <w:szCs w:val="24"/>
          <w:lang w:val="ru-RU"/>
        </w:rPr>
        <w:t>Сознающий принадлежность к своему народу и к общности граждан России, проявляющий уважение к своему и другим народам.</w:t>
      </w:r>
    </w:p>
    <w:p w14:paraId="596A63C6" w14:textId="77777777" w:rsidR="00482F2A" w:rsidRPr="006361B2" w:rsidRDefault="00482F2A" w:rsidP="00482F2A">
      <w:pPr>
        <w:pStyle w:val="a9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361B2">
        <w:rPr>
          <w:rFonts w:ascii="Times New Roman" w:hAnsi="Times New Roman" w:cs="Times New Roman"/>
          <w:sz w:val="24"/>
          <w:szCs w:val="24"/>
          <w:lang w:val="ru-RU"/>
        </w:rPr>
        <w:t>Понимающий свою сопричастность к прошлому, настоящему и будущему родного края, своей Родины — России, Российского государства.</w:t>
      </w:r>
    </w:p>
    <w:p w14:paraId="618280D0" w14:textId="77777777" w:rsidR="00482F2A" w:rsidRPr="006361B2" w:rsidRDefault="00482F2A" w:rsidP="00482F2A">
      <w:pPr>
        <w:pStyle w:val="a9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361B2">
        <w:rPr>
          <w:rFonts w:ascii="Times New Roman" w:hAnsi="Times New Roman" w:cs="Times New Roman"/>
          <w:sz w:val="24"/>
          <w:szCs w:val="24"/>
          <w:lang w:val="ru-RU"/>
        </w:rPr>
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</w:r>
    </w:p>
    <w:p w14:paraId="66949C41" w14:textId="77777777" w:rsidR="00482F2A" w:rsidRPr="006361B2" w:rsidRDefault="00482F2A" w:rsidP="00482F2A">
      <w:pPr>
        <w:pStyle w:val="a9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361B2">
        <w:rPr>
          <w:rFonts w:ascii="Times New Roman" w:hAnsi="Times New Roman" w:cs="Times New Roman"/>
          <w:sz w:val="24"/>
          <w:szCs w:val="24"/>
          <w:lang w:val="ru-RU"/>
        </w:rPr>
        <w:t>Имеющий первоначальные представления о правах и ответственности человека в обществе, гражданских правах и обязанностях.</w:t>
      </w:r>
    </w:p>
    <w:p w14:paraId="6E3B4AA5" w14:textId="77777777" w:rsidR="00482F2A" w:rsidRPr="006361B2" w:rsidRDefault="00482F2A" w:rsidP="00482F2A">
      <w:pPr>
        <w:pStyle w:val="a9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361B2">
        <w:rPr>
          <w:rFonts w:ascii="Times New Roman" w:hAnsi="Times New Roman" w:cs="Times New Roman"/>
          <w:sz w:val="24"/>
          <w:szCs w:val="24"/>
          <w:lang w:val="ru-RU"/>
        </w:rPr>
        <w:t>Принимающий   участие    в    жизни    класса, общеобразовательной    организации, в доступной по возрасту социально значимой деятельности.</w:t>
      </w:r>
    </w:p>
    <w:p w14:paraId="73AB7E65" w14:textId="77777777" w:rsidR="00482F2A" w:rsidRPr="00560E21" w:rsidRDefault="00482F2A" w:rsidP="00482F2A">
      <w:pPr>
        <w:autoSpaceDE w:val="0"/>
        <w:autoSpaceDN w:val="0"/>
        <w:spacing w:before="264" w:after="0" w:line="240" w:lineRule="auto"/>
        <w:ind w:right="1008"/>
        <w:rPr>
          <w:rFonts w:ascii="Times New Roman" w:eastAsia="Times New Roman" w:hAnsi="Times New Roman"/>
          <w:b/>
          <w:bCs/>
          <w:color w:val="000000"/>
          <w:sz w:val="24"/>
          <w:lang w:val="ru-RU"/>
        </w:rPr>
      </w:pPr>
      <w:r w:rsidRPr="00560E21">
        <w:rPr>
          <w:rFonts w:ascii="Times New Roman" w:eastAsia="Times New Roman" w:hAnsi="Times New Roman"/>
          <w:b/>
          <w:bCs/>
          <w:color w:val="000000"/>
          <w:sz w:val="24"/>
          <w:lang w:val="ru-RU"/>
        </w:rPr>
        <w:t>Духовно-нравственное воспитание:</w:t>
      </w:r>
    </w:p>
    <w:p w14:paraId="151CDC9C" w14:textId="77777777" w:rsidR="00482F2A" w:rsidRPr="006361B2" w:rsidRDefault="00482F2A" w:rsidP="00482F2A">
      <w:pPr>
        <w:pStyle w:val="a9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361B2">
        <w:rPr>
          <w:rFonts w:ascii="Times New Roman" w:hAnsi="Times New Roman" w:cs="Times New Roman"/>
          <w:sz w:val="24"/>
          <w:szCs w:val="24"/>
          <w:lang w:val="ru-RU"/>
        </w:rPr>
        <w:t>Уважающий духовно-нравственную культуру своей семьи, своего народа, семейные ценности с учётом национальной, религиозной принадлежности.</w:t>
      </w:r>
    </w:p>
    <w:p w14:paraId="0F480027" w14:textId="77777777" w:rsidR="00482F2A" w:rsidRPr="006361B2" w:rsidRDefault="00482F2A" w:rsidP="00482F2A">
      <w:pPr>
        <w:pStyle w:val="a9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361B2">
        <w:rPr>
          <w:rFonts w:ascii="Times New Roman" w:hAnsi="Times New Roman" w:cs="Times New Roman"/>
          <w:sz w:val="24"/>
          <w:szCs w:val="24"/>
          <w:lang w:val="ru-RU"/>
        </w:rPr>
        <w:t>Сознающий ценность каждой человеческой жизни, признающий индивидуальность и достоинство каждого человека.</w:t>
      </w:r>
    </w:p>
    <w:p w14:paraId="583A837A" w14:textId="77777777" w:rsidR="00482F2A" w:rsidRPr="006361B2" w:rsidRDefault="00482F2A" w:rsidP="00482F2A">
      <w:pPr>
        <w:pStyle w:val="a9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361B2">
        <w:rPr>
          <w:rFonts w:ascii="Times New Roman" w:hAnsi="Times New Roman" w:cs="Times New Roman"/>
          <w:sz w:val="24"/>
          <w:szCs w:val="24"/>
          <w:lang w:val="ru-RU"/>
        </w:rPr>
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</w:t>
      </w:r>
    </w:p>
    <w:p w14:paraId="57D2B8B5" w14:textId="77777777" w:rsidR="00482F2A" w:rsidRPr="006361B2" w:rsidRDefault="00482F2A" w:rsidP="00482F2A">
      <w:pPr>
        <w:pStyle w:val="a9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361B2">
        <w:rPr>
          <w:rFonts w:ascii="Times New Roman" w:hAnsi="Times New Roman" w:cs="Times New Roman"/>
          <w:sz w:val="24"/>
          <w:szCs w:val="24"/>
          <w:lang w:val="ru-RU"/>
        </w:rPr>
        <w:t>Умеющий оценивать поступки с позиции их соответствия нравственным нормам, осознающий ответственность за свои поступки.</w:t>
      </w:r>
    </w:p>
    <w:p w14:paraId="4A04EC58" w14:textId="77777777" w:rsidR="00482F2A" w:rsidRPr="006361B2" w:rsidRDefault="00482F2A" w:rsidP="00482F2A">
      <w:pPr>
        <w:pStyle w:val="a9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361B2">
        <w:rPr>
          <w:rFonts w:ascii="Times New Roman" w:hAnsi="Times New Roman" w:cs="Times New Roman"/>
          <w:sz w:val="24"/>
          <w:szCs w:val="24"/>
          <w:lang w:val="ru-RU"/>
        </w:rPr>
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</w:t>
      </w:r>
    </w:p>
    <w:p w14:paraId="39EBB7B9" w14:textId="77777777" w:rsidR="00482F2A" w:rsidRPr="006361B2" w:rsidRDefault="00482F2A" w:rsidP="00482F2A">
      <w:pPr>
        <w:pStyle w:val="a9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361B2">
        <w:rPr>
          <w:rFonts w:ascii="Times New Roman" w:hAnsi="Times New Roman" w:cs="Times New Roman"/>
          <w:sz w:val="24"/>
          <w:szCs w:val="24"/>
          <w:lang w:val="ru-RU"/>
        </w:rPr>
        <w:t>Сознающий нравственную и эстетическую ценность литературы, родного языка, русского языка, проявляющий интерес к чтению.</w:t>
      </w:r>
    </w:p>
    <w:p w14:paraId="22F40030" w14:textId="77777777" w:rsidR="00482F2A" w:rsidRPr="00560E21" w:rsidRDefault="00482F2A" w:rsidP="00482F2A">
      <w:pPr>
        <w:autoSpaceDE w:val="0"/>
        <w:autoSpaceDN w:val="0"/>
        <w:spacing w:before="264" w:after="0" w:line="240" w:lineRule="auto"/>
        <w:ind w:right="1008"/>
        <w:rPr>
          <w:rFonts w:ascii="Times New Roman" w:eastAsia="Times New Roman" w:hAnsi="Times New Roman"/>
          <w:b/>
          <w:bCs/>
          <w:color w:val="000000"/>
          <w:sz w:val="24"/>
          <w:lang w:val="ru-RU"/>
        </w:rPr>
      </w:pPr>
      <w:r w:rsidRPr="00560E21">
        <w:rPr>
          <w:rFonts w:ascii="Times New Roman" w:eastAsia="Times New Roman" w:hAnsi="Times New Roman"/>
          <w:b/>
          <w:bCs/>
          <w:color w:val="000000"/>
          <w:sz w:val="24"/>
          <w:lang w:val="ru-RU"/>
        </w:rPr>
        <w:lastRenderedPageBreak/>
        <w:t>Эстетическое воспитание:</w:t>
      </w:r>
    </w:p>
    <w:p w14:paraId="05B7EBF6" w14:textId="77777777" w:rsidR="00482F2A" w:rsidRPr="006361B2" w:rsidRDefault="00482F2A" w:rsidP="00482F2A">
      <w:pPr>
        <w:pStyle w:val="a9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361B2">
        <w:rPr>
          <w:rFonts w:ascii="Times New Roman" w:hAnsi="Times New Roman" w:cs="Times New Roman"/>
          <w:sz w:val="24"/>
          <w:szCs w:val="24"/>
          <w:lang w:val="ru-RU"/>
        </w:rPr>
        <w:t>Способный воспринимать и чувствовать прекрасное в быту, природе, искусстве, творчестве людей.</w:t>
      </w:r>
    </w:p>
    <w:p w14:paraId="7BE3EA85" w14:textId="77777777" w:rsidR="00482F2A" w:rsidRPr="006361B2" w:rsidRDefault="00482F2A" w:rsidP="00482F2A">
      <w:pPr>
        <w:pStyle w:val="a9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361B2">
        <w:rPr>
          <w:rFonts w:ascii="Times New Roman" w:hAnsi="Times New Roman" w:cs="Times New Roman"/>
          <w:sz w:val="24"/>
          <w:szCs w:val="24"/>
          <w:lang w:val="ru-RU"/>
        </w:rPr>
        <w:t>Проявляющий интерес и уважение к отечественной и мировой художественной культуре.</w:t>
      </w:r>
    </w:p>
    <w:p w14:paraId="71A8EC52" w14:textId="77777777" w:rsidR="00482F2A" w:rsidRPr="006361B2" w:rsidRDefault="00482F2A" w:rsidP="00482F2A">
      <w:pPr>
        <w:pStyle w:val="a9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361B2">
        <w:rPr>
          <w:rFonts w:ascii="Times New Roman" w:hAnsi="Times New Roman" w:cs="Times New Roman"/>
          <w:sz w:val="24"/>
          <w:szCs w:val="24"/>
          <w:lang w:val="ru-RU"/>
        </w:rPr>
        <w:t>Проявляющий стремление   к   самовыражению   в   разных   видах   художественной деятельности, искусстве.</w:t>
      </w:r>
    </w:p>
    <w:p w14:paraId="787EF74D" w14:textId="77777777" w:rsidR="00482F2A" w:rsidRPr="00560E21" w:rsidRDefault="00482F2A" w:rsidP="00482F2A">
      <w:pPr>
        <w:autoSpaceDE w:val="0"/>
        <w:autoSpaceDN w:val="0"/>
        <w:spacing w:before="264" w:after="0" w:line="240" w:lineRule="auto"/>
        <w:ind w:right="1008"/>
        <w:rPr>
          <w:rFonts w:ascii="Times New Roman" w:eastAsia="Times New Roman" w:hAnsi="Times New Roman"/>
          <w:b/>
          <w:bCs/>
          <w:color w:val="000000"/>
          <w:sz w:val="24"/>
          <w:lang w:val="ru-RU"/>
        </w:rPr>
      </w:pPr>
      <w:r w:rsidRPr="00560E21">
        <w:rPr>
          <w:rFonts w:ascii="Times New Roman" w:eastAsia="Times New Roman" w:hAnsi="Times New Roman"/>
          <w:b/>
          <w:bCs/>
          <w:color w:val="000000"/>
          <w:sz w:val="24"/>
          <w:lang w:val="ru-RU"/>
        </w:rPr>
        <w:t>Физическое воспитание, формирование культуры здоровья и эмоционального благополучия:</w:t>
      </w:r>
    </w:p>
    <w:p w14:paraId="39E24C5E" w14:textId="77777777" w:rsidR="00482F2A" w:rsidRPr="006361B2" w:rsidRDefault="00482F2A" w:rsidP="00482F2A">
      <w:pPr>
        <w:pStyle w:val="a9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361B2">
        <w:rPr>
          <w:rFonts w:ascii="Times New Roman" w:hAnsi="Times New Roman" w:cs="Times New Roman"/>
          <w:sz w:val="24"/>
          <w:szCs w:val="24"/>
          <w:lang w:val="ru-RU"/>
        </w:rPr>
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среде.</w:t>
      </w:r>
    </w:p>
    <w:p w14:paraId="399894AE" w14:textId="77777777" w:rsidR="00482F2A" w:rsidRPr="006361B2" w:rsidRDefault="00482F2A" w:rsidP="00482F2A">
      <w:pPr>
        <w:pStyle w:val="a9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361B2">
        <w:rPr>
          <w:rFonts w:ascii="Times New Roman" w:hAnsi="Times New Roman" w:cs="Times New Roman"/>
          <w:sz w:val="24"/>
          <w:szCs w:val="24"/>
          <w:lang w:val="ru-RU"/>
        </w:rPr>
        <w:t>Владеющий основными навыками личной и общественной гигиены, безопасного поведения в быту, природе, обществе.</w:t>
      </w:r>
    </w:p>
    <w:p w14:paraId="2D8CAB95" w14:textId="77777777" w:rsidR="00482F2A" w:rsidRPr="006361B2" w:rsidRDefault="00482F2A" w:rsidP="00482F2A">
      <w:pPr>
        <w:pStyle w:val="a9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361B2">
        <w:rPr>
          <w:rFonts w:ascii="Times New Roman" w:hAnsi="Times New Roman" w:cs="Times New Roman"/>
          <w:sz w:val="24"/>
          <w:szCs w:val="24"/>
          <w:lang w:val="ru-RU"/>
        </w:rPr>
        <w:t>Ориентированный на физическое развитие с учётом возможностей здоровья, занятия физкультурой и спортом.</w:t>
      </w:r>
    </w:p>
    <w:p w14:paraId="089F3AD7" w14:textId="77777777" w:rsidR="00482F2A" w:rsidRPr="006361B2" w:rsidRDefault="00482F2A" w:rsidP="00482F2A">
      <w:pPr>
        <w:pStyle w:val="a9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361B2">
        <w:rPr>
          <w:rFonts w:ascii="Times New Roman" w:hAnsi="Times New Roman" w:cs="Times New Roman"/>
          <w:sz w:val="24"/>
          <w:szCs w:val="24"/>
          <w:lang w:val="ru-RU"/>
        </w:rPr>
        <w:t>Сознающий и принимающий свою половую принадлежность, соответствующие ей психофизические и поведенческие особенности с учётом возраста.</w:t>
      </w:r>
    </w:p>
    <w:p w14:paraId="5FA0F710" w14:textId="77777777" w:rsidR="00482F2A" w:rsidRPr="00560E21" w:rsidRDefault="00482F2A" w:rsidP="00482F2A">
      <w:pPr>
        <w:autoSpaceDE w:val="0"/>
        <w:autoSpaceDN w:val="0"/>
        <w:spacing w:before="264" w:after="0" w:line="240" w:lineRule="auto"/>
        <w:ind w:right="1008"/>
        <w:rPr>
          <w:rFonts w:ascii="Times New Roman" w:eastAsia="Times New Roman" w:hAnsi="Times New Roman"/>
          <w:b/>
          <w:bCs/>
          <w:color w:val="000000"/>
          <w:sz w:val="24"/>
          <w:lang w:val="ru-RU"/>
        </w:rPr>
      </w:pPr>
      <w:r w:rsidRPr="00560E21">
        <w:rPr>
          <w:rFonts w:ascii="Times New Roman" w:eastAsia="Times New Roman" w:hAnsi="Times New Roman"/>
          <w:b/>
          <w:bCs/>
          <w:color w:val="000000"/>
          <w:sz w:val="24"/>
          <w:lang w:val="ru-RU"/>
        </w:rPr>
        <w:t>Трудовое воспитание</w:t>
      </w:r>
    </w:p>
    <w:p w14:paraId="3D32FA0D" w14:textId="77777777" w:rsidR="00482F2A" w:rsidRPr="006361B2" w:rsidRDefault="00482F2A" w:rsidP="00482F2A">
      <w:pPr>
        <w:pStyle w:val="a9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361B2">
        <w:rPr>
          <w:rFonts w:ascii="Times New Roman" w:hAnsi="Times New Roman" w:cs="Times New Roman"/>
          <w:sz w:val="24"/>
          <w:szCs w:val="24"/>
          <w:lang w:val="ru-RU"/>
        </w:rPr>
        <w:t>Сознающий ценность труда в жизни человека, семьи, общества.</w:t>
      </w:r>
    </w:p>
    <w:p w14:paraId="67AFAB5F" w14:textId="77777777" w:rsidR="00482F2A" w:rsidRPr="006361B2" w:rsidRDefault="00482F2A" w:rsidP="00482F2A">
      <w:pPr>
        <w:pStyle w:val="a9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361B2">
        <w:rPr>
          <w:rFonts w:ascii="Times New Roman" w:hAnsi="Times New Roman" w:cs="Times New Roman"/>
          <w:sz w:val="24"/>
          <w:szCs w:val="24"/>
          <w:lang w:val="ru-RU"/>
        </w:rPr>
        <w:t>Проявляющий уважение к труду, людям труда, бережное отношение к результатам труда, ответственное потребление.</w:t>
      </w:r>
    </w:p>
    <w:p w14:paraId="594E55DE" w14:textId="77777777" w:rsidR="00482F2A" w:rsidRPr="006361B2" w:rsidRDefault="00482F2A" w:rsidP="00482F2A">
      <w:pPr>
        <w:pStyle w:val="a9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361B2">
        <w:rPr>
          <w:rFonts w:ascii="Times New Roman" w:hAnsi="Times New Roman" w:cs="Times New Roman"/>
          <w:sz w:val="24"/>
          <w:szCs w:val="24"/>
          <w:lang w:val="ru-RU"/>
        </w:rPr>
        <w:t>Проявляющий интерес к разным профессиям.</w:t>
      </w:r>
    </w:p>
    <w:p w14:paraId="2D41173E" w14:textId="77777777" w:rsidR="00482F2A" w:rsidRPr="006361B2" w:rsidRDefault="00482F2A" w:rsidP="00482F2A">
      <w:pPr>
        <w:pStyle w:val="a9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361B2">
        <w:rPr>
          <w:rFonts w:ascii="Times New Roman" w:hAnsi="Times New Roman" w:cs="Times New Roman"/>
          <w:sz w:val="24"/>
          <w:szCs w:val="24"/>
          <w:lang w:val="ru-RU"/>
        </w:rPr>
        <w:t>Участвующий в различных</w:t>
      </w:r>
      <w:r w:rsidRPr="006361B2">
        <w:rPr>
          <w:rFonts w:ascii="Times New Roman" w:hAnsi="Times New Roman" w:cs="Times New Roman"/>
          <w:sz w:val="24"/>
          <w:szCs w:val="24"/>
          <w:lang w:val="ru-RU"/>
        </w:rPr>
        <w:tab/>
        <w:t>видах</w:t>
      </w:r>
      <w:r w:rsidRPr="006361B2">
        <w:rPr>
          <w:rFonts w:ascii="Times New Roman" w:hAnsi="Times New Roman" w:cs="Times New Roman"/>
          <w:sz w:val="24"/>
          <w:szCs w:val="24"/>
          <w:lang w:val="ru-RU"/>
        </w:rPr>
        <w:tab/>
        <w:t>доступного по возрасту труда, трудовой деятельности.</w:t>
      </w:r>
    </w:p>
    <w:p w14:paraId="35256716" w14:textId="77777777" w:rsidR="00482F2A" w:rsidRPr="00560E21" w:rsidRDefault="00482F2A" w:rsidP="00482F2A">
      <w:pPr>
        <w:autoSpaceDE w:val="0"/>
        <w:autoSpaceDN w:val="0"/>
        <w:spacing w:before="264" w:after="0" w:line="240" w:lineRule="auto"/>
        <w:ind w:right="10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560E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Экологическое воспитание:</w:t>
      </w:r>
    </w:p>
    <w:p w14:paraId="76F08E5B" w14:textId="77777777" w:rsidR="00482F2A" w:rsidRPr="006361B2" w:rsidRDefault="00482F2A" w:rsidP="00482F2A">
      <w:pPr>
        <w:pStyle w:val="a9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361B2">
        <w:rPr>
          <w:rFonts w:ascii="Times New Roman" w:hAnsi="Times New Roman" w:cs="Times New Roman"/>
          <w:sz w:val="24"/>
          <w:szCs w:val="24"/>
          <w:lang w:val="ru-RU"/>
        </w:rPr>
        <w:t>Понимающий ценность природы, зависимость жизни людей от природы, влияние людей на природу, окружающую среду.</w:t>
      </w:r>
    </w:p>
    <w:p w14:paraId="05923153" w14:textId="77777777" w:rsidR="00482F2A" w:rsidRPr="006361B2" w:rsidRDefault="00482F2A" w:rsidP="00482F2A">
      <w:pPr>
        <w:pStyle w:val="a9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361B2">
        <w:rPr>
          <w:rFonts w:ascii="Times New Roman" w:hAnsi="Times New Roman" w:cs="Times New Roman"/>
          <w:sz w:val="24"/>
          <w:szCs w:val="24"/>
          <w:lang w:val="ru-RU"/>
        </w:rPr>
        <w:t>Проявляющий любовь и бережное отношение к природе, неприятие действий, приносящих вред природе, особенно живым существам.</w:t>
      </w:r>
    </w:p>
    <w:p w14:paraId="547ADECB" w14:textId="77777777" w:rsidR="00482F2A" w:rsidRPr="006361B2" w:rsidRDefault="00482F2A" w:rsidP="00482F2A">
      <w:pPr>
        <w:pStyle w:val="a9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361B2">
        <w:rPr>
          <w:rFonts w:ascii="Times New Roman" w:hAnsi="Times New Roman" w:cs="Times New Roman"/>
          <w:sz w:val="24"/>
          <w:szCs w:val="24"/>
          <w:lang w:val="ru-RU"/>
        </w:rPr>
        <w:t>Выражающий готовность в своей деятельности придерживаться экологических норм.</w:t>
      </w:r>
    </w:p>
    <w:p w14:paraId="08C200F2" w14:textId="77777777" w:rsidR="00482F2A" w:rsidRPr="00560E21" w:rsidRDefault="00482F2A" w:rsidP="00482F2A">
      <w:pPr>
        <w:autoSpaceDE w:val="0"/>
        <w:autoSpaceDN w:val="0"/>
        <w:spacing w:before="264" w:after="0" w:line="240" w:lineRule="auto"/>
        <w:ind w:right="10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560E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Ценности научного познания:</w:t>
      </w:r>
    </w:p>
    <w:p w14:paraId="15AAE64F" w14:textId="77777777" w:rsidR="00482F2A" w:rsidRPr="006361B2" w:rsidRDefault="00482F2A" w:rsidP="00482F2A">
      <w:pPr>
        <w:pStyle w:val="a9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361B2">
        <w:rPr>
          <w:rFonts w:ascii="Times New Roman" w:hAnsi="Times New Roman" w:cs="Times New Roman"/>
          <w:sz w:val="24"/>
          <w:szCs w:val="24"/>
          <w:lang w:val="ru-RU"/>
        </w:rPr>
        <w:t>Выражающий познавательные интересы, активность, любознательность и самостоятельность в познании, интерес и уважение к научным знаниям, науке.</w:t>
      </w:r>
    </w:p>
    <w:p w14:paraId="5852267C" w14:textId="77777777" w:rsidR="00482F2A" w:rsidRPr="006361B2" w:rsidRDefault="00482F2A" w:rsidP="00482F2A">
      <w:pPr>
        <w:pStyle w:val="a9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361B2">
        <w:rPr>
          <w:rFonts w:ascii="Times New Roman" w:hAnsi="Times New Roman" w:cs="Times New Roman"/>
          <w:sz w:val="24"/>
          <w:szCs w:val="24"/>
          <w:lang w:val="ru-RU"/>
        </w:rPr>
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</w:r>
    </w:p>
    <w:p w14:paraId="41280779" w14:textId="1E6B2E5A" w:rsidR="00482F2A" w:rsidRDefault="00482F2A" w:rsidP="00482F2A">
      <w:pPr>
        <w:autoSpaceDE w:val="0"/>
        <w:autoSpaceDN w:val="0"/>
        <w:spacing w:after="0" w:line="23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6361B2">
        <w:rPr>
          <w:rFonts w:ascii="Times New Roman" w:hAnsi="Times New Roman" w:cs="Times New Roman"/>
          <w:sz w:val="24"/>
          <w:szCs w:val="24"/>
          <w:lang w:val="ru-RU"/>
        </w:rPr>
        <w:t>Имеющий первоначальные навыки наблюдений, систематизации и осмысления опыта в естественнонаучной и гуманитарной областях знания.</w:t>
      </w:r>
    </w:p>
    <w:p w14:paraId="10DDFAC8" w14:textId="77777777" w:rsidR="006F7B31" w:rsidRDefault="006F7B31" w:rsidP="00482F2A">
      <w:pPr>
        <w:autoSpaceDE w:val="0"/>
        <w:autoSpaceDN w:val="0"/>
        <w:spacing w:after="0" w:line="23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22DA7C5F" w14:textId="21024369" w:rsidR="006F7B31" w:rsidRPr="006F7B31" w:rsidRDefault="006F7B31" w:rsidP="006F7B31">
      <w:pPr>
        <w:autoSpaceDE w:val="0"/>
        <w:autoSpaceDN w:val="0"/>
        <w:spacing w:after="0" w:line="230" w:lineRule="auto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6F7B31">
        <w:rPr>
          <w:rFonts w:ascii="Times New Roman" w:hAnsi="Times New Roman" w:cs="Times New Roman"/>
          <w:b/>
          <w:bCs/>
          <w:sz w:val="24"/>
          <w:szCs w:val="24"/>
          <w:lang w:val="ru-RU"/>
        </w:rPr>
        <w:t>Урочная деятельность</w:t>
      </w:r>
    </w:p>
    <w:p w14:paraId="32E1FD6A" w14:textId="77777777" w:rsidR="006F7B31" w:rsidRPr="006F7B31" w:rsidRDefault="006F7B31" w:rsidP="006F7B31">
      <w:pPr>
        <w:autoSpaceDE w:val="0"/>
        <w:autoSpaceDN w:val="0"/>
        <w:spacing w:after="0" w:line="23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7B31">
        <w:rPr>
          <w:rFonts w:ascii="Times New Roman" w:hAnsi="Times New Roman" w:cs="Times New Roman"/>
          <w:sz w:val="24"/>
          <w:szCs w:val="24"/>
          <w:lang w:val="ru-RU"/>
        </w:rPr>
        <w:t>Реализация школьными педагогами воспитательного потенциала урока предполагает ориентацию на целевые приоритеты, связанные с возрастными особенностями учащихся и обеспечивает:</w:t>
      </w:r>
    </w:p>
    <w:p w14:paraId="22C38820" w14:textId="77777777" w:rsidR="006F7B31" w:rsidRPr="006F7B31" w:rsidRDefault="006F7B31" w:rsidP="006F7B31">
      <w:pPr>
        <w:numPr>
          <w:ilvl w:val="0"/>
          <w:numId w:val="17"/>
        </w:numPr>
        <w:autoSpaceDE w:val="0"/>
        <w:autoSpaceDN w:val="0"/>
        <w:spacing w:after="0" w:line="23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 w:rsidRPr="006F7B31">
        <w:rPr>
          <w:rFonts w:ascii="Times New Roman" w:hAnsi="Times New Roman" w:cs="Times New Roman"/>
          <w:i/>
          <w:sz w:val="24"/>
          <w:szCs w:val="24"/>
          <w:u w:val="single"/>
          <w:lang w:val="ru-RU"/>
        </w:rPr>
        <w:t xml:space="preserve">установление субъект-субъектных отношений в процессе учебной деятельности через </w:t>
      </w:r>
      <w:r w:rsidRPr="006F7B31">
        <w:rPr>
          <w:rFonts w:ascii="Times New Roman" w:hAnsi="Times New Roman" w:cs="Times New Roman"/>
          <w:sz w:val="24"/>
          <w:szCs w:val="24"/>
          <w:lang w:val="ru-RU"/>
        </w:rPr>
        <w:t>делегирование учащимся ряда учительских, в том числе и дидактических полномочий; проявление доверия к детям со стороны педагогов, уважения к их достоинству и чести; акцентирование внимания на индивидуальных особенностях, интересах, увлечениях, привычках того или иного ученика;</w:t>
      </w:r>
    </w:p>
    <w:p w14:paraId="424A0B71" w14:textId="77777777" w:rsidR="006F7B31" w:rsidRPr="006F7B31" w:rsidRDefault="006F7B31" w:rsidP="006F7B31">
      <w:pPr>
        <w:numPr>
          <w:ilvl w:val="0"/>
          <w:numId w:val="17"/>
        </w:numPr>
        <w:autoSpaceDE w:val="0"/>
        <w:autoSpaceDN w:val="0"/>
        <w:spacing w:after="0" w:line="23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 w:rsidRPr="006F7B31">
        <w:rPr>
          <w:rFonts w:ascii="Times New Roman" w:hAnsi="Times New Roman" w:cs="Times New Roman"/>
          <w:i/>
          <w:sz w:val="24"/>
          <w:szCs w:val="24"/>
          <w:u w:val="single"/>
          <w:lang w:val="ru-RU"/>
        </w:rPr>
        <w:t>использование воспитательных возможностей предметного содержания через подбор соответствующих текстов для чтения, задач для решения, музыки для прослушивания, тем для рисования, проблемных ситуаций для обсуждения, а также ситуаций, предполагающих ценностный выбор;</w:t>
      </w:r>
    </w:p>
    <w:p w14:paraId="2DA5C365" w14:textId="77777777" w:rsidR="006F7B31" w:rsidRPr="006F7B31" w:rsidRDefault="006F7B31" w:rsidP="006F7B31">
      <w:pPr>
        <w:numPr>
          <w:ilvl w:val="0"/>
          <w:numId w:val="17"/>
        </w:numPr>
        <w:autoSpaceDE w:val="0"/>
        <w:autoSpaceDN w:val="0"/>
        <w:spacing w:after="0" w:line="23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 w:rsidRPr="006F7B31">
        <w:rPr>
          <w:rFonts w:ascii="Times New Roman" w:hAnsi="Times New Roman" w:cs="Times New Roman"/>
          <w:i/>
          <w:sz w:val="24"/>
          <w:szCs w:val="24"/>
          <w:u w:val="single"/>
          <w:lang w:val="ru-RU"/>
        </w:rPr>
        <w:t xml:space="preserve">создание позитивных и конструктивных отношений между учителем и учениками через похвалу, выделение сильных сторон ученика, организацию совместной творческой деятельности; </w:t>
      </w:r>
      <w:r w:rsidRPr="006F7B31">
        <w:rPr>
          <w:rFonts w:ascii="Times New Roman" w:hAnsi="Times New Roman" w:cs="Times New Roman"/>
          <w:i/>
          <w:sz w:val="24"/>
          <w:szCs w:val="24"/>
          <w:u w:val="single"/>
          <w:lang w:val="ru-RU"/>
        </w:rPr>
        <w:lastRenderedPageBreak/>
        <w:t xml:space="preserve">установление сотруднических отношений в продуктивной деятельности, использование </w:t>
      </w:r>
      <w:r w:rsidRPr="006F7B31">
        <w:rPr>
          <w:rFonts w:ascii="Times New Roman" w:hAnsi="Times New Roman" w:cs="Times New Roman"/>
          <w:sz w:val="24"/>
          <w:szCs w:val="24"/>
          <w:lang w:val="ru-RU"/>
        </w:rPr>
        <w:t>мотивирующего потенциала юмора, обращение к личному опыту учащихся, проявление внимания к ученикам, требующим такого внимания;</w:t>
      </w:r>
    </w:p>
    <w:p w14:paraId="4B45CF42" w14:textId="77777777" w:rsidR="006F7B31" w:rsidRPr="006F7B31" w:rsidRDefault="006F7B31" w:rsidP="006F7B31">
      <w:pPr>
        <w:numPr>
          <w:ilvl w:val="0"/>
          <w:numId w:val="17"/>
        </w:numPr>
        <w:autoSpaceDE w:val="0"/>
        <w:autoSpaceDN w:val="0"/>
        <w:spacing w:after="0" w:line="23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 w:rsidRPr="006F7B31">
        <w:rPr>
          <w:rFonts w:ascii="Times New Roman" w:hAnsi="Times New Roman" w:cs="Times New Roman"/>
          <w:sz w:val="24"/>
          <w:szCs w:val="24"/>
          <w:lang w:val="ru-RU"/>
        </w:rPr>
        <w:t xml:space="preserve">побуждение обучающихся соблюдать </w:t>
      </w:r>
      <w:r w:rsidRPr="006F7B31">
        <w:rPr>
          <w:rFonts w:ascii="Times New Roman" w:hAnsi="Times New Roman" w:cs="Times New Roman"/>
          <w:i/>
          <w:sz w:val="24"/>
          <w:szCs w:val="24"/>
          <w:u w:val="single"/>
          <w:lang w:val="ru-RU"/>
        </w:rPr>
        <w:t xml:space="preserve">правила внутреннего распорядка, </w:t>
      </w:r>
      <w:r w:rsidRPr="006F7B31">
        <w:rPr>
          <w:rFonts w:ascii="Times New Roman" w:hAnsi="Times New Roman" w:cs="Times New Roman"/>
          <w:sz w:val="24"/>
          <w:szCs w:val="24"/>
          <w:lang w:val="ru-RU"/>
        </w:rPr>
        <w:t xml:space="preserve">нормы поведения, правила общения со сверстниками и педагогами, соответствующие укладу Школы, установление и поддержку доброжелательной атмосферы </w:t>
      </w:r>
      <w:r w:rsidRPr="006F7B31">
        <w:rPr>
          <w:rFonts w:ascii="Times New Roman" w:hAnsi="Times New Roman" w:cs="Times New Roman"/>
          <w:i/>
          <w:sz w:val="24"/>
          <w:szCs w:val="24"/>
          <w:u w:val="single"/>
          <w:lang w:val="ru-RU"/>
        </w:rPr>
        <w:t>через закрепление за каждым учащимся своего места, использование привлекательных для детей традиций, демонстрацию собственного примера;</w:t>
      </w:r>
    </w:p>
    <w:p w14:paraId="502D0173" w14:textId="77777777" w:rsidR="006F7B31" w:rsidRPr="006F7B31" w:rsidRDefault="006F7B31" w:rsidP="006F7B31">
      <w:pPr>
        <w:numPr>
          <w:ilvl w:val="0"/>
          <w:numId w:val="17"/>
        </w:numPr>
        <w:autoSpaceDE w:val="0"/>
        <w:autoSpaceDN w:val="0"/>
        <w:spacing w:after="0" w:line="23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7B31">
        <w:rPr>
          <w:rFonts w:ascii="Times New Roman" w:hAnsi="Times New Roman" w:cs="Times New Roman"/>
          <w:sz w:val="24"/>
          <w:szCs w:val="24"/>
          <w:lang w:val="ru-RU"/>
        </w:rPr>
        <w:t>организацию шефства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14:paraId="699D76E3" w14:textId="77777777" w:rsidR="006F7B31" w:rsidRPr="006F7B31" w:rsidRDefault="006F7B31" w:rsidP="006F7B31">
      <w:pPr>
        <w:numPr>
          <w:ilvl w:val="0"/>
          <w:numId w:val="17"/>
        </w:numPr>
        <w:autoSpaceDE w:val="0"/>
        <w:autoSpaceDN w:val="0"/>
        <w:spacing w:after="0" w:line="23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 w:rsidRPr="006F7B31">
        <w:rPr>
          <w:rFonts w:ascii="Times New Roman" w:hAnsi="Times New Roman" w:cs="Times New Roman"/>
          <w:sz w:val="24"/>
          <w:szCs w:val="24"/>
          <w:lang w:val="ru-RU"/>
        </w:rPr>
        <w:t>инициирование и поддержку исследовательской деятельности обучающихся в форме индивидуальных и групповых проектов</w:t>
      </w:r>
      <w:r w:rsidRPr="006F7B31">
        <w:rPr>
          <w:rFonts w:ascii="Times New Roman" w:hAnsi="Times New Roman" w:cs="Times New Roman"/>
          <w:i/>
          <w:sz w:val="24"/>
          <w:szCs w:val="24"/>
          <w:u w:val="single"/>
          <w:lang w:val="ru-RU"/>
        </w:rPr>
        <w:t>;</w:t>
      </w:r>
    </w:p>
    <w:p w14:paraId="58E6C1B3" w14:textId="77777777" w:rsidR="006F7B31" w:rsidRPr="006F7B31" w:rsidRDefault="006F7B31" w:rsidP="006F7B31">
      <w:pPr>
        <w:numPr>
          <w:ilvl w:val="0"/>
          <w:numId w:val="17"/>
        </w:numPr>
        <w:autoSpaceDE w:val="0"/>
        <w:autoSpaceDN w:val="0"/>
        <w:spacing w:after="0" w:line="23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7B31">
        <w:rPr>
          <w:rFonts w:ascii="Times New Roman" w:hAnsi="Times New Roman" w:cs="Times New Roman"/>
          <w:sz w:val="24"/>
          <w:szCs w:val="24"/>
          <w:lang w:val="ru-RU"/>
        </w:rPr>
        <w:t xml:space="preserve">включение учителями в рабочие программы по всем учебным предметам, курсам, </w:t>
      </w:r>
      <w:r w:rsidRPr="006F7B31">
        <w:rPr>
          <w:rFonts w:ascii="Times New Roman" w:hAnsi="Times New Roman" w:cs="Times New Roman"/>
          <w:sz w:val="24"/>
          <w:szCs w:val="24"/>
          <w:u w:val="single"/>
          <w:lang w:val="ru-RU"/>
        </w:rPr>
        <w:t>модулям целевых ориентиров результатов воспитания, их учёт в формулировках воспитательных задач уроков, занятий, освоения учебной тематики, их реализацию в обучении;</w:t>
      </w:r>
    </w:p>
    <w:p w14:paraId="27A1C4B3" w14:textId="77777777" w:rsidR="006F7B31" w:rsidRPr="006F7B31" w:rsidRDefault="006F7B31" w:rsidP="006F7B31">
      <w:pPr>
        <w:numPr>
          <w:ilvl w:val="0"/>
          <w:numId w:val="17"/>
        </w:numPr>
        <w:autoSpaceDE w:val="0"/>
        <w:autoSpaceDN w:val="0"/>
        <w:spacing w:after="0" w:line="23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7B31">
        <w:rPr>
          <w:rFonts w:ascii="Times New Roman" w:hAnsi="Times New Roman" w:cs="Times New Roman"/>
          <w:sz w:val="24"/>
          <w:szCs w:val="24"/>
          <w:lang w:val="ru-RU"/>
        </w:rPr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14:paraId="0403C43F" w14:textId="77777777" w:rsidR="006F7B31" w:rsidRPr="006F7B31" w:rsidRDefault="006F7B31" w:rsidP="006F7B31">
      <w:pPr>
        <w:numPr>
          <w:ilvl w:val="0"/>
          <w:numId w:val="17"/>
        </w:numPr>
        <w:autoSpaceDE w:val="0"/>
        <w:autoSpaceDN w:val="0"/>
        <w:spacing w:after="0" w:line="23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7B31">
        <w:rPr>
          <w:rFonts w:ascii="Times New Roman" w:hAnsi="Times New Roman" w:cs="Times New Roman"/>
          <w:sz w:val="24"/>
          <w:szCs w:val="24"/>
          <w:lang w:val="ru-RU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14:paraId="1F8C67BA" w14:textId="77777777" w:rsidR="006F7B31" w:rsidRPr="006F7B31" w:rsidRDefault="006F7B31" w:rsidP="006F7B31">
      <w:pPr>
        <w:numPr>
          <w:ilvl w:val="0"/>
          <w:numId w:val="17"/>
        </w:numPr>
        <w:autoSpaceDE w:val="0"/>
        <w:autoSpaceDN w:val="0"/>
        <w:spacing w:after="0" w:line="23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7B31">
        <w:rPr>
          <w:rFonts w:ascii="Times New Roman" w:hAnsi="Times New Roman" w:cs="Times New Roman"/>
          <w:sz w:val="24"/>
          <w:szCs w:val="24"/>
          <w:lang w:val="ru-RU"/>
        </w:rPr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14:paraId="6873FEF1" w14:textId="77777777" w:rsidR="006F7B31" w:rsidRPr="006F7B31" w:rsidRDefault="006F7B31" w:rsidP="006F7B31">
      <w:pPr>
        <w:numPr>
          <w:ilvl w:val="0"/>
          <w:numId w:val="18"/>
        </w:numPr>
        <w:autoSpaceDE w:val="0"/>
        <w:autoSpaceDN w:val="0"/>
        <w:spacing w:after="0" w:line="23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7B31">
        <w:rPr>
          <w:rFonts w:ascii="Times New Roman" w:hAnsi="Times New Roman" w:cs="Times New Roman"/>
          <w:sz w:val="24"/>
          <w:szCs w:val="24"/>
          <w:lang w:val="ru-RU"/>
        </w:rPr>
        <w:t>применение     интерактивных      форм      учебной      работы –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мышления.</w:t>
      </w:r>
    </w:p>
    <w:p w14:paraId="4508627B" w14:textId="77777777" w:rsidR="006F7B31" w:rsidRPr="006F7B31" w:rsidRDefault="006F7B31" w:rsidP="006F7B31">
      <w:pPr>
        <w:autoSpaceDE w:val="0"/>
        <w:autoSpaceDN w:val="0"/>
        <w:spacing w:after="0" w:line="230" w:lineRule="auto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6F7B31">
        <w:rPr>
          <w:rFonts w:ascii="Times New Roman" w:hAnsi="Times New Roman" w:cs="Times New Roman"/>
          <w:sz w:val="24"/>
          <w:szCs w:val="24"/>
          <w:lang w:val="ru-RU"/>
        </w:rPr>
        <w:t>Реализация воспитательного потенциала основных школьных дел предусматривает</w:t>
      </w:r>
      <w:r w:rsidRPr="006F7B31">
        <w:rPr>
          <w:rFonts w:ascii="Times New Roman" w:hAnsi="Times New Roman" w:cs="Times New Roman"/>
          <w:i/>
          <w:sz w:val="24"/>
          <w:szCs w:val="24"/>
          <w:lang w:val="ru-RU"/>
        </w:rPr>
        <w:t>:</w:t>
      </w:r>
    </w:p>
    <w:p w14:paraId="6DB6D6FB" w14:textId="77777777" w:rsidR="006F7B31" w:rsidRPr="006F7B31" w:rsidRDefault="006F7B31" w:rsidP="006F7B31">
      <w:pPr>
        <w:numPr>
          <w:ilvl w:val="0"/>
          <w:numId w:val="18"/>
        </w:numPr>
        <w:autoSpaceDE w:val="0"/>
        <w:autoSpaceDN w:val="0"/>
        <w:spacing w:after="0" w:line="23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7B31">
        <w:rPr>
          <w:rFonts w:ascii="Times New Roman" w:hAnsi="Times New Roman" w:cs="Times New Roman"/>
          <w:sz w:val="24"/>
          <w:szCs w:val="24"/>
          <w:lang w:val="ru-RU"/>
        </w:rPr>
        <w:t>общешкольные многодневные тематические мероприятия, направленные на формирование личностных результатов обучающихся: Неделя толерантности, Марафон добрых дел, Неделя профориентации, Декада «Мы за ЗОЖ!», Неделя позитива, КТД «Новогодний переполох» и др.;</w:t>
      </w:r>
    </w:p>
    <w:p w14:paraId="1A625445" w14:textId="77777777" w:rsidR="006F7B31" w:rsidRPr="006F7B31" w:rsidRDefault="006F7B31" w:rsidP="006F7B31">
      <w:pPr>
        <w:numPr>
          <w:ilvl w:val="0"/>
          <w:numId w:val="18"/>
        </w:numPr>
        <w:autoSpaceDE w:val="0"/>
        <w:autoSpaceDN w:val="0"/>
        <w:spacing w:after="0" w:line="23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7B31">
        <w:rPr>
          <w:rFonts w:ascii="Times New Roman" w:hAnsi="Times New Roman" w:cs="Times New Roman"/>
          <w:sz w:val="24"/>
          <w:szCs w:val="24"/>
          <w:lang w:val="ru-RU"/>
        </w:rPr>
        <w:t>ежегодные мероприятия, связанные с общероссийскими, региональными, муниципальными праздниками, памятными датами, в которых участвуют все классы: мероприятия в рамках календаря знаменательных дат;</w:t>
      </w:r>
    </w:p>
    <w:p w14:paraId="4947A2EC" w14:textId="77777777" w:rsidR="006F7B31" w:rsidRPr="006F7B31" w:rsidRDefault="006F7B31" w:rsidP="006F7B31">
      <w:pPr>
        <w:numPr>
          <w:ilvl w:val="0"/>
          <w:numId w:val="18"/>
        </w:numPr>
        <w:autoSpaceDE w:val="0"/>
        <w:autoSpaceDN w:val="0"/>
        <w:spacing w:after="0" w:line="23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7B31">
        <w:rPr>
          <w:rFonts w:ascii="Times New Roman" w:hAnsi="Times New Roman" w:cs="Times New Roman"/>
          <w:sz w:val="24"/>
          <w:szCs w:val="24"/>
          <w:lang w:val="ru-RU"/>
        </w:rPr>
        <w:t>участие во всероссийских акциях, проектах, посвящённых значимым событиям в России, мире: проект «Огневые рубежи», акции «Блокадный хлеб», «Диктант Победы», «Свеча памяти», «Час Земли», «Сад памяти» и др.);</w:t>
      </w:r>
    </w:p>
    <w:p w14:paraId="5C4218FD" w14:textId="77777777" w:rsidR="006F7B31" w:rsidRPr="006F7B31" w:rsidRDefault="006F7B31" w:rsidP="006F7B31">
      <w:pPr>
        <w:numPr>
          <w:ilvl w:val="0"/>
          <w:numId w:val="19"/>
        </w:numPr>
        <w:autoSpaceDE w:val="0"/>
        <w:autoSpaceDN w:val="0"/>
        <w:spacing w:after="0" w:line="23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7B31">
        <w:rPr>
          <w:rFonts w:ascii="Times New Roman" w:hAnsi="Times New Roman" w:cs="Times New Roman"/>
          <w:sz w:val="24"/>
          <w:szCs w:val="24"/>
          <w:lang w:val="ru-RU"/>
        </w:rPr>
        <w:t>торжественные мероприятия, связанные с завершением образования, переходом на следующий уровень образования: Последний звонок, церемония вручения аттестатов, праздник «Прощание с начальной школой»;</w:t>
      </w:r>
    </w:p>
    <w:p w14:paraId="6EC59945" w14:textId="77777777" w:rsidR="006F7B31" w:rsidRPr="006F7B31" w:rsidRDefault="006F7B31" w:rsidP="006F7B31">
      <w:pPr>
        <w:numPr>
          <w:ilvl w:val="0"/>
          <w:numId w:val="18"/>
        </w:numPr>
        <w:autoSpaceDE w:val="0"/>
        <w:autoSpaceDN w:val="0"/>
        <w:spacing w:after="0" w:line="23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7B31">
        <w:rPr>
          <w:rFonts w:ascii="Times New Roman" w:hAnsi="Times New Roman" w:cs="Times New Roman"/>
          <w:sz w:val="24"/>
          <w:szCs w:val="24"/>
          <w:lang w:val="ru-RU"/>
        </w:rPr>
        <w:t>мероприятия, символизирующие приобретение новых социальных статусов в общеобразовательной организации, обществе: ритуалы посвящения в первоклассники, пятиклассники, старшеклассники;</w:t>
      </w:r>
    </w:p>
    <w:p w14:paraId="2D95D378" w14:textId="77777777" w:rsidR="006F7B31" w:rsidRPr="006F7B31" w:rsidRDefault="006F7B31" w:rsidP="006F7B31">
      <w:pPr>
        <w:numPr>
          <w:ilvl w:val="0"/>
          <w:numId w:val="18"/>
        </w:numPr>
        <w:autoSpaceDE w:val="0"/>
        <w:autoSpaceDN w:val="0"/>
        <w:spacing w:after="0" w:line="23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7B31">
        <w:rPr>
          <w:rFonts w:ascii="Times New Roman" w:hAnsi="Times New Roman" w:cs="Times New Roman"/>
          <w:sz w:val="24"/>
          <w:szCs w:val="24"/>
          <w:lang w:val="ru-RU"/>
        </w:rPr>
        <w:t>церемонии награждения (по итогам учебного периода, года) обучающихся и педагогов за участие в жизни общеобразовательной организации, достижения в конкурсах, соревнованиях, олимпиадах, вклад в развитие общеобразовательной организации, г. Болгар, Спасского района: праздник «За честь школы», чествование победителей и призёров муниципального и регионального этапа Всероссийской олимпиады школьников;</w:t>
      </w:r>
    </w:p>
    <w:p w14:paraId="67DE6F8B" w14:textId="77777777" w:rsidR="006F7B31" w:rsidRPr="006F7B31" w:rsidRDefault="006F7B31" w:rsidP="006F7B31">
      <w:pPr>
        <w:numPr>
          <w:ilvl w:val="0"/>
          <w:numId w:val="18"/>
        </w:numPr>
        <w:autoSpaceDE w:val="0"/>
        <w:autoSpaceDN w:val="0"/>
        <w:spacing w:after="0" w:line="23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7B31">
        <w:rPr>
          <w:rFonts w:ascii="Times New Roman" w:hAnsi="Times New Roman" w:cs="Times New Roman"/>
          <w:sz w:val="24"/>
          <w:szCs w:val="24"/>
          <w:lang w:val="ru-RU"/>
        </w:rPr>
        <w:t>федеральные, региональные и муниципальные проекты, направленные на достижение целевых ориентиров воспитания: проекты «Орлята России», «Билет в будущее», конкурс «Большая перемена» и др.</w:t>
      </w:r>
    </w:p>
    <w:p w14:paraId="5B6A163D" w14:textId="77777777" w:rsidR="006F7B31" w:rsidRPr="006F7B31" w:rsidRDefault="006F7B31" w:rsidP="006F7B31">
      <w:pPr>
        <w:numPr>
          <w:ilvl w:val="0"/>
          <w:numId w:val="18"/>
        </w:numPr>
        <w:autoSpaceDE w:val="0"/>
        <w:autoSpaceDN w:val="0"/>
        <w:spacing w:after="0" w:line="23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7B31">
        <w:rPr>
          <w:rFonts w:ascii="Times New Roman" w:hAnsi="Times New Roman" w:cs="Times New Roman"/>
          <w:sz w:val="24"/>
          <w:szCs w:val="24"/>
          <w:lang w:val="ru-RU"/>
        </w:rPr>
        <w:t>социальные проекты в общеобразовательной организации, совместно разрабатываемые и реализуемые обучающимися и педагогами, в том числе с участием социальных партнёров: «Школьные медиа против деструктивных сообществ», «Россия – моя история» и др.</w:t>
      </w:r>
    </w:p>
    <w:p w14:paraId="0FE40DD6" w14:textId="77777777" w:rsidR="006F7B31" w:rsidRPr="006F7B31" w:rsidRDefault="006F7B31" w:rsidP="006F7B31">
      <w:pPr>
        <w:numPr>
          <w:ilvl w:val="0"/>
          <w:numId w:val="18"/>
        </w:numPr>
        <w:autoSpaceDE w:val="0"/>
        <w:autoSpaceDN w:val="0"/>
        <w:spacing w:after="0" w:line="23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7B31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мероприятия благотворительной, экологической, патриотической, трудовой и других направленностей: тематические викторины, квесты, квизы, флешмобы; акции по благоустройству и оформлению школьной территории, фестиваль «Этих дней не смолкнет слава!», фестиваль талантов, выставки рисунков и фотографий, оформление тематических экспозиций и др. </w:t>
      </w:r>
    </w:p>
    <w:p w14:paraId="3AF37EE5" w14:textId="77777777" w:rsidR="006F7B31" w:rsidRPr="006F7B31" w:rsidRDefault="006F7B31" w:rsidP="006F7B31">
      <w:pPr>
        <w:numPr>
          <w:ilvl w:val="0"/>
          <w:numId w:val="18"/>
        </w:numPr>
        <w:autoSpaceDE w:val="0"/>
        <w:autoSpaceDN w:val="0"/>
        <w:spacing w:after="0" w:line="23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7B31">
        <w:rPr>
          <w:rFonts w:ascii="Times New Roman" w:hAnsi="Times New Roman" w:cs="Times New Roman"/>
          <w:sz w:val="24"/>
          <w:szCs w:val="24"/>
          <w:lang w:val="ru-RU"/>
        </w:rPr>
        <w:t>участие во Всероссийских онлайн-уроках Института изучения детства, семьи и воспитания Российской академии образования;</w:t>
      </w:r>
      <w:r w:rsidRPr="006F7B31">
        <w:rPr>
          <w:rFonts w:ascii="Times New Roman" w:hAnsi="Times New Roman" w:cs="Times New Roman"/>
          <w:i/>
          <w:sz w:val="24"/>
          <w:szCs w:val="24"/>
          <w:u w:val="single"/>
          <w:lang w:val="ru-RU"/>
        </w:rPr>
        <w:t xml:space="preserve"> </w:t>
      </w:r>
    </w:p>
    <w:p w14:paraId="2A57DADA" w14:textId="77777777" w:rsidR="006F7B31" w:rsidRPr="006F7B31" w:rsidRDefault="006F7B31" w:rsidP="006F7B31">
      <w:pPr>
        <w:numPr>
          <w:ilvl w:val="0"/>
          <w:numId w:val="18"/>
        </w:numPr>
        <w:autoSpaceDE w:val="0"/>
        <w:autoSpaceDN w:val="0"/>
        <w:spacing w:after="0" w:line="23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7B31">
        <w:rPr>
          <w:rFonts w:ascii="Times New Roman" w:hAnsi="Times New Roman" w:cs="Times New Roman"/>
          <w:sz w:val="24"/>
          <w:szCs w:val="24"/>
          <w:lang w:val="ru-RU"/>
        </w:rPr>
        <w:t>через формирование творческих групп как на уровне класса, так и на уровне Школы вовлечение по возможности каждого обучающегося в школьные дела в разных ролях (сценаристов, постановщиков, исполнителей, корреспондентов, ведущих, оформителей, музыкальных редакторов, ответственных за костюмы и оборудование, за приглашение и встречу гостей и т. д.), помощь обучающимся в освоении навыков подготовки, проведения, анализа общешкольных дел;</w:t>
      </w:r>
    </w:p>
    <w:p w14:paraId="0773B7DD" w14:textId="77777777" w:rsidR="006F7B31" w:rsidRPr="006F7B31" w:rsidRDefault="006F7B31" w:rsidP="006F7B31">
      <w:pPr>
        <w:numPr>
          <w:ilvl w:val="0"/>
          <w:numId w:val="18"/>
        </w:numPr>
        <w:autoSpaceDE w:val="0"/>
        <w:autoSpaceDN w:val="0"/>
        <w:spacing w:after="0" w:line="23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7B31">
        <w:rPr>
          <w:rFonts w:ascii="Times New Roman" w:hAnsi="Times New Roman" w:cs="Times New Roman"/>
          <w:sz w:val="24"/>
          <w:szCs w:val="24"/>
          <w:lang w:val="ru-RU"/>
        </w:rP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педагогами и другими взрослыми с последующей корректировкой организации взаимодействия с обучающимися.</w:t>
      </w:r>
    </w:p>
    <w:p w14:paraId="7C1C1F3A" w14:textId="77777777" w:rsidR="00482F2A" w:rsidRDefault="00482F2A" w:rsidP="00482F2A">
      <w:pPr>
        <w:autoSpaceDE w:val="0"/>
        <w:autoSpaceDN w:val="0"/>
        <w:spacing w:after="0" w:line="23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39DC43FA" w14:textId="77777777" w:rsidR="00E875B5" w:rsidRDefault="00E875B5" w:rsidP="00482F2A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14:paraId="764B9C39" w14:textId="77777777" w:rsidR="001F78E4" w:rsidRDefault="00EB1D13" w:rsidP="00482F2A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>
        <w:rPr>
          <w:rFonts w:ascii="Times New Roman" w:eastAsia="Times New Roman" w:hAnsi="Times New Roman"/>
          <w:b/>
          <w:color w:val="000000"/>
          <w:sz w:val="24"/>
        </w:rPr>
        <w:t>II</w:t>
      </w:r>
      <w:r w:rsidRPr="001F78E4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. </w:t>
      </w:r>
      <w:r w:rsidR="00AA22DB" w:rsidRPr="00482F2A">
        <w:rPr>
          <w:rFonts w:ascii="Times New Roman" w:eastAsia="Times New Roman" w:hAnsi="Times New Roman"/>
          <w:b/>
          <w:color w:val="000000"/>
          <w:sz w:val="24"/>
          <w:lang w:val="ru-RU"/>
        </w:rPr>
        <w:t>СОДЕРЖАНИЕ УЧЕБНОГО ПРЕДМЕТА</w:t>
      </w:r>
    </w:p>
    <w:p w14:paraId="2EF99C07" w14:textId="38E376CF" w:rsidR="001F78E4" w:rsidRDefault="00AA22DB" w:rsidP="001F78E4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482F2A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</w:t>
      </w:r>
      <w:r w:rsidR="001F78E4">
        <w:rPr>
          <w:rFonts w:ascii="Times New Roman" w:eastAsia="Times New Roman" w:hAnsi="Times New Roman"/>
          <w:b/>
          <w:color w:val="000000"/>
          <w:sz w:val="24"/>
          <w:lang w:val="ru-RU"/>
        </w:rPr>
        <w:t>1 класс</w:t>
      </w:r>
    </w:p>
    <w:p w14:paraId="0951BADE" w14:textId="77777777" w:rsidR="001F78E4" w:rsidRDefault="001F78E4" w:rsidP="001F78E4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14:paraId="16763A89" w14:textId="7AD09539" w:rsidR="00921941" w:rsidRPr="00482F2A" w:rsidRDefault="00AA22DB" w:rsidP="001F78E4">
      <w:pPr>
        <w:autoSpaceDE w:val="0"/>
        <w:autoSpaceDN w:val="0"/>
        <w:spacing w:after="0" w:line="230" w:lineRule="auto"/>
        <w:rPr>
          <w:lang w:val="ru-RU"/>
        </w:rPr>
      </w:pPr>
      <w:r w:rsidRPr="00482F2A">
        <w:rPr>
          <w:rFonts w:ascii="Times New Roman" w:eastAsia="Times New Roman" w:hAnsi="Times New Roman"/>
          <w:b/>
          <w:color w:val="000000"/>
          <w:sz w:val="24"/>
          <w:lang w:val="ru-RU"/>
        </w:rPr>
        <w:t>Обучение грамоте</w:t>
      </w:r>
    </w:p>
    <w:p w14:paraId="6C23B18D" w14:textId="77777777" w:rsidR="00482F2A" w:rsidRDefault="00AA22DB" w:rsidP="00482F2A">
      <w:pPr>
        <w:pStyle w:val="a9"/>
        <w:jc w:val="both"/>
        <w:rPr>
          <w:lang w:val="ru-RU"/>
        </w:rPr>
      </w:pPr>
      <w:r w:rsidRPr="00482F2A">
        <w:rPr>
          <w:lang w:val="ru-RU"/>
        </w:rPr>
        <w:tab/>
      </w:r>
      <w:r w:rsidRPr="00482F2A">
        <w:rPr>
          <w:b/>
          <w:lang w:val="ru-RU"/>
        </w:rPr>
        <w:t xml:space="preserve">Развитие речи </w:t>
      </w:r>
    </w:p>
    <w:p w14:paraId="50B06080" w14:textId="6345142B" w:rsidR="00921941" w:rsidRPr="00482F2A" w:rsidRDefault="00AA22DB" w:rsidP="00482F2A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2F2A">
        <w:rPr>
          <w:rFonts w:ascii="Times New Roman" w:hAnsi="Times New Roman" w:cs="Times New Roman"/>
          <w:sz w:val="24"/>
          <w:szCs w:val="24"/>
          <w:lang w:val="ru-RU"/>
        </w:rPr>
        <w:t>Составление небольших рассказов повествовательного харак​тера по серии сюжетных картинок, материалам собственных игр, занятий, наблюдений. Понимание текста при его прослушивании и при самостоя​тельном чтении вслух.</w:t>
      </w:r>
    </w:p>
    <w:p w14:paraId="228BF745" w14:textId="77777777" w:rsidR="00482F2A" w:rsidRPr="00482F2A" w:rsidRDefault="00AA22DB" w:rsidP="00482F2A">
      <w:pPr>
        <w:pStyle w:val="a9"/>
        <w:jc w:val="both"/>
        <w:rPr>
          <w:rFonts w:ascii="Times New Roman" w:hAnsi="Times New Roman" w:cs="Times New Roman"/>
          <w:lang w:val="ru-RU"/>
        </w:rPr>
      </w:pPr>
      <w:r w:rsidRPr="00482F2A">
        <w:rPr>
          <w:lang w:val="ru-RU"/>
        </w:rPr>
        <w:tab/>
      </w:r>
      <w:r w:rsidRPr="00482F2A">
        <w:rPr>
          <w:rFonts w:ascii="Times New Roman" w:hAnsi="Times New Roman" w:cs="Times New Roman"/>
          <w:b/>
          <w:sz w:val="24"/>
          <w:szCs w:val="24"/>
          <w:lang w:val="ru-RU"/>
        </w:rPr>
        <w:t xml:space="preserve">Слово и предложение </w:t>
      </w:r>
    </w:p>
    <w:p w14:paraId="1972FA53" w14:textId="683DB66A" w:rsidR="00921941" w:rsidRPr="00482F2A" w:rsidRDefault="00AA22DB" w:rsidP="00482F2A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2F2A">
        <w:rPr>
          <w:rFonts w:ascii="Times New Roman" w:hAnsi="Times New Roman" w:cs="Times New Roman"/>
          <w:sz w:val="24"/>
          <w:szCs w:val="24"/>
          <w:lang w:val="ru-RU"/>
        </w:rPr>
        <w:t>Различение слова и предложения. Работа с предложением: выделение слов, изменение их порядка. Восприятие слова как объекта изучения, материала для анализа. Наблюдение над значением слова.</w:t>
      </w:r>
    </w:p>
    <w:p w14:paraId="516AECA0" w14:textId="77777777" w:rsidR="00482F2A" w:rsidRPr="00482F2A" w:rsidRDefault="00AA22DB" w:rsidP="00482F2A">
      <w:pPr>
        <w:pStyle w:val="a9"/>
        <w:jc w:val="both"/>
        <w:rPr>
          <w:rFonts w:ascii="Times New Roman" w:hAnsi="Times New Roman" w:cs="Times New Roman"/>
          <w:lang w:val="ru-RU"/>
        </w:rPr>
      </w:pPr>
      <w:r w:rsidRPr="00482F2A">
        <w:rPr>
          <w:lang w:val="ru-RU"/>
        </w:rPr>
        <w:tab/>
      </w:r>
      <w:r w:rsidRPr="00482F2A">
        <w:rPr>
          <w:rFonts w:ascii="Times New Roman" w:hAnsi="Times New Roman" w:cs="Times New Roman"/>
          <w:b/>
          <w:sz w:val="24"/>
          <w:szCs w:val="24"/>
          <w:lang w:val="ru-RU"/>
        </w:rPr>
        <w:t>Фонетика</w:t>
      </w:r>
      <w:r w:rsidRPr="00482F2A">
        <w:rPr>
          <w:rFonts w:ascii="Times New Roman" w:hAnsi="Times New Roman" w:cs="Times New Roman"/>
          <w:b/>
          <w:lang w:val="ru-RU"/>
        </w:rPr>
        <w:t xml:space="preserve"> </w:t>
      </w:r>
    </w:p>
    <w:p w14:paraId="6AFA043D" w14:textId="3D2BB927" w:rsidR="00921941" w:rsidRPr="00482F2A" w:rsidRDefault="00AA22DB" w:rsidP="00482F2A">
      <w:pPr>
        <w:pStyle w:val="a9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2F2A">
        <w:rPr>
          <w:rFonts w:ascii="Times New Roman" w:hAnsi="Times New Roman" w:cs="Times New Roman"/>
          <w:sz w:val="24"/>
          <w:szCs w:val="24"/>
          <w:lang w:val="ru-RU"/>
        </w:rPr>
        <w:t>Звуки речи. Единство звукового состава слова и его значения. Установление последовательности звуков в слове и  количе​ства звуков. Сопоставление слов, различающихся одним или несколькими звуками. Звуковой анализ слова, работа со звуко​выми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Количе​ство слогов в слове. Ударный слог.</w:t>
      </w:r>
    </w:p>
    <w:p w14:paraId="148179F2" w14:textId="77777777" w:rsidR="00921941" w:rsidRPr="00482F2A" w:rsidRDefault="00AA22DB" w:rsidP="00482F2A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2F2A">
        <w:rPr>
          <w:lang w:val="ru-RU"/>
        </w:rPr>
        <w:tab/>
      </w:r>
      <w:r w:rsidRPr="00482F2A">
        <w:rPr>
          <w:rFonts w:ascii="Times New Roman" w:hAnsi="Times New Roman" w:cs="Times New Roman"/>
          <w:b/>
          <w:sz w:val="24"/>
          <w:szCs w:val="24"/>
          <w:lang w:val="ru-RU"/>
        </w:rPr>
        <w:t xml:space="preserve">Графика </w:t>
      </w:r>
      <w:r w:rsidRPr="00482F2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82F2A">
        <w:rPr>
          <w:rFonts w:ascii="Times New Roman" w:hAnsi="Times New Roman" w:cs="Times New Roman"/>
          <w:sz w:val="24"/>
          <w:szCs w:val="24"/>
          <w:lang w:val="ru-RU"/>
        </w:rPr>
        <w:tab/>
        <w:t>Различение звука и буквы: буква как знак звука. Слоговой принцип русской графики. Буквы гласных как показатель твёр​дости — мягкости согласных звуков. Функции букв е, ё, ю, я. Мягкий знак как показатель мягкости предшествующего со​ гласного звука в конце слова. Последовательность букв в русском алфавите.</w:t>
      </w:r>
    </w:p>
    <w:p w14:paraId="462FEE0A" w14:textId="77777777" w:rsidR="00921941" w:rsidRPr="00482F2A" w:rsidRDefault="00AA22DB" w:rsidP="00482F2A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2F2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482F2A">
        <w:rPr>
          <w:rFonts w:ascii="Times New Roman" w:hAnsi="Times New Roman" w:cs="Times New Roman"/>
          <w:b/>
          <w:sz w:val="24"/>
          <w:szCs w:val="24"/>
          <w:lang w:val="ru-RU"/>
        </w:rPr>
        <w:t xml:space="preserve">Чтение </w:t>
      </w:r>
      <w:r w:rsidRPr="00482F2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82F2A">
        <w:rPr>
          <w:rFonts w:ascii="Times New Roman" w:hAnsi="Times New Roman" w:cs="Times New Roman"/>
          <w:sz w:val="24"/>
          <w:szCs w:val="24"/>
          <w:lang w:val="ru-RU"/>
        </w:rPr>
        <w:tab/>
        <w:t xml:space="preserve">Слоговое чтение (ориентация на букву, обозначающую глас​ный звук).  Плавное слоговое чтение и чтение целыми словами со скоростью, соответствующей индивидуальному темпу. Чте​ние с </w:t>
      </w:r>
      <w:r w:rsidRPr="00482F2A">
        <w:rPr>
          <w:rFonts w:ascii="Times New Roman" w:hAnsi="Times New Roman" w:cs="Times New Roman"/>
          <w:sz w:val="24"/>
          <w:szCs w:val="24"/>
          <w:lang w:val="ru-RU"/>
        </w:rPr>
        <w:br/>
        <w:t xml:space="preserve">интонациями и паузами в соответствии со знаками препи​нания. Осознанное чтение слов, </w:t>
      </w:r>
      <w:r w:rsidRPr="00482F2A">
        <w:rPr>
          <w:rFonts w:ascii="Times New Roman" w:hAnsi="Times New Roman" w:cs="Times New Roman"/>
          <w:sz w:val="24"/>
          <w:szCs w:val="24"/>
          <w:lang w:val="ru-RU"/>
        </w:rPr>
        <w:br/>
        <w:t>словосочетаний, предложений. Выразительное чтение на материале небольших прозаических текстов и стихотворений. Орфоэпическое чтение (при переходе к чтению целыми слова​ми). Орфографическое чтение (проговаривание) как средство самоконтроля при письме под диктовку и при списывании.</w:t>
      </w:r>
    </w:p>
    <w:p w14:paraId="37CBC728" w14:textId="77777777" w:rsidR="00921941" w:rsidRPr="00482F2A" w:rsidRDefault="00AA22DB" w:rsidP="00482F2A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2F2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482F2A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Письмо </w:t>
      </w:r>
      <w:r w:rsidRPr="00482F2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82F2A">
        <w:rPr>
          <w:rFonts w:ascii="Times New Roman" w:hAnsi="Times New Roman" w:cs="Times New Roman"/>
          <w:sz w:val="24"/>
          <w:szCs w:val="24"/>
          <w:lang w:val="ru-RU"/>
        </w:rPr>
        <w:tab/>
        <w:t xml:space="preserve">Ориентация на пространстве листа в тетради и на простран​стве классной доски. Гигиенические требования, которые необ​ходимо соблюдать во время письма.Начертание письменных прописных и строчных букв. Пись​мо букв, буквосочетаний, слогов, слов, предложений с соблюде​нием </w:t>
      </w:r>
      <w:r w:rsidRPr="00482F2A">
        <w:rPr>
          <w:rFonts w:ascii="Times New Roman" w:hAnsi="Times New Roman" w:cs="Times New Roman"/>
          <w:sz w:val="24"/>
          <w:szCs w:val="24"/>
          <w:lang w:val="ru-RU"/>
        </w:rPr>
        <w:br/>
        <w:t xml:space="preserve">гигиенических норм. Письмо разборчивым, аккуратным почерком. Письмо под диктовку слов и предложений, написа​ние которых не расходится с их произношением. Приёмы и последовательность </w:t>
      </w:r>
      <w:r w:rsidRPr="00482F2A">
        <w:rPr>
          <w:rFonts w:ascii="Times New Roman" w:hAnsi="Times New Roman" w:cs="Times New Roman"/>
          <w:sz w:val="24"/>
          <w:szCs w:val="24"/>
          <w:lang w:val="ru-RU"/>
        </w:rPr>
        <w:lastRenderedPageBreak/>
        <w:t>правильного списывания текста. Функция небуквенных графических средств: пробела между словами, знака переноса.</w:t>
      </w:r>
    </w:p>
    <w:p w14:paraId="42A94FB7" w14:textId="77777777" w:rsidR="00482F2A" w:rsidRDefault="00AA22DB" w:rsidP="00482F2A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2F2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482F2A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Орфография и пунктуация </w:t>
      </w:r>
    </w:p>
    <w:p w14:paraId="1FA414FD" w14:textId="7912007A" w:rsidR="00921941" w:rsidRPr="00482F2A" w:rsidRDefault="00AA22DB" w:rsidP="00482F2A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2F2A">
        <w:rPr>
          <w:rFonts w:ascii="Times New Roman" w:hAnsi="Times New Roman" w:cs="Times New Roman"/>
          <w:sz w:val="24"/>
          <w:szCs w:val="24"/>
          <w:lang w:val="ru-RU"/>
        </w:rPr>
        <w:t>Правила правописания и их применение: раздельное написа​ние слов; обозначение гласных после шипящих в сочетаниях жи, ши (в положении под ударением), ча, ща, чу, щу; пропис​ная буква в начале предложения, в именах собственных (имена людей, клички животных); перенос слов по слогам без стечения согласных; знаки препинания в конце предложения.</w:t>
      </w:r>
    </w:p>
    <w:p w14:paraId="5B35B4D9" w14:textId="77777777" w:rsidR="00482F2A" w:rsidRDefault="00AA22DB" w:rsidP="00482F2A">
      <w:pPr>
        <w:autoSpaceDE w:val="0"/>
        <w:autoSpaceDN w:val="0"/>
        <w:spacing w:before="190" w:after="0" w:line="230" w:lineRule="auto"/>
        <w:ind w:left="180"/>
        <w:rPr>
          <w:rFonts w:ascii="Times New Roman" w:eastAsia="Times New Roman" w:hAnsi="Times New Roman"/>
          <w:b/>
          <w:sz w:val="24"/>
          <w:lang w:val="ru-RU"/>
        </w:rPr>
      </w:pPr>
      <w:r w:rsidRPr="00482F2A">
        <w:rPr>
          <w:rFonts w:ascii="Times New Roman" w:eastAsia="Times New Roman" w:hAnsi="Times New Roman"/>
          <w:b/>
          <w:sz w:val="24"/>
          <w:lang w:val="ru-RU"/>
        </w:rPr>
        <w:t>СИСТЕМАТИЧЕСКИЙ КУРС</w:t>
      </w:r>
    </w:p>
    <w:p w14:paraId="2574C572" w14:textId="7BAA9C28" w:rsidR="00482F2A" w:rsidRPr="00482F2A" w:rsidRDefault="00AA22DB" w:rsidP="00482F2A">
      <w:pPr>
        <w:autoSpaceDE w:val="0"/>
        <w:autoSpaceDN w:val="0"/>
        <w:spacing w:before="190" w:after="0" w:line="230" w:lineRule="auto"/>
        <w:ind w:left="180" w:firstLine="540"/>
        <w:rPr>
          <w:lang w:val="ru-RU"/>
        </w:rPr>
      </w:pPr>
      <w:r w:rsidRPr="00482F2A">
        <w:rPr>
          <w:rFonts w:ascii="Times New Roman" w:hAnsi="Times New Roman" w:cs="Times New Roman"/>
          <w:b/>
          <w:sz w:val="24"/>
          <w:szCs w:val="24"/>
          <w:lang w:val="ru-RU"/>
        </w:rPr>
        <w:t>Общие сведения о языке</w:t>
      </w:r>
    </w:p>
    <w:p w14:paraId="0A51C149" w14:textId="4F164C2A" w:rsidR="00921941" w:rsidRPr="00482F2A" w:rsidRDefault="00AA22DB" w:rsidP="00482F2A">
      <w:pPr>
        <w:pStyle w:val="a9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2F2A">
        <w:rPr>
          <w:rFonts w:ascii="Times New Roman" w:hAnsi="Times New Roman" w:cs="Times New Roman"/>
          <w:sz w:val="24"/>
          <w:szCs w:val="24"/>
          <w:lang w:val="ru-RU"/>
        </w:rPr>
        <w:t>Язык как основное средство человеческого общения.  Цели и ситуации общения.</w:t>
      </w:r>
    </w:p>
    <w:p w14:paraId="7D70B3CE" w14:textId="77777777" w:rsidR="00921941" w:rsidRPr="00482F2A" w:rsidRDefault="00AA22DB" w:rsidP="00482F2A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2F2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482F2A">
        <w:rPr>
          <w:rFonts w:ascii="Times New Roman" w:hAnsi="Times New Roman" w:cs="Times New Roman"/>
          <w:b/>
          <w:sz w:val="24"/>
          <w:szCs w:val="24"/>
          <w:lang w:val="ru-RU"/>
        </w:rPr>
        <w:t xml:space="preserve">Фонетика </w:t>
      </w:r>
      <w:r w:rsidRPr="00482F2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82F2A">
        <w:rPr>
          <w:rFonts w:ascii="Times New Roman" w:hAnsi="Times New Roman" w:cs="Times New Roman"/>
          <w:sz w:val="24"/>
          <w:szCs w:val="24"/>
          <w:lang w:val="ru-RU"/>
        </w:rPr>
        <w:tab/>
        <w:t>Звуки речи. Гласные и согласные звуки, их различение. Уда​рение в слове. Гласные ударные и безударные. Твёрдые и мяг​кие согласные звуки, их различение. Звонкие и глухие соглас​ные звуки, их различение. Согласный звук [й’] и гласный звук [и]. Шипящие [ж], [ш], [ч’], [щ’]. Слог. Количество слогов в слове. Ударный слог. Деление слов на слоги (простые случаи, без стечения согласных).</w:t>
      </w:r>
    </w:p>
    <w:p w14:paraId="67AEDF11" w14:textId="77777777" w:rsidR="00921941" w:rsidRPr="00482F2A" w:rsidRDefault="00AA22DB" w:rsidP="00482F2A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2F2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482F2A">
        <w:rPr>
          <w:rFonts w:ascii="Times New Roman" w:hAnsi="Times New Roman" w:cs="Times New Roman"/>
          <w:b/>
          <w:sz w:val="24"/>
          <w:szCs w:val="24"/>
          <w:lang w:val="ru-RU"/>
        </w:rPr>
        <w:t xml:space="preserve">Графика </w:t>
      </w:r>
      <w:r w:rsidRPr="00482F2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82F2A">
        <w:rPr>
          <w:rFonts w:ascii="Times New Roman" w:hAnsi="Times New Roman" w:cs="Times New Roman"/>
          <w:sz w:val="24"/>
          <w:szCs w:val="24"/>
          <w:lang w:val="ru-RU"/>
        </w:rPr>
        <w:tab/>
        <w:t xml:space="preserve"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 Установление соотношения звукового и буквенного состава слова в словах типа стол, конь. Небуквенные графические средства: пробел между словами, знак переноса. Русский алфавит: правильное название букв, их последова​тельность. Использование алфавита для </w:t>
      </w:r>
      <w:r w:rsidRPr="00482F2A">
        <w:rPr>
          <w:rFonts w:ascii="Times New Roman" w:hAnsi="Times New Roman" w:cs="Times New Roman"/>
          <w:sz w:val="24"/>
          <w:szCs w:val="24"/>
          <w:lang w:val="ru-RU"/>
        </w:rPr>
        <w:br/>
        <w:t>упорядочения списка слов.</w:t>
      </w:r>
    </w:p>
    <w:p w14:paraId="3AB08B7C" w14:textId="77777777" w:rsidR="00921941" w:rsidRPr="00482F2A" w:rsidRDefault="00AA22DB" w:rsidP="00482F2A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2F2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482F2A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Орфоэпия </w:t>
      </w:r>
      <w:r w:rsidRPr="00482F2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82F2A">
        <w:rPr>
          <w:rFonts w:ascii="Times New Roman" w:hAnsi="Times New Roman" w:cs="Times New Roman"/>
          <w:sz w:val="24"/>
          <w:szCs w:val="24"/>
          <w:lang w:val="ru-RU"/>
        </w:rPr>
        <w:tab/>
        <w:t xml:space="preserve">Произношение звуков и сочетаний звуков, ударение в словах в соответствии с нормами </w:t>
      </w:r>
      <w:r w:rsidRPr="00482F2A">
        <w:rPr>
          <w:rFonts w:ascii="Times New Roman" w:hAnsi="Times New Roman" w:cs="Times New Roman"/>
          <w:sz w:val="24"/>
          <w:szCs w:val="24"/>
          <w:lang w:val="ru-RU"/>
        </w:rPr>
        <w:br/>
        <w:t>современного русского литературного языка (на ограниченном перечне слов, отрабатываемом в учеб​</w:t>
      </w:r>
      <w:r w:rsidRPr="00482F2A">
        <w:rPr>
          <w:rFonts w:ascii="Times New Roman" w:eastAsia="DejaVu Serif" w:hAnsi="Times New Roman" w:cs="Times New Roman"/>
          <w:sz w:val="24"/>
          <w:szCs w:val="24"/>
          <w:lang w:val="ru-RU"/>
        </w:rPr>
        <w:t>‐</w:t>
      </w:r>
      <w:r w:rsidRPr="00482F2A">
        <w:rPr>
          <w:rFonts w:ascii="Times New Roman" w:hAnsi="Times New Roman" w:cs="Times New Roman"/>
          <w:sz w:val="24"/>
          <w:szCs w:val="24"/>
          <w:lang w:val="ru-RU"/>
        </w:rPr>
        <w:t>нике).</w:t>
      </w:r>
    </w:p>
    <w:p w14:paraId="21E3D4A3" w14:textId="77777777" w:rsidR="00921941" w:rsidRPr="00482F2A" w:rsidRDefault="00AA22DB" w:rsidP="00482F2A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2F2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482F2A">
        <w:rPr>
          <w:rFonts w:ascii="Times New Roman" w:hAnsi="Times New Roman" w:cs="Times New Roman"/>
          <w:b/>
          <w:sz w:val="24"/>
          <w:szCs w:val="24"/>
          <w:lang w:val="ru-RU"/>
        </w:rPr>
        <w:t xml:space="preserve">Лексика </w:t>
      </w:r>
      <w:r w:rsidRPr="00482F2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82F2A">
        <w:rPr>
          <w:rFonts w:ascii="Times New Roman" w:hAnsi="Times New Roman" w:cs="Times New Roman"/>
          <w:sz w:val="24"/>
          <w:szCs w:val="24"/>
          <w:lang w:val="ru-RU"/>
        </w:rPr>
        <w:tab/>
        <w:t>Слово как единица языка (ознакомление). Слово как название предмета, признака предмета, действия предмета (ознакомление). Выявление слов, значение которых требует уточнения.</w:t>
      </w:r>
    </w:p>
    <w:p w14:paraId="3C613AB8" w14:textId="77777777" w:rsidR="00921941" w:rsidRPr="00482F2A" w:rsidRDefault="00AA22DB" w:rsidP="00482F2A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2F2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482F2A">
        <w:rPr>
          <w:rFonts w:ascii="Times New Roman" w:hAnsi="Times New Roman" w:cs="Times New Roman"/>
          <w:b/>
          <w:sz w:val="24"/>
          <w:szCs w:val="24"/>
          <w:lang w:val="ru-RU"/>
        </w:rPr>
        <w:t xml:space="preserve">Синтаксис </w:t>
      </w:r>
      <w:r w:rsidRPr="00482F2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82F2A">
        <w:rPr>
          <w:rFonts w:ascii="Times New Roman" w:hAnsi="Times New Roman" w:cs="Times New Roman"/>
          <w:sz w:val="24"/>
          <w:szCs w:val="24"/>
          <w:lang w:val="ru-RU"/>
        </w:rPr>
        <w:tab/>
        <w:t>Предложение как единица языка (ознакомление). Слово, предложение (наблюдение над сходством и различи​ем). Установление связи слов в предложении при помощи смыс​ловых вопросов.</w:t>
      </w:r>
    </w:p>
    <w:p w14:paraId="791685F3" w14:textId="77777777" w:rsidR="00921941" w:rsidRPr="00482F2A" w:rsidRDefault="00AA22DB" w:rsidP="00482F2A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2F2A">
        <w:rPr>
          <w:rFonts w:ascii="Times New Roman" w:hAnsi="Times New Roman" w:cs="Times New Roman"/>
          <w:sz w:val="24"/>
          <w:szCs w:val="24"/>
          <w:lang w:val="ru-RU"/>
        </w:rPr>
        <w:t>Восстановление деформированных предложений. Составле​ние предложений из набора форм слов.</w:t>
      </w:r>
    </w:p>
    <w:p w14:paraId="0F682E49" w14:textId="77777777" w:rsidR="00482F2A" w:rsidRDefault="00AA22DB" w:rsidP="00210204">
      <w:pPr>
        <w:pStyle w:val="a9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82F2A">
        <w:rPr>
          <w:rFonts w:ascii="Times New Roman" w:hAnsi="Times New Roman" w:cs="Times New Roman"/>
          <w:b/>
          <w:sz w:val="24"/>
          <w:szCs w:val="24"/>
          <w:lang w:val="ru-RU"/>
        </w:rPr>
        <w:t>Орфография и пунктуация</w:t>
      </w:r>
    </w:p>
    <w:p w14:paraId="701DA4B3" w14:textId="02519906" w:rsidR="00921941" w:rsidRPr="00482F2A" w:rsidRDefault="00AA22DB" w:rsidP="00482F2A">
      <w:pPr>
        <w:pStyle w:val="a9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2F2A">
        <w:rPr>
          <w:rFonts w:ascii="Times New Roman" w:hAnsi="Times New Roman" w:cs="Times New Roman"/>
          <w:sz w:val="24"/>
          <w:szCs w:val="24"/>
          <w:lang w:val="ru-RU"/>
        </w:rPr>
        <w:t>Правила правописания и их применение:</w:t>
      </w:r>
    </w:p>
    <w:p w14:paraId="3C4456BF" w14:textId="77777777" w:rsidR="00921941" w:rsidRPr="00482F2A" w:rsidRDefault="00AA22DB" w:rsidP="00482F2A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2F2A">
        <w:rPr>
          <w:rFonts w:ascii="Times New Roman" w:hAnsi="Times New Roman" w:cs="Times New Roman"/>
          <w:sz w:val="24"/>
          <w:szCs w:val="24"/>
          <w:lang w:val="ru-RU"/>
        </w:rPr>
        <w:t>—  раздельное написание слов в предложении;</w:t>
      </w:r>
    </w:p>
    <w:p w14:paraId="24C0B0A2" w14:textId="77777777" w:rsidR="00921941" w:rsidRPr="00482F2A" w:rsidRDefault="00AA22DB" w:rsidP="00482F2A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2F2A">
        <w:rPr>
          <w:rFonts w:ascii="Times New Roman" w:hAnsi="Times New Roman" w:cs="Times New Roman"/>
          <w:sz w:val="24"/>
          <w:szCs w:val="24"/>
          <w:lang w:val="ru-RU"/>
        </w:rPr>
        <w:t>—  прописная буква в начале предложения и в именах собствен​ных: в именах и фамилиях людей, кличках животных;</w:t>
      </w:r>
    </w:p>
    <w:p w14:paraId="0F450920" w14:textId="77777777" w:rsidR="00921941" w:rsidRPr="00482F2A" w:rsidRDefault="00AA22DB" w:rsidP="00482F2A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2F2A">
        <w:rPr>
          <w:rFonts w:ascii="Times New Roman" w:hAnsi="Times New Roman" w:cs="Times New Roman"/>
          <w:sz w:val="24"/>
          <w:szCs w:val="24"/>
          <w:lang w:val="ru-RU"/>
        </w:rPr>
        <w:t>—  перенос слов (без учёта морфемного членения слова);</w:t>
      </w:r>
    </w:p>
    <w:p w14:paraId="667BD508" w14:textId="77777777" w:rsidR="00921941" w:rsidRPr="00482F2A" w:rsidRDefault="00AA22DB" w:rsidP="00482F2A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2F2A">
        <w:rPr>
          <w:rFonts w:ascii="Times New Roman" w:hAnsi="Times New Roman" w:cs="Times New Roman"/>
          <w:sz w:val="24"/>
          <w:szCs w:val="24"/>
          <w:lang w:val="ru-RU"/>
        </w:rPr>
        <w:t>—  гласные после шипящих в сочетаниях жи, ши (в положении под ударением), ча, ща, чу, щу;</w:t>
      </w:r>
    </w:p>
    <w:p w14:paraId="37A88DE4" w14:textId="77777777" w:rsidR="00921941" w:rsidRPr="00482F2A" w:rsidRDefault="00AA22DB" w:rsidP="00482F2A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2F2A">
        <w:rPr>
          <w:rFonts w:ascii="Times New Roman" w:hAnsi="Times New Roman" w:cs="Times New Roman"/>
          <w:sz w:val="24"/>
          <w:szCs w:val="24"/>
          <w:lang w:val="ru-RU"/>
        </w:rPr>
        <w:t>—  сочетания чк, чн;</w:t>
      </w:r>
    </w:p>
    <w:p w14:paraId="58583294" w14:textId="77777777" w:rsidR="00921941" w:rsidRPr="00482F2A" w:rsidRDefault="00AA22DB" w:rsidP="00482F2A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2F2A">
        <w:rPr>
          <w:rFonts w:ascii="Times New Roman" w:hAnsi="Times New Roman" w:cs="Times New Roman"/>
          <w:sz w:val="24"/>
          <w:szCs w:val="24"/>
          <w:lang w:val="ru-RU"/>
        </w:rPr>
        <w:t>—  слова с непроверяемыми гласными и согласными (перечень слов в орфографическом словаре учебника);</w:t>
      </w:r>
    </w:p>
    <w:p w14:paraId="4A992DEF" w14:textId="77777777" w:rsidR="00921941" w:rsidRPr="00482F2A" w:rsidRDefault="00AA22DB" w:rsidP="00482F2A">
      <w:pPr>
        <w:pStyle w:val="a9"/>
        <w:jc w:val="both"/>
        <w:rPr>
          <w:lang w:val="ru-RU"/>
        </w:rPr>
      </w:pPr>
      <w:r w:rsidRPr="00482F2A">
        <w:rPr>
          <w:rFonts w:ascii="Times New Roman" w:hAnsi="Times New Roman" w:cs="Times New Roman"/>
          <w:sz w:val="24"/>
          <w:szCs w:val="24"/>
          <w:lang w:val="ru-RU"/>
        </w:rPr>
        <w:t>—  знаки препинания в конце предложения: точка, вопроситель​ный и восклицательный знаки. Алгоритм списывания текста.</w:t>
      </w:r>
    </w:p>
    <w:p w14:paraId="5CBF2ADB" w14:textId="77777777" w:rsidR="00482F2A" w:rsidRDefault="00AA22DB" w:rsidP="00210204">
      <w:pPr>
        <w:pStyle w:val="a9"/>
        <w:tabs>
          <w:tab w:val="left" w:pos="709"/>
          <w:tab w:val="left" w:pos="851"/>
        </w:tabs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2F2A">
        <w:rPr>
          <w:lang w:val="ru-RU"/>
        </w:rPr>
        <w:tab/>
      </w:r>
      <w:r w:rsidRPr="00482F2A">
        <w:rPr>
          <w:rFonts w:ascii="Times New Roman" w:hAnsi="Times New Roman" w:cs="Times New Roman"/>
          <w:b/>
          <w:sz w:val="24"/>
          <w:szCs w:val="24"/>
          <w:lang w:val="ru-RU"/>
        </w:rPr>
        <w:t xml:space="preserve">Развитие речи </w:t>
      </w:r>
    </w:p>
    <w:p w14:paraId="7F11F1B0" w14:textId="4FD5EBAD" w:rsidR="00921941" w:rsidRPr="00482F2A" w:rsidRDefault="00AA22DB" w:rsidP="00482F2A">
      <w:pPr>
        <w:pStyle w:val="a9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2F2A">
        <w:rPr>
          <w:rFonts w:ascii="Times New Roman" w:hAnsi="Times New Roman" w:cs="Times New Roman"/>
          <w:sz w:val="24"/>
          <w:szCs w:val="24"/>
          <w:lang w:val="ru-RU"/>
        </w:rPr>
        <w:t>Речь как основная форма общения между людьми. Текст как единица речи (ознакомление). Ситуация общения: цель общения, с кем и где происходит об​щение. Ситуации устного общения</w:t>
      </w:r>
    </w:p>
    <w:p w14:paraId="6E71F23C" w14:textId="65A6B632" w:rsidR="00921941" w:rsidRDefault="00AA22DB" w:rsidP="00482F2A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2F2A">
        <w:rPr>
          <w:rFonts w:ascii="Times New Roman" w:hAnsi="Times New Roman" w:cs="Times New Roman"/>
          <w:sz w:val="24"/>
          <w:szCs w:val="24"/>
          <w:lang w:val="ru-RU"/>
        </w:rPr>
        <w:t>(чтение диалогов по ролям, просмотр видеоматериалов, прослушивание аудиозаписи). Нормы речевого этикета в ситуациях учебного и бытового об​щения (приветствие, прощание, извинение, благодарность, об​ращение с просьбой).</w:t>
      </w:r>
    </w:p>
    <w:p w14:paraId="47A876C1" w14:textId="24E094BE" w:rsidR="00210204" w:rsidRDefault="00210204" w:rsidP="00482F2A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6B71391" w14:textId="487673A6" w:rsidR="00210204" w:rsidRDefault="00210204" w:rsidP="00482F2A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5264428" w14:textId="15808674" w:rsidR="001F78E4" w:rsidRDefault="001F78E4" w:rsidP="00482F2A">
      <w:pPr>
        <w:pStyle w:val="a9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1F78E4">
        <w:rPr>
          <w:rFonts w:ascii="Times New Roman" w:hAnsi="Times New Roman" w:cs="Times New Roman"/>
          <w:b/>
          <w:bCs/>
          <w:sz w:val="24"/>
          <w:szCs w:val="24"/>
          <w:lang w:val="ru-RU"/>
        </w:rPr>
        <w:lastRenderedPageBreak/>
        <w:t>2 класс</w:t>
      </w:r>
    </w:p>
    <w:p w14:paraId="7EB2CFC0" w14:textId="77777777" w:rsidR="00CB497B" w:rsidRDefault="00CB497B" w:rsidP="00482F2A">
      <w:pPr>
        <w:pStyle w:val="a9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538D7B78" w14:textId="77777777" w:rsidR="009E1090" w:rsidRDefault="00210204" w:rsidP="009E1090">
      <w:pPr>
        <w:tabs>
          <w:tab w:val="left" w:pos="180"/>
        </w:tabs>
        <w:autoSpaceDE w:val="0"/>
        <w:autoSpaceDN w:val="0"/>
        <w:spacing w:after="0" w:line="240" w:lineRule="auto"/>
        <w:ind w:right="576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>
        <w:rPr>
          <w:rFonts w:ascii="Times New Roman" w:eastAsia="Times New Roman" w:hAnsi="Times New Roman"/>
          <w:b/>
          <w:color w:val="000000"/>
          <w:sz w:val="24"/>
          <w:lang w:val="ru-RU"/>
        </w:rPr>
        <w:tab/>
      </w:r>
      <w:r>
        <w:rPr>
          <w:rFonts w:ascii="Times New Roman" w:eastAsia="Times New Roman" w:hAnsi="Times New Roman"/>
          <w:b/>
          <w:color w:val="000000"/>
          <w:sz w:val="24"/>
          <w:lang w:val="ru-RU"/>
        </w:rPr>
        <w:tab/>
      </w:r>
      <w:r w:rsidR="001F78E4" w:rsidRPr="00761D79">
        <w:rPr>
          <w:rFonts w:ascii="Times New Roman" w:eastAsia="Times New Roman" w:hAnsi="Times New Roman"/>
          <w:b/>
          <w:color w:val="000000"/>
          <w:sz w:val="24"/>
          <w:lang w:val="ru-RU"/>
        </w:rPr>
        <w:t>Общие сведения о языке</w:t>
      </w:r>
    </w:p>
    <w:p w14:paraId="16FB3E61" w14:textId="5E3D6C31" w:rsidR="001F78E4" w:rsidRPr="009E1090" w:rsidRDefault="001F78E4" w:rsidP="009E1090">
      <w:pPr>
        <w:tabs>
          <w:tab w:val="left" w:pos="180"/>
        </w:tabs>
        <w:autoSpaceDE w:val="0"/>
        <w:autoSpaceDN w:val="0"/>
        <w:spacing w:after="0" w:line="240" w:lineRule="auto"/>
        <w:ind w:right="576"/>
        <w:jc w:val="both"/>
        <w:rPr>
          <w:rFonts w:ascii="Times New Roman" w:hAnsi="Times New Roman" w:cs="Times New Roman"/>
          <w:lang w:val="ru-RU"/>
        </w:rPr>
      </w:pPr>
      <w:r w:rsidRPr="00761D79">
        <w:rPr>
          <w:lang w:val="ru-RU"/>
        </w:rPr>
        <w:tab/>
      </w:r>
      <w:r w:rsidR="00210204">
        <w:rPr>
          <w:lang w:val="ru-RU"/>
        </w:rPr>
        <w:tab/>
      </w:r>
      <w:r w:rsidRPr="009E1090">
        <w:rPr>
          <w:rFonts w:ascii="Times New Roman" w:eastAsia="Times New Roman" w:hAnsi="Times New Roman" w:cs="Times New Roman"/>
          <w:color w:val="000000"/>
          <w:sz w:val="24"/>
          <w:lang w:val="ru-RU"/>
        </w:rPr>
        <w:t>Язык как основное средство человеческого общения и явле​ние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14:paraId="5B1BC53B" w14:textId="77777777" w:rsidR="009E1090" w:rsidRDefault="001F78E4" w:rsidP="009E1090">
      <w:pPr>
        <w:pStyle w:val="ae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lang w:val="ru-RU"/>
        </w:rPr>
      </w:pPr>
      <w:r w:rsidRPr="009E1090">
        <w:rPr>
          <w:rFonts w:ascii="Times New Roman" w:hAnsi="Times New Roman" w:cs="Times New Roman"/>
          <w:lang w:val="ru-RU"/>
        </w:rPr>
        <w:tab/>
      </w:r>
      <w:r w:rsidRPr="009E1090">
        <w:rPr>
          <w:rFonts w:ascii="Times New Roman" w:hAnsi="Times New Roman" w:cs="Times New Roman"/>
          <w:b/>
          <w:sz w:val="24"/>
          <w:lang w:val="ru-RU"/>
        </w:rPr>
        <w:t>Фонетика и графика</w:t>
      </w:r>
    </w:p>
    <w:p w14:paraId="4CDE6B89" w14:textId="330694DB" w:rsidR="001F78E4" w:rsidRPr="009E1090" w:rsidRDefault="001F78E4" w:rsidP="009E1090">
      <w:pPr>
        <w:pStyle w:val="ae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lang w:val="ru-RU"/>
        </w:rPr>
      </w:pPr>
      <w:r w:rsidRPr="009E1090">
        <w:rPr>
          <w:rFonts w:ascii="Times New Roman" w:hAnsi="Times New Roman" w:cs="Times New Roman"/>
          <w:sz w:val="24"/>
          <w:lang w:val="ru-RU"/>
        </w:rPr>
        <w:t xml:space="preserve">Смыслоразличительная функция звуков; различение звуков и букв; различение ударных и </w:t>
      </w:r>
      <w:r w:rsidRPr="009E1090">
        <w:rPr>
          <w:rFonts w:ascii="Times New Roman" w:hAnsi="Times New Roman" w:cs="Times New Roman"/>
          <w:sz w:val="24"/>
          <w:lang w:val="ru-RU"/>
        </w:rPr>
        <w:br/>
        <w:t xml:space="preserve">безударных гласных звуков, твёрдых и мягких согласных звуков, звонких и глухих соглас​ ных звуков; шипящие согласные звуки [ж], [ш], [ч’], [щ’]; обозначение на письме твёрдости и мягкости согласных звуков, функции букв </w:t>
      </w:r>
      <w:r w:rsidRPr="009E1090">
        <w:rPr>
          <w:rFonts w:ascii="Times New Roman" w:hAnsi="Times New Roman" w:cs="Times New Roman"/>
          <w:i/>
          <w:sz w:val="24"/>
          <w:lang w:val="ru-RU"/>
        </w:rPr>
        <w:t>е</w:t>
      </w:r>
      <w:r w:rsidRPr="009E1090">
        <w:rPr>
          <w:rFonts w:ascii="Times New Roman" w:hAnsi="Times New Roman" w:cs="Times New Roman"/>
          <w:sz w:val="24"/>
          <w:lang w:val="ru-RU"/>
        </w:rPr>
        <w:t xml:space="preserve">, </w:t>
      </w:r>
      <w:r w:rsidRPr="009E1090">
        <w:rPr>
          <w:rFonts w:ascii="Times New Roman" w:hAnsi="Times New Roman" w:cs="Times New Roman"/>
          <w:i/>
          <w:sz w:val="24"/>
          <w:lang w:val="ru-RU"/>
        </w:rPr>
        <w:t>ё</w:t>
      </w:r>
      <w:r w:rsidRPr="009E1090">
        <w:rPr>
          <w:rFonts w:ascii="Times New Roman" w:hAnsi="Times New Roman" w:cs="Times New Roman"/>
          <w:sz w:val="24"/>
          <w:lang w:val="ru-RU"/>
        </w:rPr>
        <w:t xml:space="preserve">, </w:t>
      </w:r>
      <w:r w:rsidRPr="009E1090">
        <w:rPr>
          <w:rFonts w:ascii="Times New Roman" w:hAnsi="Times New Roman" w:cs="Times New Roman"/>
          <w:i/>
          <w:sz w:val="24"/>
          <w:lang w:val="ru-RU"/>
        </w:rPr>
        <w:t>ю</w:t>
      </w:r>
      <w:r w:rsidRPr="009E1090">
        <w:rPr>
          <w:rFonts w:ascii="Times New Roman" w:hAnsi="Times New Roman" w:cs="Times New Roman"/>
          <w:sz w:val="24"/>
          <w:lang w:val="ru-RU"/>
        </w:rPr>
        <w:t xml:space="preserve">, </w:t>
      </w:r>
      <w:r w:rsidRPr="009E1090">
        <w:rPr>
          <w:rFonts w:ascii="Times New Roman" w:hAnsi="Times New Roman" w:cs="Times New Roman"/>
          <w:i/>
          <w:sz w:val="24"/>
          <w:lang w:val="ru-RU"/>
        </w:rPr>
        <w:t>я</w:t>
      </w:r>
      <w:r w:rsidRPr="009E1090">
        <w:rPr>
          <w:rFonts w:ascii="Times New Roman" w:hAnsi="Times New Roman" w:cs="Times New Roman"/>
          <w:sz w:val="24"/>
          <w:lang w:val="ru-RU"/>
        </w:rPr>
        <w:t xml:space="preserve">; согласный звук [й’] и гласный звук [и] (повторение изученного в 1 классе). Парные и непарные по твёрдости — мягкости согласные звуки. Парные и непарные по звонкости — глухости согласные звуки. Качественная характеристика звука: гласный — согласный; гласный ударный — безударный; согласный твёрдый — мяг​кий, парный — непарный; согласный звонкий — глухой, пар​ный — непарный. Функции </w:t>
      </w:r>
      <w:r w:rsidRPr="009E1090">
        <w:rPr>
          <w:rFonts w:ascii="Times New Roman" w:hAnsi="Times New Roman" w:cs="Times New Roman"/>
          <w:i/>
          <w:sz w:val="24"/>
          <w:lang w:val="ru-RU"/>
        </w:rPr>
        <w:t>ь</w:t>
      </w:r>
      <w:r w:rsidRPr="009E1090">
        <w:rPr>
          <w:rFonts w:ascii="Times New Roman" w:hAnsi="Times New Roman" w:cs="Times New Roman"/>
          <w:sz w:val="24"/>
          <w:lang w:val="ru-RU"/>
        </w:rPr>
        <w:t>: показатель мягкости предшествующего соглас​</w:t>
      </w:r>
      <w:r w:rsidRPr="009E1090">
        <w:rPr>
          <w:rFonts w:ascii="Times New Roman" w:eastAsia="DejaVu Serif" w:hAnsi="Times New Roman" w:cs="Times New Roman"/>
          <w:sz w:val="24"/>
          <w:lang w:val="ru-RU"/>
        </w:rPr>
        <w:t>‐</w:t>
      </w:r>
      <w:r w:rsidRPr="009E1090">
        <w:rPr>
          <w:rFonts w:ascii="Times New Roman" w:hAnsi="Times New Roman" w:cs="Times New Roman"/>
          <w:sz w:val="24"/>
          <w:lang w:val="ru-RU"/>
        </w:rPr>
        <w:t xml:space="preserve">ного в конце и в середине слова; разделительный. Использова​ние на письме разделительных </w:t>
      </w:r>
      <w:r w:rsidRPr="009E1090">
        <w:rPr>
          <w:rFonts w:ascii="Times New Roman" w:hAnsi="Times New Roman" w:cs="Times New Roman"/>
          <w:i/>
          <w:sz w:val="24"/>
          <w:lang w:val="ru-RU"/>
        </w:rPr>
        <w:t xml:space="preserve">ъ </w:t>
      </w:r>
      <w:r w:rsidRPr="009E1090">
        <w:rPr>
          <w:rFonts w:ascii="Times New Roman" w:hAnsi="Times New Roman" w:cs="Times New Roman"/>
          <w:sz w:val="24"/>
          <w:lang w:val="ru-RU"/>
        </w:rPr>
        <w:t xml:space="preserve">и </w:t>
      </w:r>
      <w:r w:rsidRPr="009E1090">
        <w:rPr>
          <w:rFonts w:ascii="Times New Roman" w:hAnsi="Times New Roman" w:cs="Times New Roman"/>
          <w:i/>
          <w:sz w:val="24"/>
          <w:lang w:val="ru-RU"/>
        </w:rPr>
        <w:t>ь.</w:t>
      </w:r>
    </w:p>
    <w:p w14:paraId="0BD03DD7" w14:textId="77777777" w:rsidR="001F78E4" w:rsidRPr="009E1090" w:rsidRDefault="001F78E4" w:rsidP="009E1090">
      <w:pPr>
        <w:autoSpaceDE w:val="0"/>
        <w:autoSpaceDN w:val="0"/>
        <w:spacing w:after="0" w:line="240" w:lineRule="auto"/>
        <w:ind w:right="144" w:firstLine="720"/>
        <w:jc w:val="both"/>
        <w:rPr>
          <w:rFonts w:ascii="Times New Roman" w:hAnsi="Times New Roman" w:cs="Times New Roman"/>
          <w:lang w:val="ru-RU"/>
        </w:rPr>
      </w:pPr>
      <w:r w:rsidRPr="009E1090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Соотношение звукового и буквенного состава в словах с бук​вами </w:t>
      </w:r>
      <w:r w:rsidRPr="009E1090">
        <w:rPr>
          <w:rFonts w:ascii="Times New Roman" w:eastAsia="Times New Roman" w:hAnsi="Times New Roman" w:cs="Times New Roman"/>
          <w:b/>
          <w:i/>
          <w:color w:val="000000"/>
          <w:sz w:val="24"/>
          <w:lang w:val="ru-RU"/>
        </w:rPr>
        <w:t>е</w:t>
      </w:r>
      <w:r w:rsidRPr="009E1090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, </w:t>
      </w:r>
      <w:r w:rsidRPr="009E1090">
        <w:rPr>
          <w:rFonts w:ascii="Times New Roman" w:eastAsia="Times New Roman" w:hAnsi="Times New Roman" w:cs="Times New Roman"/>
          <w:b/>
          <w:i/>
          <w:color w:val="000000"/>
          <w:sz w:val="24"/>
          <w:lang w:val="ru-RU"/>
        </w:rPr>
        <w:t>ё</w:t>
      </w:r>
      <w:r w:rsidRPr="009E1090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, </w:t>
      </w:r>
      <w:r w:rsidRPr="009E1090">
        <w:rPr>
          <w:rFonts w:ascii="Times New Roman" w:eastAsia="Times New Roman" w:hAnsi="Times New Roman" w:cs="Times New Roman"/>
          <w:b/>
          <w:i/>
          <w:color w:val="000000"/>
          <w:sz w:val="24"/>
          <w:lang w:val="ru-RU"/>
        </w:rPr>
        <w:t>ю</w:t>
      </w:r>
      <w:r w:rsidRPr="009E1090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, </w:t>
      </w:r>
      <w:r w:rsidRPr="009E1090">
        <w:rPr>
          <w:rFonts w:ascii="Times New Roman" w:eastAsia="Times New Roman" w:hAnsi="Times New Roman" w:cs="Times New Roman"/>
          <w:b/>
          <w:i/>
          <w:color w:val="000000"/>
          <w:sz w:val="24"/>
          <w:lang w:val="ru-RU"/>
        </w:rPr>
        <w:t xml:space="preserve">я </w:t>
      </w:r>
      <w:r w:rsidRPr="009E1090">
        <w:rPr>
          <w:rFonts w:ascii="Times New Roman" w:eastAsia="Times New Roman" w:hAnsi="Times New Roman" w:cs="Times New Roman"/>
          <w:color w:val="000000"/>
          <w:sz w:val="24"/>
          <w:lang w:val="ru-RU"/>
        </w:rPr>
        <w:t>(в начале слова и после гласных). Деление слов на слоги (в том числе при стечении соглас​ных). Использование знания алфавита при работе со словарями. 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14:paraId="4EE11721" w14:textId="1E895FAA" w:rsidR="001F78E4" w:rsidRPr="009E1090" w:rsidRDefault="001F78E4" w:rsidP="009E1090">
      <w:pPr>
        <w:tabs>
          <w:tab w:val="left" w:pos="18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E1090">
        <w:rPr>
          <w:rFonts w:ascii="Times New Roman" w:hAnsi="Times New Roman" w:cs="Times New Roman"/>
          <w:lang w:val="ru-RU"/>
        </w:rPr>
        <w:tab/>
      </w:r>
      <w:r w:rsidR="00210204" w:rsidRPr="009E1090">
        <w:rPr>
          <w:rFonts w:ascii="Times New Roman" w:hAnsi="Times New Roman" w:cs="Times New Roman"/>
          <w:lang w:val="ru-RU"/>
        </w:rPr>
        <w:tab/>
      </w:r>
      <w:r w:rsidRPr="009E1090"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  <w:t xml:space="preserve">Орфоэпия </w:t>
      </w:r>
      <w:r w:rsidRPr="009E1090">
        <w:rPr>
          <w:rFonts w:ascii="Times New Roman" w:hAnsi="Times New Roman" w:cs="Times New Roman"/>
          <w:lang w:val="ru-RU"/>
        </w:rPr>
        <w:br/>
      </w:r>
      <w:r w:rsidRPr="009E1090">
        <w:rPr>
          <w:rFonts w:ascii="Times New Roman" w:hAnsi="Times New Roman" w:cs="Times New Roman"/>
          <w:lang w:val="ru-RU"/>
        </w:rPr>
        <w:tab/>
      </w:r>
      <w:r w:rsidR="009E1090">
        <w:rPr>
          <w:rFonts w:ascii="Times New Roman" w:hAnsi="Times New Roman" w:cs="Times New Roman"/>
          <w:lang w:val="ru-RU"/>
        </w:rPr>
        <w:tab/>
      </w:r>
      <w:r w:rsidRPr="009E1090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Произношение звуков и сочетаний звуков, ударение в словах в соответствии с нормами </w:t>
      </w:r>
      <w:r w:rsidRPr="009E1090">
        <w:rPr>
          <w:rFonts w:ascii="Times New Roman" w:hAnsi="Times New Roman" w:cs="Times New Roman"/>
          <w:lang w:val="ru-RU"/>
        </w:rPr>
        <w:br/>
      </w:r>
      <w:r w:rsidRPr="009E1090">
        <w:rPr>
          <w:rFonts w:ascii="Times New Roman" w:eastAsia="Times New Roman" w:hAnsi="Times New Roman" w:cs="Times New Roman"/>
          <w:color w:val="000000"/>
          <w:sz w:val="24"/>
          <w:lang w:val="ru-RU"/>
        </w:rPr>
        <w:t>современного русского литературного языка (на ограниченном перечне слов, отрабатываемом в учеб​</w:t>
      </w:r>
      <w:r w:rsidRPr="009E1090">
        <w:rPr>
          <w:rFonts w:ascii="Times New Roman" w:eastAsia="DejaVu Serif" w:hAnsi="Times New Roman" w:cs="Times New Roman"/>
          <w:color w:val="000000"/>
          <w:sz w:val="24"/>
          <w:lang w:val="ru-RU"/>
        </w:rPr>
        <w:t>‐</w:t>
      </w:r>
      <w:r w:rsidRPr="009E1090">
        <w:rPr>
          <w:rFonts w:ascii="Times New Roman" w:eastAsia="Times New Roman" w:hAnsi="Times New Roman" w:cs="Times New Roman"/>
          <w:color w:val="000000"/>
          <w:sz w:val="24"/>
          <w:lang w:val="ru-RU"/>
        </w:rPr>
        <w:t>нике). Использование отработанного перечня слов (орфоэпиче​ского словаря учебника) для решения практических задач.</w:t>
      </w:r>
    </w:p>
    <w:p w14:paraId="2C412568" w14:textId="6C5274EB" w:rsidR="001F78E4" w:rsidRPr="009E1090" w:rsidRDefault="001F78E4" w:rsidP="009E1090">
      <w:pPr>
        <w:tabs>
          <w:tab w:val="left" w:pos="180"/>
        </w:tabs>
        <w:autoSpaceDE w:val="0"/>
        <w:autoSpaceDN w:val="0"/>
        <w:spacing w:after="0" w:line="240" w:lineRule="auto"/>
        <w:ind w:right="7"/>
        <w:jc w:val="both"/>
        <w:rPr>
          <w:rFonts w:ascii="Times New Roman" w:hAnsi="Times New Roman" w:cs="Times New Roman"/>
          <w:lang w:val="ru-RU"/>
        </w:rPr>
      </w:pPr>
      <w:r w:rsidRPr="009E1090">
        <w:rPr>
          <w:rFonts w:ascii="Times New Roman" w:hAnsi="Times New Roman" w:cs="Times New Roman"/>
          <w:lang w:val="ru-RU"/>
        </w:rPr>
        <w:tab/>
      </w:r>
      <w:r w:rsidR="009E1090">
        <w:rPr>
          <w:rFonts w:ascii="Times New Roman" w:hAnsi="Times New Roman" w:cs="Times New Roman"/>
          <w:lang w:val="ru-RU"/>
        </w:rPr>
        <w:tab/>
      </w:r>
      <w:r w:rsidRPr="009E1090"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  <w:t xml:space="preserve">Лексика </w:t>
      </w:r>
      <w:r w:rsidRPr="009E1090">
        <w:rPr>
          <w:rFonts w:ascii="Times New Roman" w:hAnsi="Times New Roman" w:cs="Times New Roman"/>
          <w:lang w:val="ru-RU"/>
        </w:rPr>
        <w:br/>
      </w:r>
      <w:r w:rsidRPr="009E1090">
        <w:rPr>
          <w:rFonts w:ascii="Times New Roman" w:hAnsi="Times New Roman" w:cs="Times New Roman"/>
          <w:lang w:val="ru-RU"/>
        </w:rPr>
        <w:tab/>
      </w:r>
      <w:r w:rsidR="009E1090">
        <w:rPr>
          <w:rFonts w:ascii="Times New Roman" w:hAnsi="Times New Roman" w:cs="Times New Roman"/>
          <w:lang w:val="ru-RU"/>
        </w:rPr>
        <w:tab/>
      </w:r>
      <w:r w:rsidRPr="009E1090">
        <w:rPr>
          <w:rFonts w:ascii="Times New Roman" w:eastAsia="Times New Roman" w:hAnsi="Times New Roman" w:cs="Times New Roman"/>
          <w:color w:val="000000"/>
          <w:sz w:val="24"/>
          <w:lang w:val="ru-RU"/>
        </w:rPr>
        <w:t>Слово как единство звучания и значения. Лексическое значе​ние слова (общее представление). Выявление слов, значение которых требует уточнения. Определение значения слова по тек​сту или уточнение значения с помощью толкового словаря. Однозначные и многозначные слова (простые случаи, наблю​дение). Наблюдение за использованием в речи синонимов, антонимов.</w:t>
      </w:r>
    </w:p>
    <w:p w14:paraId="5D5A0777" w14:textId="77777777" w:rsidR="009E1090" w:rsidRDefault="001F78E4" w:rsidP="009E1090">
      <w:pPr>
        <w:pStyle w:val="ae"/>
        <w:spacing w:after="0" w:line="240" w:lineRule="auto"/>
        <w:ind w:left="0" w:firstLine="720"/>
        <w:jc w:val="both"/>
        <w:rPr>
          <w:rFonts w:ascii="Times New Roman" w:hAnsi="Times New Roman" w:cs="Times New Roman"/>
          <w:b/>
          <w:sz w:val="24"/>
          <w:lang w:val="ru-RU"/>
        </w:rPr>
      </w:pPr>
      <w:r w:rsidRPr="009E1090">
        <w:rPr>
          <w:rFonts w:ascii="Times New Roman" w:hAnsi="Times New Roman" w:cs="Times New Roman"/>
          <w:b/>
          <w:sz w:val="24"/>
          <w:lang w:val="ru-RU"/>
        </w:rPr>
        <w:t>Состав слова (морфемика)</w:t>
      </w:r>
    </w:p>
    <w:p w14:paraId="01C8CCC2" w14:textId="77777777" w:rsidR="009E1090" w:rsidRDefault="001F78E4" w:rsidP="009E1090">
      <w:pPr>
        <w:pStyle w:val="ae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lang w:val="ru-RU"/>
        </w:rPr>
      </w:pPr>
      <w:r w:rsidRPr="009E1090">
        <w:rPr>
          <w:rFonts w:ascii="Times New Roman" w:hAnsi="Times New Roman" w:cs="Times New Roman"/>
          <w:sz w:val="24"/>
          <w:lang w:val="ru-RU"/>
        </w:rPr>
        <w:t>Корень как обязательная часть слова. Однокоренные (род​ственные)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 Окончание как изменяемая часть слова. Изменение формы слова с помощью окончания. Различение изменяемых и</w:t>
      </w:r>
      <w:r w:rsidR="009E1090">
        <w:rPr>
          <w:rFonts w:ascii="Times New Roman" w:hAnsi="Times New Roman" w:cs="Times New Roman"/>
          <w:sz w:val="24"/>
          <w:lang w:val="ru-RU"/>
        </w:rPr>
        <w:t xml:space="preserve"> </w:t>
      </w:r>
    </w:p>
    <w:p w14:paraId="1B98B168" w14:textId="79D1D441" w:rsidR="001F78E4" w:rsidRPr="009E1090" w:rsidRDefault="001F78E4" w:rsidP="009E1090">
      <w:pPr>
        <w:pStyle w:val="ae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lang w:val="ru-RU"/>
        </w:rPr>
      </w:pPr>
      <w:r w:rsidRPr="009E1090">
        <w:rPr>
          <w:rFonts w:ascii="Times New Roman" w:hAnsi="Times New Roman" w:cs="Times New Roman"/>
          <w:sz w:val="24"/>
          <w:lang w:val="ru-RU"/>
        </w:rPr>
        <w:t>неиз​меняемых слов. Суффикс как часть слова (наблюдение). Приставка как часть слова (наблюдение).</w:t>
      </w:r>
    </w:p>
    <w:p w14:paraId="4BDAA9E3" w14:textId="032009DE" w:rsidR="001F78E4" w:rsidRPr="009E1090" w:rsidRDefault="001F78E4" w:rsidP="009E1090">
      <w:pPr>
        <w:tabs>
          <w:tab w:val="left" w:pos="180"/>
        </w:tabs>
        <w:autoSpaceDE w:val="0"/>
        <w:autoSpaceDN w:val="0"/>
        <w:spacing w:after="0" w:line="240" w:lineRule="auto"/>
        <w:ind w:right="7"/>
        <w:jc w:val="both"/>
        <w:rPr>
          <w:rFonts w:ascii="Times New Roman" w:hAnsi="Times New Roman" w:cs="Times New Roman"/>
          <w:lang w:val="ru-RU"/>
        </w:rPr>
      </w:pPr>
      <w:r w:rsidRPr="009E1090">
        <w:rPr>
          <w:rFonts w:ascii="Times New Roman" w:hAnsi="Times New Roman" w:cs="Times New Roman"/>
          <w:lang w:val="ru-RU"/>
        </w:rPr>
        <w:tab/>
      </w:r>
      <w:r w:rsidR="009E1090">
        <w:rPr>
          <w:rFonts w:ascii="Times New Roman" w:hAnsi="Times New Roman" w:cs="Times New Roman"/>
          <w:lang w:val="ru-RU"/>
        </w:rPr>
        <w:tab/>
      </w:r>
      <w:r w:rsidRPr="009E1090"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  <w:t xml:space="preserve">Морфология </w:t>
      </w:r>
      <w:r w:rsidRPr="009E1090">
        <w:rPr>
          <w:rFonts w:ascii="Times New Roman" w:hAnsi="Times New Roman" w:cs="Times New Roman"/>
          <w:lang w:val="ru-RU"/>
        </w:rPr>
        <w:br/>
      </w:r>
      <w:r w:rsidRPr="009E1090">
        <w:rPr>
          <w:rFonts w:ascii="Times New Roman" w:hAnsi="Times New Roman" w:cs="Times New Roman"/>
          <w:lang w:val="ru-RU"/>
        </w:rPr>
        <w:tab/>
      </w:r>
      <w:r w:rsidR="009E1090">
        <w:rPr>
          <w:rFonts w:ascii="Times New Roman" w:hAnsi="Times New Roman" w:cs="Times New Roman"/>
          <w:lang w:val="ru-RU"/>
        </w:rPr>
        <w:tab/>
      </w:r>
      <w:r w:rsidRPr="009E1090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Имя существительное (ознакомление): общее значение, во​просы («кто?», «что?»), употребление в речи. Глагол (ознакомление): общее значение, вопросы («что де​лать?», «что сделать?» и др.), употребление в речи. Имя прилагательное (ознакомление): общее значение, вопро​сы («какой?»,«какая?», «какое?», «какие?»), употребление в речи. Предлог. Отличие предлогов от приставок. Наиболее распро​странённые предлоги: </w:t>
      </w:r>
      <w:r w:rsidRPr="009E1090">
        <w:rPr>
          <w:rFonts w:ascii="Times New Roman" w:eastAsia="Times New Roman" w:hAnsi="Times New Roman" w:cs="Times New Roman"/>
          <w:i/>
          <w:color w:val="000000"/>
          <w:sz w:val="24"/>
          <w:lang w:val="ru-RU"/>
        </w:rPr>
        <w:t>в</w:t>
      </w:r>
      <w:r w:rsidRPr="009E1090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, </w:t>
      </w:r>
      <w:r w:rsidRPr="009E1090">
        <w:rPr>
          <w:rFonts w:ascii="Times New Roman" w:eastAsia="Times New Roman" w:hAnsi="Times New Roman" w:cs="Times New Roman"/>
          <w:i/>
          <w:color w:val="000000"/>
          <w:sz w:val="24"/>
          <w:lang w:val="ru-RU"/>
        </w:rPr>
        <w:t>на</w:t>
      </w:r>
      <w:r w:rsidRPr="009E1090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, </w:t>
      </w:r>
      <w:r w:rsidRPr="009E1090">
        <w:rPr>
          <w:rFonts w:ascii="Times New Roman" w:eastAsia="Times New Roman" w:hAnsi="Times New Roman" w:cs="Times New Roman"/>
          <w:i/>
          <w:color w:val="000000"/>
          <w:sz w:val="24"/>
          <w:lang w:val="ru-RU"/>
        </w:rPr>
        <w:t>из</w:t>
      </w:r>
      <w:r w:rsidRPr="009E1090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, </w:t>
      </w:r>
      <w:r w:rsidRPr="009E1090">
        <w:rPr>
          <w:rFonts w:ascii="Times New Roman" w:eastAsia="Times New Roman" w:hAnsi="Times New Roman" w:cs="Times New Roman"/>
          <w:i/>
          <w:color w:val="000000"/>
          <w:sz w:val="24"/>
          <w:lang w:val="ru-RU"/>
        </w:rPr>
        <w:t>без</w:t>
      </w:r>
      <w:r w:rsidRPr="009E1090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, </w:t>
      </w:r>
      <w:r w:rsidRPr="009E1090">
        <w:rPr>
          <w:rFonts w:ascii="Times New Roman" w:eastAsia="Times New Roman" w:hAnsi="Times New Roman" w:cs="Times New Roman"/>
          <w:i/>
          <w:color w:val="000000"/>
          <w:sz w:val="24"/>
          <w:lang w:val="ru-RU"/>
        </w:rPr>
        <w:t>над</w:t>
      </w:r>
      <w:r w:rsidRPr="009E1090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, </w:t>
      </w:r>
      <w:r w:rsidRPr="009E1090">
        <w:rPr>
          <w:rFonts w:ascii="Times New Roman" w:eastAsia="Times New Roman" w:hAnsi="Times New Roman" w:cs="Times New Roman"/>
          <w:i/>
          <w:color w:val="000000"/>
          <w:sz w:val="24"/>
          <w:lang w:val="ru-RU"/>
        </w:rPr>
        <w:t>до</w:t>
      </w:r>
      <w:r w:rsidRPr="009E1090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, </w:t>
      </w:r>
      <w:r w:rsidRPr="009E1090">
        <w:rPr>
          <w:rFonts w:ascii="Times New Roman" w:eastAsia="Times New Roman" w:hAnsi="Times New Roman" w:cs="Times New Roman"/>
          <w:i/>
          <w:color w:val="000000"/>
          <w:sz w:val="24"/>
          <w:lang w:val="ru-RU"/>
        </w:rPr>
        <w:t>у</w:t>
      </w:r>
      <w:r w:rsidRPr="009E1090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, </w:t>
      </w:r>
      <w:r w:rsidRPr="009E1090">
        <w:rPr>
          <w:rFonts w:ascii="Times New Roman" w:eastAsia="Times New Roman" w:hAnsi="Times New Roman" w:cs="Times New Roman"/>
          <w:i/>
          <w:color w:val="000000"/>
          <w:sz w:val="24"/>
          <w:lang w:val="ru-RU"/>
        </w:rPr>
        <w:t>о</w:t>
      </w:r>
      <w:r w:rsidRPr="009E1090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, </w:t>
      </w:r>
      <w:r w:rsidRPr="009E1090">
        <w:rPr>
          <w:rFonts w:ascii="Times New Roman" w:eastAsia="Times New Roman" w:hAnsi="Times New Roman" w:cs="Times New Roman"/>
          <w:i/>
          <w:color w:val="000000"/>
          <w:sz w:val="24"/>
          <w:lang w:val="ru-RU"/>
        </w:rPr>
        <w:t xml:space="preserve">об </w:t>
      </w:r>
      <w:r w:rsidRPr="009E1090">
        <w:rPr>
          <w:rFonts w:ascii="Times New Roman" w:eastAsia="Times New Roman" w:hAnsi="Times New Roman" w:cs="Times New Roman"/>
          <w:color w:val="000000"/>
          <w:sz w:val="24"/>
          <w:lang w:val="ru-RU"/>
        </w:rPr>
        <w:t>и др.</w:t>
      </w:r>
    </w:p>
    <w:p w14:paraId="06B1A00D" w14:textId="3E8C6EA9" w:rsidR="001F78E4" w:rsidRPr="009E1090" w:rsidRDefault="001F78E4" w:rsidP="00FE223C">
      <w:pPr>
        <w:autoSpaceDE w:val="0"/>
        <w:autoSpaceDN w:val="0"/>
        <w:spacing w:after="0" w:line="240" w:lineRule="auto"/>
        <w:ind w:right="7" w:firstLine="720"/>
        <w:jc w:val="both"/>
        <w:rPr>
          <w:rFonts w:ascii="Times New Roman" w:hAnsi="Times New Roman" w:cs="Times New Roman"/>
          <w:lang w:val="ru-RU"/>
        </w:rPr>
      </w:pPr>
      <w:r w:rsidRPr="009E1090"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  <w:t xml:space="preserve">Синтаксис </w:t>
      </w:r>
      <w:r w:rsidRPr="009E1090">
        <w:rPr>
          <w:rFonts w:ascii="Times New Roman" w:hAnsi="Times New Roman" w:cs="Times New Roman"/>
          <w:lang w:val="ru-RU"/>
        </w:rPr>
        <w:br/>
      </w:r>
      <w:r w:rsidR="00FE223C">
        <w:rPr>
          <w:rFonts w:ascii="Times New Roman" w:eastAsia="Times New Roman" w:hAnsi="Times New Roman" w:cs="Times New Roman"/>
          <w:color w:val="000000"/>
          <w:sz w:val="24"/>
          <w:lang w:val="ru-RU"/>
        </w:rPr>
        <w:tab/>
      </w:r>
      <w:r w:rsidRPr="009E1090">
        <w:rPr>
          <w:rFonts w:ascii="Times New Roman" w:eastAsia="Times New Roman" w:hAnsi="Times New Roman" w:cs="Times New Roman"/>
          <w:color w:val="000000"/>
          <w:sz w:val="24"/>
          <w:lang w:val="ru-RU"/>
        </w:rPr>
        <w:t>Порядок слов в предложении; связь слов в предложении (по​вторение). Предложение как единица</w:t>
      </w:r>
      <w:r w:rsidR="009E1090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языка. Предложение и слово. От​личие предложения от слова. Наблюдение за выделением в уст​ной речи одного из слов предложения (логическое ударение). Виды предложений по цели высказывания: повествователь​ные, вопросительные, побудительные предложения. Виды предложений по </w:t>
      </w:r>
      <w:r w:rsidRPr="009E1090">
        <w:rPr>
          <w:rFonts w:ascii="Times New Roman" w:hAnsi="Times New Roman" w:cs="Times New Roman"/>
          <w:lang w:val="ru-RU"/>
        </w:rPr>
        <w:br/>
      </w:r>
      <w:r w:rsidRPr="009E1090">
        <w:rPr>
          <w:rFonts w:ascii="Times New Roman" w:eastAsia="Times New Roman" w:hAnsi="Times New Roman" w:cs="Times New Roman"/>
          <w:color w:val="000000"/>
          <w:sz w:val="24"/>
          <w:lang w:val="ru-RU"/>
        </w:rPr>
        <w:t>эмоциональной окраске (по интона​ции): восклицательные и невосклицательные предложения.</w:t>
      </w:r>
    </w:p>
    <w:p w14:paraId="7B7FA478" w14:textId="77777777" w:rsidR="00FE223C" w:rsidRDefault="001F78E4" w:rsidP="00FE223C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lang w:val="ru-RU"/>
        </w:rPr>
      </w:pPr>
      <w:r w:rsidRPr="009E1090">
        <w:rPr>
          <w:rFonts w:ascii="Times New Roman" w:hAnsi="Times New Roman" w:cs="Times New Roman"/>
          <w:b/>
          <w:sz w:val="24"/>
          <w:lang w:val="ru-RU"/>
        </w:rPr>
        <w:t>Орфография и пунктуация</w:t>
      </w:r>
    </w:p>
    <w:p w14:paraId="6219F341" w14:textId="05B5CF5E" w:rsidR="001F78E4" w:rsidRPr="009E1090" w:rsidRDefault="00FE223C" w:rsidP="009E1090">
      <w:pPr>
        <w:tabs>
          <w:tab w:val="left" w:pos="18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val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lang w:val="ru-RU"/>
        </w:rPr>
        <w:tab/>
      </w:r>
      <w:r w:rsidR="001F78E4" w:rsidRPr="009E1090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Прописная буква в начале предложения и в именах собствен​ных (имена, фамилии, клички животных); знаки препинания в конце предложения; перенос слов со строки на строку (без учё​та морфемного членения слова); гласные после шипящих в соче​таниях </w:t>
      </w:r>
      <w:r w:rsidR="001F78E4" w:rsidRPr="009E1090">
        <w:rPr>
          <w:rFonts w:ascii="Times New Roman" w:eastAsia="Times New Roman" w:hAnsi="Times New Roman" w:cs="Times New Roman"/>
          <w:b/>
          <w:i/>
          <w:color w:val="000000"/>
          <w:sz w:val="24"/>
          <w:lang w:val="ru-RU"/>
        </w:rPr>
        <w:t>жи</w:t>
      </w:r>
      <w:r w:rsidR="001F78E4" w:rsidRPr="009E1090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, </w:t>
      </w:r>
      <w:r w:rsidR="001F78E4" w:rsidRPr="009E1090">
        <w:rPr>
          <w:rFonts w:ascii="Times New Roman" w:eastAsia="Times New Roman" w:hAnsi="Times New Roman" w:cs="Times New Roman"/>
          <w:b/>
          <w:i/>
          <w:color w:val="000000"/>
          <w:sz w:val="24"/>
          <w:lang w:val="ru-RU"/>
        </w:rPr>
        <w:t xml:space="preserve">ши </w:t>
      </w:r>
      <w:r w:rsidR="001F78E4" w:rsidRPr="009E1090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(в положении под ударением), </w:t>
      </w:r>
      <w:r w:rsidR="001F78E4" w:rsidRPr="009E1090">
        <w:rPr>
          <w:rFonts w:ascii="Times New Roman" w:eastAsia="Times New Roman" w:hAnsi="Times New Roman" w:cs="Times New Roman"/>
          <w:b/>
          <w:i/>
          <w:color w:val="000000"/>
          <w:sz w:val="24"/>
          <w:lang w:val="ru-RU"/>
        </w:rPr>
        <w:t>ча</w:t>
      </w:r>
      <w:r w:rsidR="001F78E4" w:rsidRPr="009E1090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, </w:t>
      </w:r>
      <w:r w:rsidR="001F78E4" w:rsidRPr="009E1090">
        <w:rPr>
          <w:rFonts w:ascii="Times New Roman" w:eastAsia="Times New Roman" w:hAnsi="Times New Roman" w:cs="Times New Roman"/>
          <w:b/>
          <w:i/>
          <w:color w:val="000000"/>
          <w:sz w:val="24"/>
          <w:lang w:val="ru-RU"/>
        </w:rPr>
        <w:t>ща</w:t>
      </w:r>
      <w:r w:rsidR="001F78E4" w:rsidRPr="009E1090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, </w:t>
      </w:r>
      <w:r w:rsidR="001F78E4" w:rsidRPr="009E1090">
        <w:rPr>
          <w:rFonts w:ascii="Times New Roman" w:eastAsia="Times New Roman" w:hAnsi="Times New Roman" w:cs="Times New Roman"/>
          <w:b/>
          <w:i/>
          <w:color w:val="000000"/>
          <w:sz w:val="24"/>
          <w:lang w:val="ru-RU"/>
        </w:rPr>
        <w:t>чу</w:t>
      </w:r>
      <w:r w:rsidR="001F78E4" w:rsidRPr="009E1090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, </w:t>
      </w:r>
      <w:r w:rsidR="001F78E4" w:rsidRPr="009E1090">
        <w:rPr>
          <w:rFonts w:ascii="Times New Roman" w:eastAsia="Times New Roman" w:hAnsi="Times New Roman" w:cs="Times New Roman"/>
          <w:b/>
          <w:i/>
          <w:color w:val="000000"/>
          <w:sz w:val="24"/>
          <w:lang w:val="ru-RU"/>
        </w:rPr>
        <w:t>щу</w:t>
      </w:r>
      <w:r w:rsidR="001F78E4" w:rsidRPr="009E1090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; сочетания </w:t>
      </w:r>
      <w:r w:rsidR="001F78E4" w:rsidRPr="009E1090">
        <w:rPr>
          <w:rFonts w:ascii="Times New Roman" w:eastAsia="Times New Roman" w:hAnsi="Times New Roman" w:cs="Times New Roman"/>
          <w:b/>
          <w:i/>
          <w:color w:val="000000"/>
          <w:sz w:val="24"/>
          <w:lang w:val="ru-RU"/>
        </w:rPr>
        <w:t>чк</w:t>
      </w:r>
      <w:r w:rsidR="001F78E4" w:rsidRPr="009E1090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, </w:t>
      </w:r>
      <w:r w:rsidR="001F78E4" w:rsidRPr="009E1090">
        <w:rPr>
          <w:rFonts w:ascii="Times New Roman" w:eastAsia="Times New Roman" w:hAnsi="Times New Roman" w:cs="Times New Roman"/>
          <w:b/>
          <w:i/>
          <w:color w:val="000000"/>
          <w:sz w:val="24"/>
          <w:lang w:val="ru-RU"/>
        </w:rPr>
        <w:t xml:space="preserve">чн </w:t>
      </w:r>
      <w:r w:rsidR="001F78E4" w:rsidRPr="009E1090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(повторение правил правописания, изученных в 1 классе). Орфографическая зоркость как осознание места возможного возникновения </w:t>
      </w:r>
      <w:r w:rsidR="001F78E4" w:rsidRPr="009E1090">
        <w:rPr>
          <w:rFonts w:ascii="Times New Roman" w:hAnsi="Times New Roman" w:cs="Times New Roman"/>
          <w:lang w:val="ru-RU"/>
        </w:rPr>
        <w:br/>
      </w:r>
      <w:r w:rsidR="001F78E4" w:rsidRPr="009E1090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орфографической ошибки. Понятие орфограм​мы. Различные способы решения орфографической задачи </w:t>
      </w:r>
      <w:r w:rsidR="001F78E4" w:rsidRPr="009E1090">
        <w:rPr>
          <w:rFonts w:ascii="Times New Roman" w:eastAsia="Times New Roman" w:hAnsi="Times New Roman" w:cs="Times New Roman"/>
          <w:color w:val="000000"/>
          <w:sz w:val="24"/>
          <w:lang w:val="ru-RU"/>
        </w:rPr>
        <w:lastRenderedPageBreak/>
        <w:t>в за​висимости от места орфограммы в слове. Использование орфо​графического словаря учебника для определения (уточнения) написания слова. Контроль и самоконтроль при проверке соб​</w:t>
      </w:r>
      <w:r w:rsidR="001F78E4" w:rsidRPr="009E1090">
        <w:rPr>
          <w:rFonts w:ascii="Times New Roman" w:eastAsia="DejaVu Serif" w:hAnsi="Times New Roman" w:cs="Times New Roman"/>
          <w:color w:val="000000"/>
          <w:sz w:val="24"/>
          <w:lang w:val="ru-RU"/>
        </w:rPr>
        <w:t>‐</w:t>
      </w:r>
      <w:r w:rsidR="001F78E4" w:rsidRPr="009E1090">
        <w:rPr>
          <w:rFonts w:ascii="Times New Roman" w:eastAsia="Times New Roman" w:hAnsi="Times New Roman" w:cs="Times New Roman"/>
          <w:color w:val="000000"/>
          <w:sz w:val="24"/>
          <w:lang w:val="ru-RU"/>
        </w:rPr>
        <w:t>ственных и предложенных текстов. Орфографическая зоркость как осознание места возможного возникновения орфографической ошибки. Понятие орфограм​мы. Различные способы решения орфографической задачи в за​висимости от места орфограммы в слове. Использование орфо​</w:t>
      </w:r>
      <w:r w:rsidR="001F78E4" w:rsidRPr="009E1090">
        <w:rPr>
          <w:rFonts w:ascii="Times New Roman" w:eastAsia="DejaVu Serif" w:hAnsi="Times New Roman" w:cs="Times New Roman"/>
          <w:color w:val="000000"/>
          <w:sz w:val="24"/>
          <w:lang w:val="ru-RU"/>
        </w:rPr>
        <w:t>‐</w:t>
      </w:r>
      <w:r w:rsidR="001F78E4" w:rsidRPr="009E1090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графического словаря учебника для определения (уточнения) написания слова. Контроль и </w:t>
      </w:r>
      <w:r w:rsidR="001F78E4" w:rsidRPr="009E1090">
        <w:rPr>
          <w:rFonts w:ascii="Times New Roman" w:hAnsi="Times New Roman" w:cs="Times New Roman"/>
          <w:lang w:val="ru-RU"/>
        </w:rPr>
        <w:br/>
      </w:r>
      <w:r w:rsidR="001F78E4" w:rsidRPr="009E1090">
        <w:rPr>
          <w:rFonts w:ascii="Times New Roman" w:eastAsia="Times New Roman" w:hAnsi="Times New Roman" w:cs="Times New Roman"/>
          <w:color w:val="000000"/>
          <w:sz w:val="24"/>
          <w:lang w:val="ru-RU"/>
        </w:rPr>
        <w:t>самоконтроль при проверке соб​ственных и предложенных текстов.</w:t>
      </w:r>
    </w:p>
    <w:p w14:paraId="519E7726" w14:textId="77777777" w:rsidR="00FE223C" w:rsidRDefault="001F78E4" w:rsidP="009E1090">
      <w:pPr>
        <w:tabs>
          <w:tab w:val="left" w:pos="180"/>
        </w:tabs>
        <w:autoSpaceDE w:val="0"/>
        <w:autoSpaceDN w:val="0"/>
        <w:spacing w:after="0" w:line="240" w:lineRule="auto"/>
        <w:ind w:right="576"/>
        <w:jc w:val="both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  <w:r w:rsidRPr="009E1090">
        <w:rPr>
          <w:rFonts w:ascii="Times New Roman" w:hAnsi="Times New Roman" w:cs="Times New Roman"/>
          <w:lang w:val="ru-RU"/>
        </w:rPr>
        <w:tab/>
      </w:r>
      <w:r w:rsidRPr="009E1090">
        <w:rPr>
          <w:rFonts w:ascii="Times New Roman" w:eastAsia="Times New Roman" w:hAnsi="Times New Roman" w:cs="Times New Roman"/>
          <w:color w:val="000000"/>
          <w:sz w:val="24"/>
          <w:lang w:val="ru-RU"/>
        </w:rPr>
        <w:t>Правила правописания и их применение:</w:t>
      </w:r>
    </w:p>
    <w:p w14:paraId="350CD84F" w14:textId="2FD7AC97" w:rsidR="00FE223C" w:rsidRDefault="00D4698F" w:rsidP="00FE223C">
      <w:pPr>
        <w:tabs>
          <w:tab w:val="left" w:pos="180"/>
        </w:tabs>
        <w:autoSpaceDE w:val="0"/>
        <w:autoSpaceDN w:val="0"/>
        <w:spacing w:after="0" w:line="240" w:lineRule="auto"/>
        <w:ind w:right="576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- </w:t>
      </w:r>
      <w:r w:rsidR="001F78E4" w:rsidRPr="009E1090">
        <w:rPr>
          <w:rFonts w:ascii="Times New Roman" w:eastAsia="Times New Roman" w:hAnsi="Times New Roman" w:cs="Times New Roman"/>
          <w:color w:val="000000"/>
          <w:sz w:val="24"/>
          <w:lang w:val="ru-RU"/>
        </w:rPr>
        <w:t>разделительный мягкий знак;</w:t>
      </w:r>
      <w:r w:rsidR="001F78E4" w:rsidRPr="009E1090">
        <w:rPr>
          <w:rFonts w:ascii="Times New Roman" w:hAnsi="Times New Roman" w:cs="Times New Roman"/>
          <w:lang w:val="ru-RU"/>
        </w:rPr>
        <w:br/>
      </w:r>
      <w:r>
        <w:rPr>
          <w:rFonts w:ascii="Times New Roman" w:hAnsi="Times New Roman" w:cs="Times New Roman"/>
          <w:lang w:val="ru-RU"/>
        </w:rPr>
        <w:t xml:space="preserve">- </w:t>
      </w:r>
      <w:r w:rsidR="001F78E4" w:rsidRPr="009E1090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сочетания </w:t>
      </w:r>
      <w:r w:rsidR="001F78E4" w:rsidRPr="009E1090">
        <w:rPr>
          <w:rFonts w:ascii="Times New Roman" w:eastAsia="Times New Roman" w:hAnsi="Times New Roman" w:cs="Times New Roman"/>
          <w:b/>
          <w:i/>
          <w:color w:val="000000"/>
          <w:sz w:val="24"/>
          <w:lang w:val="ru-RU"/>
        </w:rPr>
        <w:t>чт</w:t>
      </w:r>
      <w:r w:rsidR="001F78E4" w:rsidRPr="009E1090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, </w:t>
      </w:r>
      <w:r w:rsidR="001F78E4" w:rsidRPr="009E1090">
        <w:rPr>
          <w:rFonts w:ascii="Times New Roman" w:eastAsia="Times New Roman" w:hAnsi="Times New Roman" w:cs="Times New Roman"/>
          <w:b/>
          <w:i/>
          <w:color w:val="000000"/>
          <w:sz w:val="24"/>
          <w:lang w:val="ru-RU"/>
        </w:rPr>
        <w:t>щн</w:t>
      </w:r>
      <w:r w:rsidR="001F78E4" w:rsidRPr="009E1090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, </w:t>
      </w:r>
      <w:r w:rsidR="001F78E4" w:rsidRPr="009E1090">
        <w:rPr>
          <w:rFonts w:ascii="Times New Roman" w:eastAsia="Times New Roman" w:hAnsi="Times New Roman" w:cs="Times New Roman"/>
          <w:b/>
          <w:i/>
          <w:color w:val="000000"/>
          <w:sz w:val="24"/>
          <w:lang w:val="ru-RU"/>
        </w:rPr>
        <w:t>нч</w:t>
      </w:r>
      <w:r w:rsidR="001F78E4" w:rsidRPr="009E1090">
        <w:rPr>
          <w:rFonts w:ascii="Times New Roman" w:eastAsia="Times New Roman" w:hAnsi="Times New Roman" w:cs="Times New Roman"/>
          <w:color w:val="000000"/>
          <w:sz w:val="24"/>
          <w:lang w:val="ru-RU"/>
        </w:rPr>
        <w:t>;</w:t>
      </w:r>
      <w:r w:rsidR="001F78E4" w:rsidRPr="009E1090">
        <w:rPr>
          <w:rFonts w:ascii="Times New Roman" w:hAnsi="Times New Roman" w:cs="Times New Roman"/>
          <w:lang w:val="ru-RU"/>
        </w:rPr>
        <w:br/>
      </w:r>
      <w:r>
        <w:rPr>
          <w:rFonts w:ascii="Times New Roman" w:hAnsi="Times New Roman" w:cs="Times New Roman"/>
          <w:lang w:val="ru-RU"/>
        </w:rPr>
        <w:t xml:space="preserve">- </w:t>
      </w:r>
      <w:r w:rsidR="001F78E4" w:rsidRPr="009E1090">
        <w:rPr>
          <w:rFonts w:ascii="Times New Roman" w:eastAsia="Times New Roman" w:hAnsi="Times New Roman" w:cs="Times New Roman"/>
          <w:color w:val="000000"/>
          <w:sz w:val="24"/>
          <w:lang w:val="ru-RU"/>
        </w:rPr>
        <w:t>проверяемые безударные гласные в корне слова;</w:t>
      </w:r>
      <w:r w:rsidR="001F78E4" w:rsidRPr="009E1090">
        <w:rPr>
          <w:rFonts w:ascii="Times New Roman" w:hAnsi="Times New Roman" w:cs="Times New Roman"/>
          <w:lang w:val="ru-RU"/>
        </w:rPr>
        <w:br/>
      </w:r>
      <w:r>
        <w:rPr>
          <w:rFonts w:ascii="Times New Roman" w:hAnsi="Times New Roman" w:cs="Times New Roman"/>
          <w:lang w:val="ru-RU"/>
        </w:rPr>
        <w:t xml:space="preserve">- </w:t>
      </w:r>
      <w:r w:rsidR="001F78E4" w:rsidRPr="009E1090">
        <w:rPr>
          <w:rFonts w:ascii="Times New Roman" w:eastAsia="Times New Roman" w:hAnsi="Times New Roman" w:cs="Times New Roman"/>
          <w:color w:val="000000"/>
          <w:sz w:val="24"/>
          <w:lang w:val="ru-RU"/>
        </w:rPr>
        <w:t>парные звонкие и глухие согласные в корне слова;</w:t>
      </w:r>
      <w:r w:rsidR="001F78E4" w:rsidRPr="009E1090">
        <w:rPr>
          <w:rFonts w:ascii="Times New Roman" w:hAnsi="Times New Roman" w:cs="Times New Roman"/>
          <w:lang w:val="ru-RU"/>
        </w:rPr>
        <w:br/>
      </w:r>
      <w:r>
        <w:rPr>
          <w:rFonts w:ascii="Times New Roman" w:hAnsi="Times New Roman" w:cs="Times New Roman"/>
          <w:lang w:val="ru-RU"/>
        </w:rPr>
        <w:t xml:space="preserve">- </w:t>
      </w:r>
      <w:r w:rsidR="001F78E4" w:rsidRPr="009E1090">
        <w:rPr>
          <w:rFonts w:ascii="Times New Roman" w:eastAsia="Times New Roman" w:hAnsi="Times New Roman" w:cs="Times New Roman"/>
          <w:color w:val="000000"/>
          <w:sz w:val="24"/>
          <w:lang w:val="ru-RU"/>
        </w:rPr>
        <w:t>непроверяемые гласные и согласные (перечень слов в орфо​графическом словаре учебника);</w:t>
      </w:r>
      <w:r w:rsidR="001F78E4" w:rsidRPr="009E1090">
        <w:rPr>
          <w:rFonts w:ascii="Times New Roman" w:hAnsi="Times New Roman" w:cs="Times New Roman"/>
          <w:lang w:val="ru-RU"/>
        </w:rPr>
        <w:tab/>
      </w:r>
    </w:p>
    <w:p w14:paraId="18960199" w14:textId="266EEC2C" w:rsidR="001F78E4" w:rsidRPr="009E1090" w:rsidRDefault="00D4698F" w:rsidP="00D4698F">
      <w:pPr>
        <w:tabs>
          <w:tab w:val="left" w:pos="180"/>
        </w:tabs>
        <w:autoSpaceDE w:val="0"/>
        <w:autoSpaceDN w:val="0"/>
        <w:spacing w:after="0" w:line="240" w:lineRule="auto"/>
        <w:ind w:right="576"/>
        <w:rPr>
          <w:rFonts w:ascii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- </w:t>
      </w:r>
      <w:r w:rsidR="00FE223C" w:rsidRPr="009E1090">
        <w:rPr>
          <w:rFonts w:ascii="Times New Roman" w:eastAsia="Times New Roman" w:hAnsi="Times New Roman" w:cs="Times New Roman"/>
          <w:color w:val="000000"/>
          <w:sz w:val="24"/>
          <w:lang w:val="ru-RU"/>
        </w:rPr>
        <w:t>прописная</w:t>
      </w:r>
      <w:r w:rsidR="001F78E4" w:rsidRPr="009E1090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 буква в именах собственных: имена, фамилии, от​чества людей, клички животных, географические названия;</w:t>
      </w:r>
      <w:r w:rsidR="001F78E4" w:rsidRPr="009E1090">
        <w:rPr>
          <w:rFonts w:ascii="Times New Roman" w:hAnsi="Times New Roman" w:cs="Times New Roman"/>
          <w:lang w:val="ru-RU"/>
        </w:rPr>
        <w:br/>
      </w:r>
      <w:r>
        <w:rPr>
          <w:rFonts w:ascii="Times New Roman" w:hAnsi="Times New Roman" w:cs="Times New Roman"/>
          <w:lang w:val="ru-RU"/>
        </w:rPr>
        <w:t xml:space="preserve">- </w:t>
      </w:r>
      <w:r w:rsidR="00FE223C" w:rsidRPr="009E1090">
        <w:rPr>
          <w:rFonts w:ascii="Times New Roman" w:eastAsia="Times New Roman" w:hAnsi="Times New Roman" w:cs="Times New Roman"/>
          <w:color w:val="000000"/>
          <w:sz w:val="24"/>
          <w:lang w:val="ru-RU"/>
        </w:rPr>
        <w:t>раздельное</w:t>
      </w:r>
      <w:r w:rsidR="001F78E4" w:rsidRPr="009E1090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 написание предлогов с именами </w:t>
      </w:r>
      <w:r w:rsidR="00FE223C" w:rsidRPr="009E1090">
        <w:rPr>
          <w:rFonts w:ascii="Times New Roman" w:eastAsia="Times New Roman" w:hAnsi="Times New Roman" w:cs="Times New Roman"/>
          <w:color w:val="000000"/>
          <w:sz w:val="24"/>
          <w:lang w:val="ru-RU"/>
        </w:rPr>
        <w:t>существитель</w:t>
      </w:r>
      <w:r w:rsidR="001F78E4" w:rsidRPr="009E1090">
        <w:rPr>
          <w:rFonts w:ascii="Times New Roman" w:eastAsia="Times New Roman" w:hAnsi="Times New Roman" w:cs="Times New Roman"/>
          <w:color w:val="000000"/>
          <w:sz w:val="24"/>
          <w:lang w:val="ru-RU"/>
        </w:rPr>
        <w:t>​ными.</w:t>
      </w:r>
    </w:p>
    <w:p w14:paraId="176E00D1" w14:textId="77777777" w:rsidR="00FE223C" w:rsidRDefault="001F78E4" w:rsidP="00FE223C">
      <w:pPr>
        <w:pStyle w:val="ae"/>
        <w:spacing w:after="0" w:line="240" w:lineRule="auto"/>
        <w:ind w:left="180" w:firstLine="54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E1090">
        <w:rPr>
          <w:rFonts w:ascii="Times New Roman" w:hAnsi="Times New Roman" w:cs="Times New Roman"/>
          <w:b/>
          <w:sz w:val="24"/>
          <w:szCs w:val="24"/>
          <w:lang w:val="ru-RU"/>
        </w:rPr>
        <w:t xml:space="preserve">Развитие речи </w:t>
      </w:r>
    </w:p>
    <w:p w14:paraId="0C47D8AD" w14:textId="42831D86" w:rsidR="001F78E4" w:rsidRPr="009E1090" w:rsidRDefault="001F78E4" w:rsidP="00FE223C">
      <w:pPr>
        <w:pStyle w:val="ae"/>
        <w:spacing w:after="0" w:line="240" w:lineRule="auto"/>
        <w:ind w:left="180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9E1090">
        <w:rPr>
          <w:rFonts w:ascii="Times New Roman" w:hAnsi="Times New Roman" w:cs="Times New Roman"/>
          <w:sz w:val="24"/>
          <w:szCs w:val="24"/>
          <w:lang w:val="ru-RU"/>
        </w:rPr>
        <w:t>Выбор языковых средств в соответствии с целями и условия​ми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поддер​жать, закончить разговор, привлечь внимание и т. п.).</w:t>
      </w:r>
      <w:r w:rsidR="00FE223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Практи​ческое овладение диалогической формой речи. Соблюдение норм речевого этикета и орфоэпических норм в ситуациях учеб​ного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  <w:r w:rsidR="00FE223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Составление устного рассказа по репродукции картины. Со​ставление устного рассказа по личным наблюдениям и вопросам. 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За​главие текста. Подбор заголовков к предложенным текстам. Последовательность частей текста (</w:t>
      </w:r>
      <w:r w:rsidRPr="009E1090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абзацев</w:t>
      </w:r>
      <w:r w:rsidRPr="009E109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). Корректирование текстов с нарушенным порядком предложений и абзацев.</w:t>
      </w:r>
      <w:r w:rsidR="00FE223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Типы текстов: описание, повествование, рассуждение, их особенности (первичное ознакомление</w:t>
      </w:r>
      <w:r w:rsidR="00374FEA" w:rsidRPr="009E109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). Поздравление</w:t>
      </w:r>
      <w:r w:rsidRPr="009E109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и поздравительная открытка. Понимание текста: развитие умения формулировать простые выводы на основе информации, содержащейся в тексте. Выра​зительное чтение текста вслух с соблюдением правильной инто​нации. Подробное изложение повествовательного текста объёмом 30—45 слов с опорой на вопросы.</w:t>
      </w:r>
    </w:p>
    <w:p w14:paraId="06416F72" w14:textId="175D258F" w:rsidR="001F78E4" w:rsidRPr="009E1090" w:rsidRDefault="001F78E4" w:rsidP="009E1090">
      <w:pPr>
        <w:pStyle w:val="ae"/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6B769AD1" w14:textId="086726B5" w:rsidR="001F78E4" w:rsidRDefault="001F78E4" w:rsidP="009E1090">
      <w:pPr>
        <w:pStyle w:val="ae"/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9E1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3 класс</w:t>
      </w:r>
    </w:p>
    <w:p w14:paraId="7844B59B" w14:textId="77777777" w:rsidR="00D4698F" w:rsidRPr="009E1090" w:rsidRDefault="00D4698F" w:rsidP="009E1090">
      <w:pPr>
        <w:pStyle w:val="ae"/>
        <w:spacing w:after="0" w:line="240" w:lineRule="auto"/>
        <w:ind w:left="180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1F15912A" w14:textId="77777777" w:rsidR="001F78E4" w:rsidRPr="009E1090" w:rsidRDefault="001F78E4" w:rsidP="00D4698F">
      <w:pPr>
        <w:widowControl w:val="0"/>
        <w:autoSpaceDE w:val="0"/>
        <w:autoSpaceDN w:val="0"/>
        <w:spacing w:after="0" w:line="240" w:lineRule="auto"/>
        <w:ind w:left="286" w:firstLine="434"/>
        <w:jc w:val="both"/>
        <w:rPr>
          <w:rFonts w:ascii="Times New Roman" w:eastAsia="Times New Roman" w:hAnsi="Times New Roman" w:cs="Times New Roman"/>
          <w:b/>
          <w:sz w:val="24"/>
          <w:lang w:val="ru-RU"/>
        </w:rPr>
      </w:pPr>
      <w:r w:rsidRPr="009E1090">
        <w:rPr>
          <w:rFonts w:ascii="Times New Roman" w:eastAsia="Times New Roman" w:hAnsi="Times New Roman" w:cs="Times New Roman"/>
          <w:b/>
          <w:sz w:val="24"/>
          <w:lang w:val="ru-RU"/>
        </w:rPr>
        <w:t>Сведения</w:t>
      </w:r>
      <w:r w:rsidRPr="009E1090">
        <w:rPr>
          <w:rFonts w:ascii="Times New Roman" w:eastAsia="Times New Roman" w:hAnsi="Times New Roman" w:cs="Times New Roman"/>
          <w:b/>
          <w:spacing w:val="-5"/>
          <w:sz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b/>
          <w:sz w:val="24"/>
          <w:lang w:val="ru-RU"/>
        </w:rPr>
        <w:t>о</w:t>
      </w:r>
      <w:r w:rsidRPr="009E1090">
        <w:rPr>
          <w:rFonts w:ascii="Times New Roman" w:eastAsia="Times New Roman" w:hAnsi="Times New Roman" w:cs="Times New Roman"/>
          <w:b/>
          <w:spacing w:val="-3"/>
          <w:sz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b/>
          <w:sz w:val="24"/>
          <w:lang w:val="ru-RU"/>
        </w:rPr>
        <w:t>русском</w:t>
      </w:r>
      <w:r w:rsidRPr="009E1090">
        <w:rPr>
          <w:rFonts w:ascii="Times New Roman" w:eastAsia="Times New Roman" w:hAnsi="Times New Roman" w:cs="Times New Roman"/>
          <w:b/>
          <w:spacing w:val="-5"/>
          <w:sz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b/>
          <w:sz w:val="24"/>
          <w:lang w:val="ru-RU"/>
        </w:rPr>
        <w:t>языке</w:t>
      </w:r>
    </w:p>
    <w:p w14:paraId="196EBC72" w14:textId="77777777" w:rsidR="001F78E4" w:rsidRPr="009E1090" w:rsidRDefault="001F78E4" w:rsidP="00D4698F">
      <w:pPr>
        <w:widowControl w:val="0"/>
        <w:autoSpaceDE w:val="0"/>
        <w:autoSpaceDN w:val="0"/>
        <w:spacing w:after="0" w:line="240" w:lineRule="auto"/>
        <w:ind w:left="106" w:right="7" w:firstLine="61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Русский язык как государственный язык Российской Федерации. Методы познания языка:</w:t>
      </w:r>
      <w:r w:rsidRPr="009E1090">
        <w:rPr>
          <w:rFonts w:ascii="Times New Roman" w:eastAsia="Times New Roman" w:hAnsi="Times New Roman" w:cs="Times New Roman"/>
          <w:spacing w:val="-58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наблюдение,</w:t>
      </w:r>
      <w:r w:rsidRPr="009E109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анализ, лингвистический</w:t>
      </w:r>
      <w:r w:rsidRPr="009E109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эксперимент.</w:t>
      </w:r>
    </w:p>
    <w:p w14:paraId="48402021" w14:textId="77777777" w:rsidR="001F78E4" w:rsidRPr="009E1090" w:rsidRDefault="001F78E4" w:rsidP="00D4698F">
      <w:pPr>
        <w:widowControl w:val="0"/>
        <w:autoSpaceDE w:val="0"/>
        <w:autoSpaceDN w:val="0"/>
        <w:spacing w:after="0" w:line="240" w:lineRule="auto"/>
        <w:ind w:left="286" w:firstLine="434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9E109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Фонетика</w:t>
      </w:r>
      <w:r w:rsidRPr="009E1090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</w:t>
      </w:r>
      <w:r w:rsidRPr="009E1090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графика</w:t>
      </w:r>
    </w:p>
    <w:p w14:paraId="5F1D6D19" w14:textId="77777777" w:rsidR="001F78E4" w:rsidRPr="009E1090" w:rsidRDefault="001F78E4" w:rsidP="00D4698F">
      <w:pPr>
        <w:widowControl w:val="0"/>
        <w:autoSpaceDE w:val="0"/>
        <w:autoSpaceDN w:val="0"/>
        <w:spacing w:after="0" w:line="240" w:lineRule="auto"/>
        <w:ind w:left="106" w:right="7" w:firstLine="61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Звуки русского языка: гласный/согласный, гласный ударный/безударный, согласный</w:t>
      </w:r>
      <w:r w:rsidRPr="009E1090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твёрдый/мягкий, парный/непарный, согласный глухой/звонкий, парный/непарный; функции</w:t>
      </w:r>
      <w:r w:rsidRPr="009E1090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разделительных мягкого и твёрдого знаков, условия использования на письме разделительных</w:t>
      </w:r>
      <w:r w:rsidRPr="009E1090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мягкого и твёрдого знаков (повторение изученного). Соотношение звукового и буквенного состава в</w:t>
      </w:r>
      <w:r w:rsidRPr="009E1090">
        <w:rPr>
          <w:rFonts w:ascii="Times New Roman" w:eastAsia="Times New Roman" w:hAnsi="Times New Roman" w:cs="Times New Roman"/>
          <w:spacing w:val="-58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словах с разделительными </w:t>
      </w:r>
      <w:r w:rsidRPr="009E1090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 xml:space="preserve">ь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9E1090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ъ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, в словах с непроизносимыми согласными. Использование алфавита</w:t>
      </w:r>
      <w:r w:rsidRPr="009E1090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при</w:t>
      </w:r>
      <w:r w:rsidRPr="009E109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работе со словарями, справочниками,</w:t>
      </w:r>
      <w:r w:rsidRPr="009E109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каталогами.</w:t>
      </w:r>
    </w:p>
    <w:p w14:paraId="06EF537E" w14:textId="77777777" w:rsidR="001F78E4" w:rsidRPr="009E1090" w:rsidRDefault="001F78E4" w:rsidP="00D4698F">
      <w:pPr>
        <w:widowControl w:val="0"/>
        <w:autoSpaceDE w:val="0"/>
        <w:autoSpaceDN w:val="0"/>
        <w:spacing w:after="0" w:line="240" w:lineRule="auto"/>
        <w:ind w:left="286" w:firstLine="434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9E109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Орфоэпия</w:t>
      </w:r>
    </w:p>
    <w:p w14:paraId="2662C278" w14:textId="77777777" w:rsidR="001F78E4" w:rsidRPr="009E1090" w:rsidRDefault="001F78E4" w:rsidP="00D4698F">
      <w:pPr>
        <w:widowControl w:val="0"/>
        <w:autoSpaceDE w:val="0"/>
        <w:autoSpaceDN w:val="0"/>
        <w:spacing w:after="0" w:line="240" w:lineRule="auto"/>
        <w:ind w:left="106" w:right="7" w:firstLine="61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Нормы произношения звуков и сочетаний звуков; ударение в словах в соответствии с нормами</w:t>
      </w:r>
      <w:r w:rsidRPr="009E1090">
        <w:rPr>
          <w:rFonts w:ascii="Times New Roman" w:eastAsia="Times New Roman" w:hAnsi="Times New Roman" w:cs="Times New Roman"/>
          <w:spacing w:val="-58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современного русского литературного языка (на ограниченном перечне слов, отрабатываемом в</w:t>
      </w:r>
      <w:r w:rsidRPr="009E1090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учебнике).</w:t>
      </w:r>
      <w:r w:rsidRPr="009E1090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Использование</w:t>
      </w:r>
      <w:r w:rsidRPr="009E109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орфоэпического</w:t>
      </w:r>
      <w:r w:rsidRPr="009E1090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словаря</w:t>
      </w:r>
      <w:r w:rsidRPr="009E1090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для</w:t>
      </w:r>
      <w:r w:rsidRPr="009E1090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решения</w:t>
      </w:r>
      <w:r w:rsidRPr="009E1090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практических</w:t>
      </w:r>
      <w:r w:rsidRPr="009E1090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задач.</w:t>
      </w:r>
    </w:p>
    <w:p w14:paraId="35CB4A30" w14:textId="77777777" w:rsidR="001F78E4" w:rsidRPr="009E1090" w:rsidRDefault="001F78E4" w:rsidP="00D4698F">
      <w:pPr>
        <w:widowControl w:val="0"/>
        <w:autoSpaceDE w:val="0"/>
        <w:autoSpaceDN w:val="0"/>
        <w:spacing w:after="0" w:line="240" w:lineRule="auto"/>
        <w:ind w:left="286" w:firstLine="434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9E109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Лексика</w:t>
      </w:r>
    </w:p>
    <w:p w14:paraId="52E9F00C" w14:textId="77777777" w:rsidR="001F78E4" w:rsidRPr="009E1090" w:rsidRDefault="001F78E4" w:rsidP="00D4698F">
      <w:pPr>
        <w:widowControl w:val="0"/>
        <w:autoSpaceDE w:val="0"/>
        <w:autoSpaceDN w:val="0"/>
        <w:spacing w:after="0" w:line="240" w:lineRule="auto"/>
        <w:ind w:left="106" w:right="7" w:firstLine="61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Повторение: лексическое значение слова. Прямое и переносное значение слова (ознакомление).</w:t>
      </w:r>
      <w:r w:rsidRPr="009E1090">
        <w:rPr>
          <w:rFonts w:ascii="Times New Roman" w:eastAsia="Times New Roman" w:hAnsi="Times New Roman" w:cs="Times New Roman"/>
          <w:spacing w:val="-58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Устаревшие</w:t>
      </w:r>
      <w:r w:rsidRPr="009E109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слова (ознакомление).</w:t>
      </w:r>
    </w:p>
    <w:p w14:paraId="73AAE9AD" w14:textId="77777777" w:rsidR="001F78E4" w:rsidRPr="009E1090" w:rsidRDefault="001F78E4" w:rsidP="00D4698F">
      <w:pPr>
        <w:widowControl w:val="0"/>
        <w:autoSpaceDE w:val="0"/>
        <w:autoSpaceDN w:val="0"/>
        <w:spacing w:after="0" w:line="240" w:lineRule="auto"/>
        <w:ind w:left="286" w:firstLine="434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9E109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Состав</w:t>
      </w:r>
      <w:r w:rsidRPr="009E1090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слова</w:t>
      </w:r>
      <w:r w:rsidRPr="009E1090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(морфемика)</w:t>
      </w:r>
    </w:p>
    <w:p w14:paraId="7ED39292" w14:textId="77777777" w:rsidR="001F78E4" w:rsidRPr="009E1090" w:rsidRDefault="001F78E4" w:rsidP="00D4698F">
      <w:pPr>
        <w:widowControl w:val="0"/>
        <w:autoSpaceDE w:val="0"/>
        <w:autoSpaceDN w:val="0"/>
        <w:spacing w:after="0" w:line="240" w:lineRule="auto"/>
        <w:ind w:left="106" w:right="7" w:firstLine="61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Корень</w:t>
      </w:r>
      <w:r w:rsidRPr="009E1090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как</w:t>
      </w:r>
      <w:r w:rsidRPr="009E1090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обязательная</w:t>
      </w:r>
      <w:r w:rsidRPr="009E1090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часть</w:t>
      </w:r>
      <w:r w:rsidRPr="009E1090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слова;</w:t>
      </w:r>
      <w:r w:rsidRPr="009E1090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однокоренные</w:t>
      </w:r>
      <w:r w:rsidRPr="009E1090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(родственные)</w:t>
      </w:r>
      <w:r w:rsidRPr="009E1090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слова;</w:t>
      </w:r>
      <w:r w:rsidRPr="009E1090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признаки</w:t>
      </w:r>
      <w:r w:rsidRPr="009E1090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однокоренных</w:t>
      </w:r>
      <w:r w:rsidRPr="009E1090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(родственных) слов; различение однокоренных слов и синонимов, однокоренных слов и слов с</w:t>
      </w:r>
      <w:r w:rsidRPr="009E1090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омонимичными корнями; выделение в словах корня (простые случаи); окончание как изменяемая</w:t>
      </w:r>
      <w:r w:rsidRPr="009E1090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часть слова (повторение изученного) Однокоренные слова и формы одного и того же слова Корень,</w:t>
      </w:r>
      <w:r w:rsidRPr="009E1090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приставка,</w:t>
      </w:r>
      <w:r w:rsidRPr="009E109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суффикс</w:t>
      </w:r>
      <w:r w:rsidRPr="009E109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—</w:t>
      </w:r>
      <w:r w:rsidRPr="009E109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значимые</w:t>
      </w:r>
      <w:r w:rsidRPr="009E109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части</w:t>
      </w:r>
      <w:r w:rsidRPr="009E109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слова Нулевое</w:t>
      </w:r>
      <w:r w:rsidRPr="009E109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окончание</w:t>
      </w:r>
      <w:r w:rsidRPr="009E109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(ознакомление)</w:t>
      </w:r>
    </w:p>
    <w:p w14:paraId="15AAEDA4" w14:textId="77777777" w:rsidR="001F78E4" w:rsidRPr="009E1090" w:rsidRDefault="001F78E4" w:rsidP="00D4698F">
      <w:pPr>
        <w:widowControl w:val="0"/>
        <w:autoSpaceDE w:val="0"/>
        <w:autoSpaceDN w:val="0"/>
        <w:spacing w:after="0" w:line="240" w:lineRule="auto"/>
        <w:ind w:left="286" w:firstLine="434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9E109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Морфология</w:t>
      </w:r>
    </w:p>
    <w:p w14:paraId="596B7721" w14:textId="77777777" w:rsidR="001F78E4" w:rsidRPr="009E1090" w:rsidRDefault="001F78E4" w:rsidP="00D4698F">
      <w:pPr>
        <w:widowControl w:val="0"/>
        <w:autoSpaceDE w:val="0"/>
        <w:autoSpaceDN w:val="0"/>
        <w:spacing w:after="0" w:line="240" w:lineRule="auto"/>
        <w:ind w:left="286" w:firstLine="43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Части</w:t>
      </w:r>
      <w:r w:rsidRPr="009E1090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речи</w:t>
      </w:r>
    </w:p>
    <w:p w14:paraId="0AC622EE" w14:textId="77777777" w:rsidR="001F78E4" w:rsidRPr="009E1090" w:rsidRDefault="001F78E4" w:rsidP="00D4698F">
      <w:pPr>
        <w:widowControl w:val="0"/>
        <w:autoSpaceDE w:val="0"/>
        <w:autoSpaceDN w:val="0"/>
        <w:spacing w:after="0" w:line="240" w:lineRule="auto"/>
        <w:ind w:left="106" w:right="7" w:firstLine="61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Имя существительное: общее значение, вопросы, употребление в речи. Имена существительные</w:t>
      </w:r>
      <w:r w:rsidRPr="009E1090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единственного и множественного числа. Имена существительные мужского, женского и среднего</w:t>
      </w:r>
      <w:r w:rsidRPr="009E1090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рода. Падеж имён существительных. Определение падежа, в котором употреблено имя</w:t>
      </w:r>
      <w:r w:rsidRPr="009E1090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существительное. Изменение имён существительных по падежам и числам (склонение). Имена</w:t>
      </w:r>
      <w:r w:rsidRPr="009E1090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существительные</w:t>
      </w:r>
      <w:r w:rsidRPr="009E1090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1,</w:t>
      </w:r>
      <w:r w:rsidRPr="009E1090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2,</w:t>
      </w:r>
      <w:r w:rsidRPr="009E1090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3-го</w:t>
      </w:r>
      <w:r w:rsidRPr="009E1090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склонения.</w:t>
      </w:r>
      <w:r w:rsidRPr="009E1090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Имена</w:t>
      </w:r>
      <w:r w:rsidRPr="009E1090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существительные</w:t>
      </w:r>
      <w:r w:rsidRPr="009E1090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одушевлённые</w:t>
      </w:r>
      <w:r w:rsidRPr="009E1090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9E1090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неодушевлённые.</w:t>
      </w:r>
    </w:p>
    <w:p w14:paraId="6E36B430" w14:textId="77777777" w:rsidR="001F78E4" w:rsidRPr="009E1090" w:rsidRDefault="001F78E4" w:rsidP="00D4698F">
      <w:pPr>
        <w:widowControl w:val="0"/>
        <w:autoSpaceDE w:val="0"/>
        <w:autoSpaceDN w:val="0"/>
        <w:spacing w:after="0" w:line="240" w:lineRule="auto"/>
        <w:ind w:left="106" w:firstLine="61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Имя прилагательное: общее значение, вопросы, употребление в речи. Зависимость формы имени</w:t>
      </w:r>
      <w:r w:rsidRPr="009E1090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прилагательного от формы имени существительного. Изменение имён прилагательных по родам,</w:t>
      </w:r>
      <w:r w:rsidRPr="009E1090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числам</w:t>
      </w:r>
      <w:r w:rsidRPr="009E1090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9E1090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падежам</w:t>
      </w:r>
      <w:r w:rsidRPr="009E1090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(кроме</w:t>
      </w:r>
      <w:r w:rsidRPr="009E1090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имён</w:t>
      </w:r>
      <w:r w:rsidRPr="009E1090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прилагательных</w:t>
      </w:r>
      <w:r w:rsidRPr="009E1090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9E1090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-ий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9E1090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-ов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9E1090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-ин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).</w:t>
      </w:r>
      <w:r w:rsidRPr="009E1090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Склонение</w:t>
      </w:r>
      <w:r w:rsidRPr="009E1090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имён</w:t>
      </w:r>
      <w:r w:rsidRPr="009E1090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прилагательных.</w:t>
      </w:r>
    </w:p>
    <w:p w14:paraId="43AB8A53" w14:textId="77777777" w:rsidR="001F78E4" w:rsidRPr="009E1090" w:rsidRDefault="001F78E4" w:rsidP="00D4698F">
      <w:pPr>
        <w:widowControl w:val="0"/>
        <w:autoSpaceDE w:val="0"/>
        <w:autoSpaceDN w:val="0"/>
        <w:spacing w:after="0" w:line="240" w:lineRule="auto"/>
        <w:ind w:left="106" w:right="97" w:firstLine="61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Местоимение (общее представление). Личные местоимения, их употребление в речи. Использование</w:t>
      </w:r>
      <w:r w:rsidRPr="009E1090">
        <w:rPr>
          <w:rFonts w:ascii="Times New Roman" w:eastAsia="Times New Roman" w:hAnsi="Times New Roman" w:cs="Times New Roman"/>
          <w:spacing w:val="-58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личных</w:t>
      </w:r>
      <w:r w:rsidRPr="009E109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местоимений для</w:t>
      </w:r>
      <w:r w:rsidRPr="009E1090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устранения</w:t>
      </w:r>
      <w:r w:rsidRPr="009E109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неоправданных</w:t>
      </w:r>
      <w:r w:rsidRPr="009E109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повторов</w:t>
      </w:r>
      <w:r w:rsidRPr="009E109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9E109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тексте.</w:t>
      </w:r>
    </w:p>
    <w:p w14:paraId="26E679C8" w14:textId="77777777" w:rsidR="001F78E4" w:rsidRPr="009E1090" w:rsidRDefault="001F78E4" w:rsidP="00D4698F">
      <w:pPr>
        <w:widowControl w:val="0"/>
        <w:autoSpaceDE w:val="0"/>
        <w:autoSpaceDN w:val="0"/>
        <w:spacing w:after="0" w:line="240" w:lineRule="auto"/>
        <w:ind w:left="106" w:right="7" w:firstLine="61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Глагол: общее значение, вопросы, употребление в речи. Неопределённая форма глагола. Настоящее,</w:t>
      </w:r>
      <w:r w:rsidRPr="009E1090">
        <w:rPr>
          <w:rFonts w:ascii="Times New Roman" w:eastAsia="Times New Roman" w:hAnsi="Times New Roman" w:cs="Times New Roman"/>
          <w:spacing w:val="-58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будущее, прошедшее время глаголов. Изменение глаголов по временам, числам. Род глаголов в</w:t>
      </w:r>
      <w:r w:rsidRPr="009E1090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прошедшем</w:t>
      </w:r>
      <w:r w:rsidRPr="009E109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времени.</w:t>
      </w:r>
    </w:p>
    <w:p w14:paraId="72DAA926" w14:textId="77777777" w:rsidR="001F78E4" w:rsidRPr="009E1090" w:rsidRDefault="001F78E4" w:rsidP="00D4698F">
      <w:pPr>
        <w:widowControl w:val="0"/>
        <w:autoSpaceDE w:val="0"/>
        <w:autoSpaceDN w:val="0"/>
        <w:spacing w:after="0" w:line="240" w:lineRule="auto"/>
        <w:ind w:left="286" w:firstLine="43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Частица</w:t>
      </w:r>
      <w:r w:rsidRPr="009E1090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не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9E1090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её</w:t>
      </w:r>
      <w:r w:rsidRPr="009E1090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значение.</w:t>
      </w:r>
    </w:p>
    <w:p w14:paraId="251003E7" w14:textId="77777777" w:rsidR="00D4698F" w:rsidRDefault="001F78E4" w:rsidP="00D4698F">
      <w:pPr>
        <w:widowControl w:val="0"/>
        <w:autoSpaceDE w:val="0"/>
        <w:autoSpaceDN w:val="0"/>
        <w:spacing w:after="0" w:line="240" w:lineRule="auto"/>
        <w:ind w:left="286" w:firstLine="434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9E109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Синтаксис</w:t>
      </w:r>
    </w:p>
    <w:p w14:paraId="2A4356D5" w14:textId="3DA604B9" w:rsidR="001F78E4" w:rsidRPr="009E1090" w:rsidRDefault="001F78E4" w:rsidP="00D4698F">
      <w:pPr>
        <w:widowControl w:val="0"/>
        <w:autoSpaceDE w:val="0"/>
        <w:autoSpaceDN w:val="0"/>
        <w:spacing w:after="0" w:line="240" w:lineRule="auto"/>
        <w:ind w:left="286" w:firstLine="434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Предложение. Установление при помощи смысловых (синтаксических) вопросов связи между</w:t>
      </w:r>
      <w:r w:rsidRPr="009E1090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словами в предложении. Главные члены предложения — подлежащее и сказуемое. Второстепенные</w:t>
      </w:r>
      <w:r w:rsidRPr="009E1090">
        <w:rPr>
          <w:rFonts w:ascii="Times New Roman" w:eastAsia="Times New Roman" w:hAnsi="Times New Roman" w:cs="Times New Roman"/>
          <w:spacing w:val="-58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члены предложения (без деления на виды). Предложения распространённые и нераспространённые.</w:t>
      </w:r>
      <w:r w:rsidRPr="009E1090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Наблюдение</w:t>
      </w:r>
      <w:r w:rsidRPr="009E109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9E109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однородными</w:t>
      </w:r>
      <w:r w:rsidRPr="009E109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членами предложения</w:t>
      </w:r>
      <w:r w:rsidRPr="009E1090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9E109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союзами</w:t>
      </w:r>
      <w:r w:rsidRPr="009E1090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и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9E1090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а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9E109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но</w:t>
      </w:r>
      <w:r w:rsidRPr="009E1090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9E109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без</w:t>
      </w:r>
      <w:r w:rsidRPr="009E109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союзов.</w:t>
      </w:r>
    </w:p>
    <w:p w14:paraId="7466F7D3" w14:textId="77777777" w:rsidR="001F78E4" w:rsidRPr="009E1090" w:rsidRDefault="001F78E4" w:rsidP="00D4698F">
      <w:pPr>
        <w:widowControl w:val="0"/>
        <w:autoSpaceDE w:val="0"/>
        <w:autoSpaceDN w:val="0"/>
        <w:spacing w:after="0" w:line="240" w:lineRule="auto"/>
        <w:ind w:left="286" w:firstLine="434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9E109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Орфография</w:t>
      </w:r>
      <w:r w:rsidRPr="009E1090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</w:t>
      </w:r>
      <w:r w:rsidRPr="009E1090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пунктуация</w:t>
      </w:r>
    </w:p>
    <w:p w14:paraId="2D3E60AD" w14:textId="77777777" w:rsidR="001F78E4" w:rsidRPr="009E1090" w:rsidRDefault="001F78E4" w:rsidP="00D4698F">
      <w:pPr>
        <w:widowControl w:val="0"/>
        <w:autoSpaceDE w:val="0"/>
        <w:autoSpaceDN w:val="0"/>
        <w:spacing w:after="0" w:line="240" w:lineRule="auto"/>
        <w:ind w:left="106" w:right="7" w:firstLine="61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Орфографическая зоркость как осознание места возможного возникновения орфографической</w:t>
      </w:r>
      <w:r w:rsidRPr="009E1090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ошибки, различные способы решения орфографической задачи в зависимости от места орфограммы в</w:t>
      </w:r>
      <w:r w:rsidRPr="009E1090">
        <w:rPr>
          <w:rFonts w:ascii="Times New Roman" w:eastAsia="Times New Roman" w:hAnsi="Times New Roman" w:cs="Times New Roman"/>
          <w:spacing w:val="-58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слове; контроль и самоконтроль при проверке собственных и предложенных текстов (повторение и</w:t>
      </w:r>
      <w:r w:rsidRPr="009E1090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применение</w:t>
      </w:r>
      <w:r w:rsidRPr="009E109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на новом орфографическом материале).</w:t>
      </w:r>
    </w:p>
    <w:p w14:paraId="4D0F8C9C" w14:textId="77777777" w:rsidR="001F78E4" w:rsidRPr="009E1090" w:rsidRDefault="001F78E4" w:rsidP="009E1090">
      <w:pPr>
        <w:widowControl w:val="0"/>
        <w:autoSpaceDE w:val="0"/>
        <w:autoSpaceDN w:val="0"/>
        <w:spacing w:after="0" w:line="240" w:lineRule="auto"/>
        <w:ind w:left="286" w:right="1213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Использование орфографического словаря для определения (уточнения) написания слова.</w:t>
      </w:r>
      <w:r w:rsidRPr="009E1090">
        <w:rPr>
          <w:rFonts w:ascii="Times New Roman" w:eastAsia="Times New Roman" w:hAnsi="Times New Roman" w:cs="Times New Roman"/>
          <w:spacing w:val="-58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Правила</w:t>
      </w:r>
      <w:r w:rsidRPr="009E109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правописания</w:t>
      </w:r>
      <w:r w:rsidRPr="009E109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и их применение:</w:t>
      </w:r>
    </w:p>
    <w:p w14:paraId="68922C9D" w14:textId="77777777" w:rsidR="001F78E4" w:rsidRPr="009E1090" w:rsidRDefault="001F78E4" w:rsidP="009E1090">
      <w:pPr>
        <w:widowControl w:val="0"/>
        <w:numPr>
          <w:ilvl w:val="0"/>
          <w:numId w:val="23"/>
        </w:numPr>
        <w:tabs>
          <w:tab w:val="left" w:pos="94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9E1090">
        <w:rPr>
          <w:rFonts w:ascii="Times New Roman" w:eastAsia="Times New Roman" w:hAnsi="Times New Roman" w:cs="Times New Roman"/>
          <w:sz w:val="24"/>
          <w:lang w:val="ru-RU"/>
        </w:rPr>
        <w:t>разделительный</w:t>
      </w:r>
      <w:r w:rsidRPr="009E1090">
        <w:rPr>
          <w:rFonts w:ascii="Times New Roman" w:eastAsia="Times New Roman" w:hAnsi="Times New Roman" w:cs="Times New Roman"/>
          <w:spacing w:val="-5"/>
          <w:sz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lang w:val="ru-RU"/>
        </w:rPr>
        <w:t>твёрдый</w:t>
      </w:r>
      <w:r w:rsidRPr="009E1090">
        <w:rPr>
          <w:rFonts w:ascii="Times New Roman" w:eastAsia="Times New Roman" w:hAnsi="Times New Roman" w:cs="Times New Roman"/>
          <w:spacing w:val="-5"/>
          <w:sz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lang w:val="ru-RU"/>
        </w:rPr>
        <w:t>знак;</w:t>
      </w:r>
    </w:p>
    <w:p w14:paraId="4AC66B1C" w14:textId="77777777" w:rsidR="001F78E4" w:rsidRPr="009E1090" w:rsidRDefault="001F78E4" w:rsidP="009E1090">
      <w:pPr>
        <w:widowControl w:val="0"/>
        <w:numPr>
          <w:ilvl w:val="0"/>
          <w:numId w:val="23"/>
        </w:numPr>
        <w:tabs>
          <w:tab w:val="left" w:pos="887"/>
        </w:tabs>
        <w:autoSpaceDE w:val="0"/>
        <w:autoSpaceDN w:val="0"/>
        <w:spacing w:after="0" w:line="240" w:lineRule="auto"/>
        <w:ind w:left="886" w:hanging="361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9E1090">
        <w:rPr>
          <w:rFonts w:ascii="Times New Roman" w:eastAsia="Times New Roman" w:hAnsi="Times New Roman" w:cs="Times New Roman"/>
          <w:sz w:val="24"/>
          <w:lang w:val="ru-RU"/>
        </w:rPr>
        <w:t>непроизносимые</w:t>
      </w:r>
      <w:r w:rsidRPr="009E1090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lang w:val="ru-RU"/>
        </w:rPr>
        <w:t>согласные</w:t>
      </w:r>
      <w:r w:rsidRPr="009E1090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lang w:val="ru-RU"/>
        </w:rPr>
        <w:t>в</w:t>
      </w:r>
      <w:r w:rsidRPr="009E1090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lang w:val="ru-RU"/>
        </w:rPr>
        <w:t>корне</w:t>
      </w:r>
      <w:r w:rsidRPr="009E1090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lang w:val="ru-RU"/>
        </w:rPr>
        <w:t>слова;</w:t>
      </w:r>
    </w:p>
    <w:p w14:paraId="3907F67A" w14:textId="77777777" w:rsidR="001F78E4" w:rsidRPr="009E1090" w:rsidRDefault="001F78E4" w:rsidP="009E1090">
      <w:pPr>
        <w:widowControl w:val="0"/>
        <w:numPr>
          <w:ilvl w:val="0"/>
          <w:numId w:val="23"/>
        </w:numPr>
        <w:tabs>
          <w:tab w:val="left" w:pos="887"/>
        </w:tabs>
        <w:autoSpaceDE w:val="0"/>
        <w:autoSpaceDN w:val="0"/>
        <w:spacing w:after="0" w:line="240" w:lineRule="auto"/>
        <w:ind w:left="886" w:hanging="361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9E1090">
        <w:rPr>
          <w:rFonts w:ascii="Times New Roman" w:eastAsia="Times New Roman" w:hAnsi="Times New Roman" w:cs="Times New Roman"/>
          <w:sz w:val="24"/>
          <w:lang w:val="ru-RU"/>
        </w:rPr>
        <w:t>мягкий</w:t>
      </w:r>
      <w:r w:rsidRPr="009E1090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lang w:val="ru-RU"/>
        </w:rPr>
        <w:t>знак</w:t>
      </w:r>
      <w:r w:rsidRPr="009E1090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lang w:val="ru-RU"/>
        </w:rPr>
        <w:t>после</w:t>
      </w:r>
      <w:r w:rsidRPr="009E1090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lang w:val="ru-RU"/>
        </w:rPr>
        <w:t>шипящих</w:t>
      </w:r>
      <w:r w:rsidRPr="009E1090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lang w:val="ru-RU"/>
        </w:rPr>
        <w:t>на</w:t>
      </w:r>
      <w:r w:rsidRPr="009E1090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lang w:val="ru-RU"/>
        </w:rPr>
        <w:t>конце</w:t>
      </w:r>
      <w:r w:rsidRPr="009E1090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lang w:val="ru-RU"/>
        </w:rPr>
        <w:t>имён</w:t>
      </w:r>
      <w:r w:rsidRPr="009E1090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lang w:val="ru-RU"/>
        </w:rPr>
        <w:t>существительных;</w:t>
      </w:r>
    </w:p>
    <w:p w14:paraId="01876FFB" w14:textId="77777777" w:rsidR="001F78E4" w:rsidRPr="009E1090" w:rsidRDefault="001F78E4" w:rsidP="009E1090">
      <w:pPr>
        <w:widowControl w:val="0"/>
        <w:numPr>
          <w:ilvl w:val="0"/>
          <w:numId w:val="23"/>
        </w:numPr>
        <w:tabs>
          <w:tab w:val="left" w:pos="887"/>
        </w:tabs>
        <w:autoSpaceDE w:val="0"/>
        <w:autoSpaceDN w:val="0"/>
        <w:spacing w:after="0" w:line="240" w:lineRule="auto"/>
        <w:ind w:left="886" w:hanging="361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9E1090">
        <w:rPr>
          <w:rFonts w:ascii="Times New Roman" w:eastAsia="Times New Roman" w:hAnsi="Times New Roman" w:cs="Times New Roman"/>
          <w:sz w:val="24"/>
          <w:lang w:val="ru-RU"/>
        </w:rPr>
        <w:t>безударные</w:t>
      </w:r>
      <w:r w:rsidRPr="009E1090">
        <w:rPr>
          <w:rFonts w:ascii="Times New Roman" w:eastAsia="Times New Roman" w:hAnsi="Times New Roman" w:cs="Times New Roman"/>
          <w:spacing w:val="-5"/>
          <w:sz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lang w:val="ru-RU"/>
        </w:rPr>
        <w:t>гласные</w:t>
      </w:r>
      <w:r w:rsidRPr="009E1090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lang w:val="ru-RU"/>
        </w:rPr>
        <w:t>в</w:t>
      </w:r>
      <w:r w:rsidRPr="009E1090">
        <w:rPr>
          <w:rFonts w:ascii="Times New Roman" w:eastAsia="Times New Roman" w:hAnsi="Times New Roman" w:cs="Times New Roman"/>
          <w:spacing w:val="-5"/>
          <w:sz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lang w:val="ru-RU"/>
        </w:rPr>
        <w:t>падежных</w:t>
      </w:r>
      <w:r w:rsidRPr="009E1090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lang w:val="ru-RU"/>
        </w:rPr>
        <w:t>окончаниях</w:t>
      </w:r>
      <w:r w:rsidRPr="009E1090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lang w:val="ru-RU"/>
        </w:rPr>
        <w:t>имён</w:t>
      </w:r>
      <w:r w:rsidRPr="009E1090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lang w:val="ru-RU"/>
        </w:rPr>
        <w:t>существительных</w:t>
      </w:r>
      <w:r w:rsidRPr="009E1090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lang w:val="ru-RU"/>
        </w:rPr>
        <w:t>(на</w:t>
      </w:r>
      <w:r w:rsidRPr="009E1090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lang w:val="ru-RU"/>
        </w:rPr>
        <w:t>уровне</w:t>
      </w:r>
      <w:r w:rsidRPr="009E1090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lang w:val="ru-RU"/>
        </w:rPr>
        <w:t>наблюдения);</w:t>
      </w:r>
    </w:p>
    <w:p w14:paraId="43DF9280" w14:textId="77777777" w:rsidR="001F78E4" w:rsidRPr="009E1090" w:rsidRDefault="001F78E4" w:rsidP="009E1090">
      <w:pPr>
        <w:widowControl w:val="0"/>
        <w:numPr>
          <w:ilvl w:val="0"/>
          <w:numId w:val="23"/>
        </w:numPr>
        <w:tabs>
          <w:tab w:val="left" w:pos="887"/>
        </w:tabs>
        <w:autoSpaceDE w:val="0"/>
        <w:autoSpaceDN w:val="0"/>
        <w:spacing w:after="0" w:line="240" w:lineRule="auto"/>
        <w:ind w:left="886" w:hanging="361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9E1090">
        <w:rPr>
          <w:rFonts w:ascii="Times New Roman" w:eastAsia="Times New Roman" w:hAnsi="Times New Roman" w:cs="Times New Roman"/>
          <w:sz w:val="24"/>
          <w:lang w:val="ru-RU"/>
        </w:rPr>
        <w:t>безударные</w:t>
      </w:r>
      <w:r w:rsidRPr="009E1090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lang w:val="ru-RU"/>
        </w:rPr>
        <w:t>гласные</w:t>
      </w:r>
      <w:r w:rsidRPr="009E1090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lang w:val="ru-RU"/>
        </w:rPr>
        <w:t>в</w:t>
      </w:r>
      <w:r w:rsidRPr="009E1090">
        <w:rPr>
          <w:rFonts w:ascii="Times New Roman" w:eastAsia="Times New Roman" w:hAnsi="Times New Roman" w:cs="Times New Roman"/>
          <w:spacing w:val="-5"/>
          <w:sz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lang w:val="ru-RU"/>
        </w:rPr>
        <w:t>падежных</w:t>
      </w:r>
      <w:r w:rsidRPr="009E1090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lang w:val="ru-RU"/>
        </w:rPr>
        <w:t>окончаниях</w:t>
      </w:r>
      <w:r w:rsidRPr="009E1090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lang w:val="ru-RU"/>
        </w:rPr>
        <w:t>имён</w:t>
      </w:r>
      <w:r w:rsidRPr="009E1090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lang w:val="ru-RU"/>
        </w:rPr>
        <w:t>прилагательных</w:t>
      </w:r>
      <w:r w:rsidRPr="009E1090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lang w:val="ru-RU"/>
        </w:rPr>
        <w:t>(на</w:t>
      </w:r>
      <w:r w:rsidRPr="009E1090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lang w:val="ru-RU"/>
        </w:rPr>
        <w:t>уровне</w:t>
      </w:r>
      <w:r w:rsidRPr="009E1090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lang w:val="ru-RU"/>
        </w:rPr>
        <w:t>наблюдения);</w:t>
      </w:r>
    </w:p>
    <w:p w14:paraId="730419AE" w14:textId="77777777" w:rsidR="001F78E4" w:rsidRPr="009E1090" w:rsidRDefault="001F78E4" w:rsidP="009E1090">
      <w:pPr>
        <w:widowControl w:val="0"/>
        <w:numPr>
          <w:ilvl w:val="0"/>
          <w:numId w:val="23"/>
        </w:numPr>
        <w:tabs>
          <w:tab w:val="left" w:pos="887"/>
        </w:tabs>
        <w:autoSpaceDE w:val="0"/>
        <w:autoSpaceDN w:val="0"/>
        <w:spacing w:after="0" w:line="240" w:lineRule="auto"/>
        <w:ind w:left="886" w:hanging="361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9E1090">
        <w:rPr>
          <w:rFonts w:ascii="Times New Roman" w:eastAsia="Times New Roman" w:hAnsi="Times New Roman" w:cs="Times New Roman"/>
          <w:sz w:val="24"/>
          <w:lang w:val="ru-RU"/>
        </w:rPr>
        <w:t>раздельное</w:t>
      </w:r>
      <w:r w:rsidRPr="009E1090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lang w:val="ru-RU"/>
        </w:rPr>
        <w:t>написание</w:t>
      </w:r>
      <w:r w:rsidRPr="009E1090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lang w:val="ru-RU"/>
        </w:rPr>
        <w:t>предлогов</w:t>
      </w:r>
      <w:r w:rsidRPr="009E1090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lang w:val="ru-RU"/>
        </w:rPr>
        <w:t>с</w:t>
      </w:r>
      <w:r w:rsidRPr="009E1090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lang w:val="ru-RU"/>
        </w:rPr>
        <w:t>личными</w:t>
      </w:r>
      <w:r w:rsidRPr="009E1090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lang w:val="ru-RU"/>
        </w:rPr>
        <w:t>местоимениями;</w:t>
      </w:r>
    </w:p>
    <w:p w14:paraId="7F5A2410" w14:textId="77777777" w:rsidR="001F78E4" w:rsidRPr="009E1090" w:rsidRDefault="001F78E4" w:rsidP="009E1090">
      <w:pPr>
        <w:widowControl w:val="0"/>
        <w:numPr>
          <w:ilvl w:val="0"/>
          <w:numId w:val="23"/>
        </w:numPr>
        <w:tabs>
          <w:tab w:val="left" w:pos="887"/>
        </w:tabs>
        <w:autoSpaceDE w:val="0"/>
        <w:autoSpaceDN w:val="0"/>
        <w:spacing w:after="0" w:line="240" w:lineRule="auto"/>
        <w:ind w:left="886" w:hanging="361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9E1090">
        <w:rPr>
          <w:rFonts w:ascii="Times New Roman" w:eastAsia="Times New Roman" w:hAnsi="Times New Roman" w:cs="Times New Roman"/>
          <w:sz w:val="24"/>
          <w:lang w:val="ru-RU"/>
        </w:rPr>
        <w:t>непроверяемые</w:t>
      </w:r>
      <w:r w:rsidRPr="009E1090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lang w:val="ru-RU"/>
        </w:rPr>
        <w:t>гласные</w:t>
      </w:r>
      <w:r w:rsidRPr="009E1090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lang w:val="ru-RU"/>
        </w:rPr>
        <w:t>и</w:t>
      </w:r>
      <w:r w:rsidRPr="009E1090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lang w:val="ru-RU"/>
        </w:rPr>
        <w:t>согласные</w:t>
      </w:r>
      <w:r w:rsidRPr="009E1090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lang w:val="ru-RU"/>
        </w:rPr>
        <w:t>(перечень</w:t>
      </w:r>
      <w:r w:rsidRPr="009E1090">
        <w:rPr>
          <w:rFonts w:ascii="Times New Roman" w:eastAsia="Times New Roman" w:hAnsi="Times New Roman" w:cs="Times New Roman"/>
          <w:spacing w:val="-5"/>
          <w:sz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lang w:val="ru-RU"/>
        </w:rPr>
        <w:t>слов</w:t>
      </w:r>
      <w:r w:rsidRPr="009E1090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lang w:val="ru-RU"/>
        </w:rPr>
        <w:t>в</w:t>
      </w:r>
      <w:r w:rsidRPr="009E1090">
        <w:rPr>
          <w:rFonts w:ascii="Times New Roman" w:eastAsia="Times New Roman" w:hAnsi="Times New Roman" w:cs="Times New Roman"/>
          <w:spacing w:val="-5"/>
          <w:sz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lang w:val="ru-RU"/>
        </w:rPr>
        <w:t>орфографическом</w:t>
      </w:r>
      <w:r w:rsidRPr="009E1090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lang w:val="ru-RU"/>
        </w:rPr>
        <w:t>словаре</w:t>
      </w:r>
      <w:r w:rsidRPr="009E1090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lang w:val="ru-RU"/>
        </w:rPr>
        <w:t>учебника);</w:t>
      </w:r>
    </w:p>
    <w:p w14:paraId="402683C1" w14:textId="77777777" w:rsidR="001F78E4" w:rsidRPr="009E1090" w:rsidRDefault="001F78E4" w:rsidP="009E1090">
      <w:pPr>
        <w:widowControl w:val="0"/>
        <w:numPr>
          <w:ilvl w:val="0"/>
          <w:numId w:val="23"/>
        </w:numPr>
        <w:tabs>
          <w:tab w:val="left" w:pos="1006"/>
          <w:tab w:val="left" w:pos="1007"/>
        </w:tabs>
        <w:autoSpaceDE w:val="0"/>
        <w:autoSpaceDN w:val="0"/>
        <w:spacing w:after="0" w:line="240" w:lineRule="auto"/>
        <w:ind w:left="1006" w:hanging="481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9E1090">
        <w:rPr>
          <w:rFonts w:ascii="Times New Roman" w:eastAsia="Times New Roman" w:hAnsi="Times New Roman" w:cs="Times New Roman"/>
          <w:sz w:val="24"/>
          <w:lang w:val="ru-RU"/>
        </w:rPr>
        <w:t>раздельное</w:t>
      </w:r>
      <w:r w:rsidRPr="009E1090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lang w:val="ru-RU"/>
        </w:rPr>
        <w:t>написание</w:t>
      </w:r>
      <w:r w:rsidRPr="009E1090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lang w:val="ru-RU"/>
        </w:rPr>
        <w:t>частицы</w:t>
      </w:r>
      <w:r w:rsidRPr="009E1090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lang w:val="ru-RU"/>
        </w:rPr>
        <w:t>не</w:t>
      </w:r>
      <w:r w:rsidRPr="009E1090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lang w:val="ru-RU"/>
        </w:rPr>
        <w:t>с</w:t>
      </w:r>
      <w:r w:rsidRPr="009E1090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lang w:val="ru-RU"/>
        </w:rPr>
        <w:t>глаголами.</w:t>
      </w:r>
    </w:p>
    <w:p w14:paraId="20996C64" w14:textId="77777777" w:rsidR="001F78E4" w:rsidRPr="009E1090" w:rsidRDefault="001F78E4" w:rsidP="00D4698F">
      <w:pPr>
        <w:widowControl w:val="0"/>
        <w:autoSpaceDE w:val="0"/>
        <w:autoSpaceDN w:val="0"/>
        <w:spacing w:after="0" w:line="240" w:lineRule="auto"/>
        <w:ind w:left="286" w:firstLine="434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9E109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Развитие</w:t>
      </w:r>
      <w:r w:rsidRPr="009E1090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речи</w:t>
      </w:r>
    </w:p>
    <w:p w14:paraId="38DFF3AC" w14:textId="77777777" w:rsidR="001F78E4" w:rsidRPr="009E1090" w:rsidRDefault="001F78E4" w:rsidP="00D4698F">
      <w:pPr>
        <w:widowControl w:val="0"/>
        <w:autoSpaceDE w:val="0"/>
        <w:autoSpaceDN w:val="0"/>
        <w:spacing w:after="0" w:line="240" w:lineRule="auto"/>
        <w:ind w:left="106" w:right="7" w:firstLine="61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Нормы речевого этикета: устное и письменное приглашение, просьба, извинение, благодарность,</w:t>
      </w:r>
      <w:r w:rsidRPr="009E1090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отказ и др. Соблюдение норм речевого этикета и орфоэпических норм в ситуациях учебного и</w:t>
      </w:r>
      <w:r w:rsidRPr="009E1090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бытового общения. Речевые средства, помогающие: формулировать и аргументировать собственное</w:t>
      </w:r>
      <w:r w:rsidRPr="009E1090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мнение в диалоге и дискуссии; договариваться и приходить к общему решению в совместной</w:t>
      </w:r>
      <w:r w:rsidRPr="009E1090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деятельности;</w:t>
      </w:r>
      <w:r w:rsidRPr="009E1090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контролировать</w:t>
      </w:r>
      <w:r w:rsidRPr="009E1090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(устно</w:t>
      </w:r>
      <w:r w:rsidRPr="009E1090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координировать)</w:t>
      </w:r>
      <w:r w:rsidRPr="009E1090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действия</w:t>
      </w:r>
      <w:r w:rsidRPr="009E1090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при</w:t>
      </w:r>
      <w:r w:rsidRPr="009E1090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проведении</w:t>
      </w:r>
      <w:r w:rsidRPr="009E1090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парной</w:t>
      </w:r>
      <w:r w:rsidRPr="009E1090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9E1090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групповой</w:t>
      </w:r>
      <w:r w:rsidRPr="009E1090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работы.</w:t>
      </w:r>
    </w:p>
    <w:p w14:paraId="7E4F3622" w14:textId="0EC0ADCB" w:rsidR="001F78E4" w:rsidRPr="009E1090" w:rsidRDefault="001F78E4" w:rsidP="00D4698F">
      <w:pPr>
        <w:widowControl w:val="0"/>
        <w:autoSpaceDE w:val="0"/>
        <w:autoSpaceDN w:val="0"/>
        <w:spacing w:after="0" w:line="240" w:lineRule="auto"/>
        <w:ind w:left="142" w:right="7" w:firstLine="57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Особенности речевого этикета в условиях общения с людьми, плохо владеющими русским языком.</w:t>
      </w:r>
      <w:r w:rsidRPr="009E1090">
        <w:rPr>
          <w:rFonts w:ascii="Times New Roman" w:eastAsia="Times New Roman" w:hAnsi="Times New Roman" w:cs="Times New Roman"/>
          <w:spacing w:val="-58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Повторение</w:t>
      </w:r>
      <w:r w:rsidRPr="009E1090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9E1090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продолжение</w:t>
      </w:r>
      <w:r w:rsidRPr="009E1090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работы</w:t>
      </w:r>
      <w:r w:rsidRPr="009E1090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9E1090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текстом,</w:t>
      </w:r>
      <w:r w:rsidRPr="009E1090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начатой</w:t>
      </w:r>
      <w:r w:rsidRPr="009E1090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во</w:t>
      </w:r>
      <w:r w:rsidRPr="009E1090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Pr="009E1090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классе:</w:t>
      </w:r>
      <w:r w:rsidRPr="009E1090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признаки</w:t>
      </w:r>
      <w:r w:rsidRPr="009E1090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текста,</w:t>
      </w:r>
      <w:r w:rsidRPr="009E1090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тема</w:t>
      </w:r>
      <w:r w:rsidRPr="009E1090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текста,</w:t>
      </w:r>
      <w:r w:rsidR="00D4698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основная</w:t>
      </w:r>
      <w:r w:rsidRPr="009E1090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мысль</w:t>
      </w:r>
      <w:r w:rsidRPr="009E1090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текста,</w:t>
      </w:r>
      <w:r w:rsidRPr="009E1090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заголовок,</w:t>
      </w:r>
      <w:r w:rsidRPr="009E1090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корректирование</w:t>
      </w:r>
      <w:r w:rsidRPr="009E1090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текстов</w:t>
      </w:r>
      <w:r w:rsidRPr="009E1090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9E1090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нарушенным</w:t>
      </w:r>
      <w:r w:rsidRPr="009E1090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порядком</w:t>
      </w:r>
      <w:r w:rsidRPr="009E1090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предложений</w:t>
      </w:r>
      <w:r w:rsidRPr="009E1090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9E1090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абзацев.</w:t>
      </w:r>
    </w:p>
    <w:p w14:paraId="3FDCABEB" w14:textId="77777777" w:rsidR="001F78E4" w:rsidRPr="009E1090" w:rsidRDefault="001F78E4" w:rsidP="00D4698F">
      <w:pPr>
        <w:widowControl w:val="0"/>
        <w:autoSpaceDE w:val="0"/>
        <w:autoSpaceDN w:val="0"/>
        <w:spacing w:after="0" w:line="240" w:lineRule="auto"/>
        <w:ind w:left="106" w:firstLine="61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План</w:t>
      </w:r>
      <w:r w:rsidRPr="009E1090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текста.</w:t>
      </w:r>
      <w:r w:rsidRPr="009E1090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Составление</w:t>
      </w:r>
      <w:r w:rsidRPr="009E1090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плана</w:t>
      </w:r>
      <w:r w:rsidRPr="009E1090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текста,</w:t>
      </w:r>
      <w:r w:rsidRPr="009E1090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написание</w:t>
      </w:r>
      <w:r w:rsidRPr="009E1090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текста</w:t>
      </w:r>
      <w:r w:rsidRPr="009E1090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9E1090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заданному</w:t>
      </w:r>
      <w:r w:rsidRPr="009E1090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плану.</w:t>
      </w:r>
      <w:r w:rsidRPr="009E1090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Связь</w:t>
      </w:r>
      <w:r w:rsidRPr="009E1090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предложений</w:t>
      </w:r>
      <w:r w:rsidRPr="009E1090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9E1090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тексте</w:t>
      </w:r>
      <w:r w:rsidRPr="009E1090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9E109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помощью</w:t>
      </w:r>
      <w:r w:rsidRPr="009E1090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личных</w:t>
      </w:r>
      <w:r w:rsidRPr="009E1090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местоимений,</w:t>
      </w:r>
      <w:r w:rsidRPr="009E109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синонимов,</w:t>
      </w:r>
      <w:r w:rsidRPr="009E109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союзов</w:t>
      </w:r>
      <w:r w:rsidRPr="009E1090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и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9E1090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а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9E109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но.</w:t>
      </w:r>
      <w:r w:rsidRPr="009E1090">
        <w:rPr>
          <w:rFonts w:ascii="Times New Roman" w:eastAsia="Times New Roman" w:hAnsi="Times New Roman" w:cs="Times New Roman"/>
          <w:i/>
          <w:spacing w:val="58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Ключевые</w:t>
      </w:r>
      <w:r w:rsidRPr="009E1090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слова</w:t>
      </w:r>
      <w:r w:rsidRPr="009E109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9E1090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тексте.</w:t>
      </w:r>
    </w:p>
    <w:p w14:paraId="0FBC20A1" w14:textId="77777777" w:rsidR="001F78E4" w:rsidRPr="009E1090" w:rsidRDefault="001F78E4" w:rsidP="00D4698F">
      <w:pPr>
        <w:widowControl w:val="0"/>
        <w:autoSpaceDE w:val="0"/>
        <w:autoSpaceDN w:val="0"/>
        <w:spacing w:after="0" w:line="240" w:lineRule="auto"/>
        <w:ind w:left="106" w:right="7" w:firstLine="61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Определение типов текстов (повествование, описание, рассуждение) и создание собственных</w:t>
      </w:r>
      <w:r w:rsidRPr="009E1090">
        <w:rPr>
          <w:rFonts w:ascii="Times New Roman" w:eastAsia="Times New Roman" w:hAnsi="Times New Roman" w:cs="Times New Roman"/>
          <w:spacing w:val="-58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текстов</w:t>
      </w:r>
      <w:r w:rsidRPr="009E1090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заданного типа.</w:t>
      </w:r>
    </w:p>
    <w:p w14:paraId="3F3C7430" w14:textId="77777777" w:rsidR="001F78E4" w:rsidRPr="009E1090" w:rsidRDefault="001F78E4" w:rsidP="00D4698F">
      <w:pPr>
        <w:widowControl w:val="0"/>
        <w:autoSpaceDE w:val="0"/>
        <w:autoSpaceDN w:val="0"/>
        <w:spacing w:after="0" w:line="240" w:lineRule="auto"/>
        <w:ind w:left="286" w:firstLine="43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Жанр</w:t>
      </w:r>
      <w:r w:rsidRPr="009E1090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письма,</w:t>
      </w:r>
      <w:r w:rsidRPr="009E1090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объявления.</w:t>
      </w:r>
    </w:p>
    <w:p w14:paraId="0D423C05" w14:textId="3A0B2007" w:rsidR="001F78E4" w:rsidRDefault="001F78E4" w:rsidP="00D4698F">
      <w:pPr>
        <w:widowControl w:val="0"/>
        <w:autoSpaceDE w:val="0"/>
        <w:autoSpaceDN w:val="0"/>
        <w:spacing w:after="0" w:line="240" w:lineRule="auto"/>
        <w:ind w:right="7" w:firstLine="43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Изложение текста по коллективно или самостоятельно составленному плану.</w:t>
      </w:r>
      <w:r w:rsidRPr="009E1090">
        <w:rPr>
          <w:rFonts w:ascii="Times New Roman" w:eastAsia="Times New Roman" w:hAnsi="Times New Roman" w:cs="Times New Roman"/>
          <w:spacing w:val="-58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Изучающее,</w:t>
      </w:r>
      <w:r w:rsidRPr="009E109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ознакомительное чтение.</w:t>
      </w:r>
    </w:p>
    <w:p w14:paraId="57D873F3" w14:textId="77777777" w:rsidR="00D4698F" w:rsidRDefault="00D4698F" w:rsidP="00D4698F">
      <w:pPr>
        <w:widowControl w:val="0"/>
        <w:autoSpaceDE w:val="0"/>
        <w:autoSpaceDN w:val="0"/>
        <w:spacing w:after="0" w:line="240" w:lineRule="auto"/>
        <w:ind w:right="7" w:firstLine="43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552E9F63" w14:textId="5F80A8B7" w:rsidR="00D4698F" w:rsidRDefault="00D4698F" w:rsidP="00D4698F">
      <w:pPr>
        <w:pStyle w:val="ae"/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4</w:t>
      </w:r>
      <w:r w:rsidRPr="009E1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класс</w:t>
      </w:r>
    </w:p>
    <w:p w14:paraId="65D559A2" w14:textId="77777777" w:rsidR="00D4698F" w:rsidRDefault="00D4698F" w:rsidP="00D4698F">
      <w:pPr>
        <w:pStyle w:val="ae"/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7F6E6807" w14:textId="77777777" w:rsidR="001F78E4" w:rsidRPr="009E1090" w:rsidRDefault="001F78E4" w:rsidP="00D4698F">
      <w:pPr>
        <w:widowControl w:val="0"/>
        <w:autoSpaceDE w:val="0"/>
        <w:autoSpaceDN w:val="0"/>
        <w:spacing w:after="0" w:line="240" w:lineRule="auto"/>
        <w:ind w:left="286" w:firstLine="434"/>
        <w:jc w:val="both"/>
        <w:rPr>
          <w:rFonts w:ascii="Times New Roman" w:eastAsia="Times New Roman" w:hAnsi="Times New Roman" w:cs="Times New Roman"/>
          <w:b/>
          <w:sz w:val="24"/>
          <w:lang w:val="ru-RU"/>
        </w:rPr>
      </w:pPr>
      <w:r w:rsidRPr="009E1090">
        <w:rPr>
          <w:rFonts w:ascii="Times New Roman" w:eastAsia="Times New Roman" w:hAnsi="Times New Roman" w:cs="Times New Roman"/>
          <w:b/>
          <w:sz w:val="24"/>
          <w:lang w:val="ru-RU"/>
        </w:rPr>
        <w:t>Сведения</w:t>
      </w:r>
      <w:r w:rsidRPr="009E1090">
        <w:rPr>
          <w:rFonts w:ascii="Times New Roman" w:eastAsia="Times New Roman" w:hAnsi="Times New Roman" w:cs="Times New Roman"/>
          <w:b/>
          <w:spacing w:val="-5"/>
          <w:sz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b/>
          <w:sz w:val="24"/>
          <w:lang w:val="ru-RU"/>
        </w:rPr>
        <w:t>о</w:t>
      </w:r>
      <w:r w:rsidRPr="009E1090">
        <w:rPr>
          <w:rFonts w:ascii="Times New Roman" w:eastAsia="Times New Roman" w:hAnsi="Times New Roman" w:cs="Times New Roman"/>
          <w:b/>
          <w:spacing w:val="-3"/>
          <w:sz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b/>
          <w:sz w:val="24"/>
          <w:lang w:val="ru-RU"/>
        </w:rPr>
        <w:t>русском</w:t>
      </w:r>
      <w:r w:rsidRPr="009E1090">
        <w:rPr>
          <w:rFonts w:ascii="Times New Roman" w:eastAsia="Times New Roman" w:hAnsi="Times New Roman" w:cs="Times New Roman"/>
          <w:b/>
          <w:spacing w:val="-5"/>
          <w:sz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b/>
          <w:sz w:val="24"/>
          <w:lang w:val="ru-RU"/>
        </w:rPr>
        <w:t>языке</w:t>
      </w:r>
    </w:p>
    <w:p w14:paraId="4999E275" w14:textId="77777777" w:rsidR="001F78E4" w:rsidRPr="009E1090" w:rsidRDefault="001F78E4" w:rsidP="00D4698F">
      <w:pPr>
        <w:widowControl w:val="0"/>
        <w:autoSpaceDE w:val="0"/>
        <w:autoSpaceDN w:val="0"/>
        <w:spacing w:after="0" w:line="240" w:lineRule="auto"/>
        <w:ind w:left="106" w:right="7" w:firstLine="61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Русский</w:t>
      </w:r>
      <w:r w:rsidRPr="009E1090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язык</w:t>
      </w:r>
      <w:r w:rsidRPr="009E1090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как</w:t>
      </w:r>
      <w:r w:rsidRPr="009E1090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язык</w:t>
      </w:r>
      <w:r w:rsidRPr="009E1090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межнационального</w:t>
      </w:r>
      <w:r w:rsidRPr="009E1090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общения.</w:t>
      </w:r>
      <w:r w:rsidRPr="009E1090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Различные</w:t>
      </w:r>
      <w:r w:rsidRPr="009E1090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методы</w:t>
      </w:r>
      <w:r w:rsidRPr="009E1090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познания</w:t>
      </w:r>
      <w:r w:rsidRPr="009E1090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языка:</w:t>
      </w:r>
      <w:r w:rsidRPr="009E1090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наблюдение,</w:t>
      </w:r>
      <w:r w:rsidRPr="009E1090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анализ,</w:t>
      </w:r>
      <w:r w:rsidRPr="009E1090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лингвистический</w:t>
      </w:r>
      <w:r w:rsidRPr="009E1090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эксперимент,</w:t>
      </w:r>
      <w:r w:rsidRPr="009E109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мини-исследование,</w:t>
      </w:r>
      <w:r w:rsidRPr="009E1090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проект.</w:t>
      </w:r>
    </w:p>
    <w:p w14:paraId="2F917D8B" w14:textId="77777777" w:rsidR="001F78E4" w:rsidRPr="009E1090" w:rsidRDefault="001F78E4" w:rsidP="00D4698F">
      <w:pPr>
        <w:widowControl w:val="0"/>
        <w:autoSpaceDE w:val="0"/>
        <w:autoSpaceDN w:val="0"/>
        <w:spacing w:after="0" w:line="240" w:lineRule="auto"/>
        <w:ind w:left="286" w:firstLine="434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9E109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Фонетика</w:t>
      </w:r>
      <w:r w:rsidRPr="009E1090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</w:t>
      </w:r>
      <w:r w:rsidRPr="009E1090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графика</w:t>
      </w:r>
    </w:p>
    <w:p w14:paraId="79EAC437" w14:textId="77777777" w:rsidR="001F78E4" w:rsidRPr="009E1090" w:rsidRDefault="001F78E4" w:rsidP="00D4698F">
      <w:pPr>
        <w:widowControl w:val="0"/>
        <w:autoSpaceDE w:val="0"/>
        <w:autoSpaceDN w:val="0"/>
        <w:spacing w:after="0" w:line="240" w:lineRule="auto"/>
        <w:ind w:left="106" w:firstLine="61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Характеристика,</w:t>
      </w:r>
      <w:r w:rsidRPr="009E1090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сравнение,</w:t>
      </w:r>
      <w:r w:rsidRPr="009E1090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классификация</w:t>
      </w:r>
      <w:r w:rsidRPr="009E1090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звуков</w:t>
      </w:r>
      <w:r w:rsidRPr="009E1090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вне</w:t>
      </w:r>
      <w:r w:rsidRPr="009E1090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слова</w:t>
      </w:r>
      <w:r w:rsidRPr="009E1090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9E1090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9E1090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слове</w:t>
      </w:r>
      <w:r w:rsidRPr="009E1090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9E1090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заданным</w:t>
      </w:r>
      <w:r w:rsidRPr="009E1090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параметрам.</w:t>
      </w:r>
      <w:r w:rsidRPr="009E1090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Звукобуквенный</w:t>
      </w:r>
      <w:r w:rsidRPr="009E109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разбор слова.</w:t>
      </w:r>
    </w:p>
    <w:p w14:paraId="3E766CA3" w14:textId="77777777" w:rsidR="001F78E4" w:rsidRPr="009E1090" w:rsidRDefault="001F78E4" w:rsidP="00D4698F">
      <w:pPr>
        <w:widowControl w:val="0"/>
        <w:autoSpaceDE w:val="0"/>
        <w:autoSpaceDN w:val="0"/>
        <w:spacing w:after="0" w:line="240" w:lineRule="auto"/>
        <w:ind w:left="286" w:firstLine="434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9E109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Орфоэпия</w:t>
      </w:r>
    </w:p>
    <w:p w14:paraId="60329064" w14:textId="77777777" w:rsidR="001F78E4" w:rsidRPr="009E1090" w:rsidRDefault="001F78E4" w:rsidP="00D4698F">
      <w:pPr>
        <w:widowControl w:val="0"/>
        <w:autoSpaceDE w:val="0"/>
        <w:autoSpaceDN w:val="0"/>
        <w:spacing w:after="0" w:line="240" w:lineRule="auto"/>
        <w:ind w:left="106" w:right="7" w:firstLine="61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Правильная интонация в процессе говорения и чтения. Нормы произношения звуков и сочетаний</w:t>
      </w:r>
      <w:r w:rsidRPr="009E1090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звуков; ударение в словах в соответствии с нормами современного русского литературного языка (на</w:t>
      </w:r>
      <w:r w:rsidRPr="009E1090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ограниченном перечне слов, отрабатываемом в учебнике). Использование орфоэпических словарей</w:t>
      </w:r>
      <w:r w:rsidRPr="009E1090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русского</w:t>
      </w:r>
      <w:r w:rsidRPr="009E109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языка при определении</w:t>
      </w:r>
      <w:r w:rsidRPr="009E109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правильного произношения</w:t>
      </w:r>
      <w:r w:rsidRPr="009E109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слов.</w:t>
      </w:r>
    </w:p>
    <w:p w14:paraId="0EDA2ABE" w14:textId="77777777" w:rsidR="001F78E4" w:rsidRPr="009E1090" w:rsidRDefault="001F78E4" w:rsidP="00D4698F">
      <w:pPr>
        <w:widowControl w:val="0"/>
        <w:autoSpaceDE w:val="0"/>
        <w:autoSpaceDN w:val="0"/>
        <w:spacing w:after="0" w:line="240" w:lineRule="auto"/>
        <w:ind w:left="286" w:firstLine="434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9E109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Лексика</w:t>
      </w:r>
    </w:p>
    <w:p w14:paraId="62A66967" w14:textId="4767E2D9" w:rsidR="001F78E4" w:rsidRPr="009E1090" w:rsidRDefault="001F78E4" w:rsidP="005D7497">
      <w:pPr>
        <w:widowControl w:val="0"/>
        <w:autoSpaceDE w:val="0"/>
        <w:autoSpaceDN w:val="0"/>
        <w:spacing w:after="0" w:line="240" w:lineRule="auto"/>
        <w:ind w:left="106" w:right="7" w:firstLine="61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Повторение и продолжение работы: наблюдение за использованием в речи синонимов, антонимов,</w:t>
      </w:r>
      <w:r w:rsidRPr="009E1090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устаревших слов (простые случаи). Наблюдение за использованием в речи фразеологизмов (простые</w:t>
      </w:r>
      <w:r w:rsidRPr="009E1090">
        <w:rPr>
          <w:rFonts w:ascii="Times New Roman" w:eastAsia="Times New Roman" w:hAnsi="Times New Roman" w:cs="Times New Roman"/>
          <w:spacing w:val="-58"/>
          <w:sz w:val="24"/>
          <w:szCs w:val="24"/>
          <w:lang w:val="ru-RU"/>
        </w:rPr>
        <w:t xml:space="preserve"> </w:t>
      </w:r>
      <w:r w:rsidR="005D7497">
        <w:rPr>
          <w:rFonts w:ascii="Times New Roman" w:eastAsia="Times New Roman" w:hAnsi="Times New Roman" w:cs="Times New Roman"/>
          <w:spacing w:val="-58"/>
          <w:sz w:val="24"/>
          <w:szCs w:val="24"/>
          <w:lang w:val="ru-RU"/>
        </w:rPr>
        <w:t xml:space="preserve">                 </w:t>
      </w:r>
      <w:r w:rsidR="005D74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случаи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).</w:t>
      </w:r>
    </w:p>
    <w:p w14:paraId="25267EF8" w14:textId="77777777" w:rsidR="001F78E4" w:rsidRPr="009E1090" w:rsidRDefault="001F78E4" w:rsidP="005D7497">
      <w:pPr>
        <w:widowControl w:val="0"/>
        <w:autoSpaceDE w:val="0"/>
        <w:autoSpaceDN w:val="0"/>
        <w:spacing w:after="0" w:line="240" w:lineRule="auto"/>
        <w:ind w:left="286" w:firstLine="434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9E109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Состав</w:t>
      </w:r>
      <w:r w:rsidRPr="009E1090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слова</w:t>
      </w:r>
      <w:r w:rsidRPr="009E1090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(морфемика)</w:t>
      </w:r>
    </w:p>
    <w:p w14:paraId="50E1AECF" w14:textId="77777777" w:rsidR="001F78E4" w:rsidRPr="009E1090" w:rsidRDefault="001F78E4" w:rsidP="005D7497">
      <w:pPr>
        <w:widowControl w:val="0"/>
        <w:autoSpaceDE w:val="0"/>
        <w:autoSpaceDN w:val="0"/>
        <w:spacing w:after="0" w:line="240" w:lineRule="auto"/>
        <w:ind w:left="106" w:right="148" w:firstLine="61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Состав изменяемых слов, выделение в словах с однозначно выделяемыми морфемами окончания,</w:t>
      </w:r>
      <w:r w:rsidRPr="009E1090">
        <w:rPr>
          <w:rFonts w:ascii="Times New Roman" w:eastAsia="Times New Roman" w:hAnsi="Times New Roman" w:cs="Times New Roman"/>
          <w:spacing w:val="-58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корня, приставки, суффикса (повторение изученного). Основа слова. Состав неизменяемых слов</w:t>
      </w:r>
      <w:r w:rsidRPr="009E1090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(ознакомление). Значение наиболее употребляемых суффиксов изученных частей речи</w:t>
      </w:r>
      <w:r w:rsidRPr="009E1090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(ознакомление).</w:t>
      </w:r>
    </w:p>
    <w:p w14:paraId="7CFC164F" w14:textId="77777777" w:rsidR="001F78E4" w:rsidRPr="009E1090" w:rsidRDefault="001F78E4" w:rsidP="005D7497">
      <w:pPr>
        <w:widowControl w:val="0"/>
        <w:autoSpaceDE w:val="0"/>
        <w:autoSpaceDN w:val="0"/>
        <w:spacing w:after="0" w:line="240" w:lineRule="auto"/>
        <w:ind w:left="286" w:firstLine="434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9E109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Морфология</w:t>
      </w:r>
    </w:p>
    <w:p w14:paraId="6DF0D01B" w14:textId="77777777" w:rsidR="001F78E4" w:rsidRPr="009E1090" w:rsidRDefault="001F78E4" w:rsidP="005D7497">
      <w:pPr>
        <w:widowControl w:val="0"/>
        <w:autoSpaceDE w:val="0"/>
        <w:autoSpaceDN w:val="0"/>
        <w:spacing w:after="0" w:line="240" w:lineRule="auto"/>
        <w:ind w:left="106" w:right="7" w:firstLine="61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Части</w:t>
      </w:r>
      <w:r w:rsidRPr="009E1090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речи</w:t>
      </w:r>
      <w:r w:rsidRPr="009E1090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самостоятельные</w:t>
      </w:r>
      <w:r w:rsidRPr="009E1090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9E1090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служебные.</w:t>
      </w:r>
      <w:r w:rsidRPr="009E1090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Имя существительное.</w:t>
      </w:r>
      <w:r w:rsidRPr="009E1090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Склонение</w:t>
      </w:r>
      <w:r w:rsidRPr="009E1090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имён</w:t>
      </w:r>
      <w:r w:rsidRPr="009E1090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существительных (кроме существительных на -мя, -ий, -ие, -ия; на -ья типа гостья, на ье типа</w:t>
      </w:r>
      <w:r w:rsidRPr="009E1090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ожерелье во множественном числе); собственных имён существительных на -ов, -ин, -ий; имена</w:t>
      </w:r>
      <w:r w:rsidRPr="009E1090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существительные 1, 2, 3-го склонения (повторение изученного). Не склоняемые имена</w:t>
      </w:r>
      <w:r w:rsidRPr="009E1090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существительные (ознакомление). Имя прилагательное. Зависимость формы имени прилагательного</w:t>
      </w:r>
      <w:r w:rsidRPr="009E1090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от формы имени существительного (повторение). Склонение имён прилагательных во множественном</w:t>
      </w:r>
      <w:r w:rsidRPr="009E1090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числе. Местоимение. Личные местоимения (повторение). Личные местоимения 1-го и 3-го лица</w:t>
      </w:r>
      <w:r w:rsidRPr="009E1090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единственного и множественного числа; склонение личных местоимений. Глагол.</w:t>
      </w:r>
      <w:r w:rsidRPr="009E1090">
        <w:rPr>
          <w:rFonts w:ascii="Times New Roman" w:eastAsia="Times New Roman" w:hAnsi="Times New Roman" w:cs="Times New Roman"/>
          <w:spacing w:val="60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Изменение</w:t>
      </w:r>
      <w:r w:rsidRPr="009E1090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глаголов по лицам и числам</w:t>
      </w:r>
      <w:r w:rsidRPr="009E1090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в настоящем и будущем времени (спряжение) І и ІІ спряжение глаголов.</w:t>
      </w:r>
      <w:r w:rsidRPr="009E1090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Способы определения I и II спряжения глаголов. Наречие (общее представление). Значение, вопросы,</w:t>
      </w:r>
      <w:r w:rsidRPr="009E1090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употребление в речи. Предлог. Отличие предлогов от приставок (повторение). Союз; союзы и, а, но в</w:t>
      </w:r>
      <w:r w:rsidRPr="009E1090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простых</w:t>
      </w:r>
      <w:r w:rsidRPr="009E109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и сложных</w:t>
      </w:r>
      <w:r w:rsidRPr="009E109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предложениях. Частица</w:t>
      </w:r>
      <w:r w:rsidRPr="009E109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не, её</w:t>
      </w:r>
      <w:r w:rsidRPr="009E109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значение (повторение).</w:t>
      </w:r>
    </w:p>
    <w:p w14:paraId="4A6C7BF1" w14:textId="77777777" w:rsidR="001F78E4" w:rsidRPr="009E1090" w:rsidRDefault="001F78E4" w:rsidP="005D7497">
      <w:pPr>
        <w:widowControl w:val="0"/>
        <w:autoSpaceDE w:val="0"/>
        <w:autoSpaceDN w:val="0"/>
        <w:spacing w:after="0" w:line="240" w:lineRule="auto"/>
        <w:ind w:left="286" w:firstLine="434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9E109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Синтаксис</w:t>
      </w:r>
    </w:p>
    <w:p w14:paraId="3EDBA830" w14:textId="77777777" w:rsidR="001F78E4" w:rsidRPr="009E1090" w:rsidRDefault="001F78E4" w:rsidP="005D7497">
      <w:pPr>
        <w:widowControl w:val="0"/>
        <w:autoSpaceDE w:val="0"/>
        <w:autoSpaceDN w:val="0"/>
        <w:spacing w:after="0" w:line="240" w:lineRule="auto"/>
        <w:ind w:left="106" w:right="7" w:firstLine="61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Слово, сочетание слов (словосочетание) и предложение, осознание их сходства и различий; виды</w:t>
      </w:r>
      <w:r w:rsidRPr="009E1090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предложений по цели высказывания (повествовательные, вопросительные и побудительные); виды</w:t>
      </w:r>
      <w:r w:rsidRPr="009E1090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предложений по эмоциональной окраске (восклицательные и невосклицательные); связь между</w:t>
      </w:r>
      <w:r w:rsidRPr="009E1090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словами в словосочетании и предложении (при помощи смысловых вопросов); распространённые и</w:t>
      </w:r>
      <w:r w:rsidRPr="009E1090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нераспространённые предложения (повторение изученного). Предложения с однородными членами:</w:t>
      </w:r>
      <w:r w:rsidRPr="009E1090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без союзов, с союзами а, но, с одиночным союзом и. Интонация перечисления в предложениях с</w:t>
      </w:r>
      <w:r w:rsidRPr="009E1090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однородными членами. Простое и сложное предложение (ознакомление). Сложные предложения:</w:t>
      </w:r>
      <w:r w:rsidRPr="009E1090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сложносочинённые</w:t>
      </w:r>
      <w:r w:rsidRPr="009E1090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9E1090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союзами</w:t>
      </w:r>
      <w:r w:rsidRPr="009E1090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и,</w:t>
      </w:r>
      <w:r w:rsidRPr="009E1090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а,</w:t>
      </w:r>
      <w:r w:rsidRPr="009E1090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но;</w:t>
      </w:r>
      <w:r w:rsidRPr="009E1090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бессоюзные</w:t>
      </w:r>
      <w:r w:rsidRPr="009E1090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сложные</w:t>
      </w:r>
      <w:r w:rsidRPr="009E1090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предложения</w:t>
      </w:r>
      <w:r w:rsidRPr="009E1090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(без</w:t>
      </w:r>
      <w:r w:rsidRPr="009E1090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называния</w:t>
      </w:r>
      <w:r w:rsidRPr="009E1090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терминов).</w:t>
      </w:r>
    </w:p>
    <w:p w14:paraId="0BD018E6" w14:textId="77777777" w:rsidR="001F78E4" w:rsidRPr="009E1090" w:rsidRDefault="001F78E4" w:rsidP="005D7497">
      <w:pPr>
        <w:widowControl w:val="0"/>
        <w:autoSpaceDE w:val="0"/>
        <w:autoSpaceDN w:val="0"/>
        <w:spacing w:after="0" w:line="240" w:lineRule="auto"/>
        <w:ind w:left="286" w:firstLine="434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9E109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Орфография</w:t>
      </w:r>
      <w:r w:rsidRPr="009E1090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</w:t>
      </w:r>
      <w:r w:rsidRPr="009E1090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пунктуация</w:t>
      </w:r>
    </w:p>
    <w:p w14:paraId="4957F2C4" w14:textId="77777777" w:rsidR="001F78E4" w:rsidRPr="009E1090" w:rsidRDefault="001F78E4" w:rsidP="005D7497">
      <w:pPr>
        <w:widowControl w:val="0"/>
        <w:autoSpaceDE w:val="0"/>
        <w:autoSpaceDN w:val="0"/>
        <w:spacing w:after="0" w:line="240" w:lineRule="auto"/>
        <w:ind w:left="106" w:firstLine="61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Повторение правил правописания, изученных в 1, 2, 3 классах. Орфографическая зоркость как</w:t>
      </w:r>
      <w:r w:rsidRPr="009E1090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осознание места возможного возникновения орфографической ошибки; различные способы решения</w:t>
      </w:r>
      <w:r w:rsidRPr="009E1090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орфографической задачи в зависимости от места орфограммы в слове; контроль при проверке</w:t>
      </w:r>
      <w:r w:rsidRPr="009E1090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собственных и предложенных текстов (повторение и применение на новом орфографическом</w:t>
      </w:r>
      <w:r w:rsidRPr="009E1090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материале).</w:t>
      </w:r>
      <w:r w:rsidRPr="009E1090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Использование</w:t>
      </w:r>
      <w:r w:rsidRPr="009E1090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орфографического</w:t>
      </w:r>
      <w:r w:rsidRPr="009E1090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словаря</w:t>
      </w:r>
      <w:r w:rsidRPr="009E1090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для</w:t>
      </w:r>
      <w:r w:rsidRPr="009E1090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определения</w:t>
      </w:r>
      <w:r w:rsidRPr="009E1090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(уточнения)</w:t>
      </w:r>
      <w:r w:rsidRPr="009E1090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написания</w:t>
      </w:r>
      <w:r w:rsidRPr="009E1090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слова.</w:t>
      </w:r>
    </w:p>
    <w:p w14:paraId="4E09206B" w14:textId="77777777" w:rsidR="001F78E4" w:rsidRPr="009E1090" w:rsidRDefault="001F78E4" w:rsidP="009E109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  <w:sectPr w:rsidR="001F78E4" w:rsidRPr="009E1090">
          <w:pgSz w:w="11900" w:h="16840"/>
          <w:pgMar w:top="520" w:right="560" w:bottom="280" w:left="560" w:header="720" w:footer="720" w:gutter="0"/>
          <w:cols w:space="720"/>
        </w:sectPr>
      </w:pPr>
    </w:p>
    <w:p w14:paraId="4F2D9332" w14:textId="77777777" w:rsidR="001F78E4" w:rsidRPr="009E1090" w:rsidRDefault="001F78E4" w:rsidP="005D7497">
      <w:pPr>
        <w:widowControl w:val="0"/>
        <w:autoSpaceDE w:val="0"/>
        <w:autoSpaceDN w:val="0"/>
        <w:spacing w:after="0" w:line="240" w:lineRule="auto"/>
        <w:ind w:left="286" w:firstLine="43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Правила</w:t>
      </w:r>
      <w:r w:rsidRPr="009E1090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правописания</w:t>
      </w:r>
      <w:r w:rsidRPr="009E1090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9E1090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их</w:t>
      </w:r>
      <w:r w:rsidRPr="009E1090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применение:</w:t>
      </w:r>
    </w:p>
    <w:p w14:paraId="2274B557" w14:textId="77777777" w:rsidR="001F78E4" w:rsidRPr="009E1090" w:rsidRDefault="001F78E4" w:rsidP="005D7497">
      <w:pPr>
        <w:widowControl w:val="0"/>
        <w:numPr>
          <w:ilvl w:val="0"/>
          <w:numId w:val="22"/>
        </w:numPr>
        <w:tabs>
          <w:tab w:val="left" w:pos="887"/>
        </w:tabs>
        <w:autoSpaceDE w:val="0"/>
        <w:autoSpaceDN w:val="0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9E1090">
        <w:rPr>
          <w:rFonts w:ascii="Times New Roman" w:eastAsia="Times New Roman" w:hAnsi="Times New Roman" w:cs="Times New Roman"/>
          <w:sz w:val="24"/>
          <w:lang w:val="ru-RU"/>
        </w:rPr>
        <w:t>безударные падежные окончания имён существительных (кроме существительных на -мя, -</w:t>
      </w:r>
      <w:r w:rsidRPr="009E1090">
        <w:rPr>
          <w:rFonts w:ascii="Times New Roman" w:eastAsia="Times New Roman" w:hAnsi="Times New Roman" w:cs="Times New Roman"/>
          <w:spacing w:val="-58"/>
          <w:sz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lang w:val="ru-RU"/>
        </w:rPr>
        <w:t>ий,</w:t>
      </w:r>
      <w:r w:rsidRPr="009E1090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lang w:val="ru-RU"/>
        </w:rPr>
        <w:t>-ие,</w:t>
      </w:r>
      <w:r w:rsidRPr="009E1090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lang w:val="ru-RU"/>
        </w:rPr>
        <w:t>-ия,</w:t>
      </w:r>
      <w:r w:rsidRPr="009E1090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lang w:val="ru-RU"/>
        </w:rPr>
        <w:t>а</w:t>
      </w:r>
      <w:r w:rsidRPr="009E1090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lang w:val="ru-RU"/>
        </w:rPr>
        <w:t>также</w:t>
      </w:r>
      <w:r w:rsidRPr="009E1090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lang w:val="ru-RU"/>
        </w:rPr>
        <w:t>кроме собственных</w:t>
      </w:r>
      <w:r w:rsidRPr="009E1090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lang w:val="ru-RU"/>
        </w:rPr>
        <w:t>имён</w:t>
      </w:r>
      <w:r w:rsidRPr="009E1090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lang w:val="ru-RU"/>
        </w:rPr>
        <w:t>существительных</w:t>
      </w:r>
      <w:r w:rsidRPr="009E1090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lang w:val="ru-RU"/>
        </w:rPr>
        <w:t>на</w:t>
      </w:r>
      <w:r w:rsidRPr="009E1090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lang w:val="ru-RU"/>
        </w:rPr>
        <w:t>-ов,</w:t>
      </w:r>
      <w:r w:rsidRPr="009E1090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lang w:val="ru-RU"/>
        </w:rPr>
        <w:t>-ин, -ий);</w:t>
      </w:r>
    </w:p>
    <w:p w14:paraId="725D8BB7" w14:textId="77777777" w:rsidR="001F78E4" w:rsidRPr="009E1090" w:rsidRDefault="001F78E4" w:rsidP="005D7497">
      <w:pPr>
        <w:widowControl w:val="0"/>
        <w:numPr>
          <w:ilvl w:val="0"/>
          <w:numId w:val="22"/>
        </w:numPr>
        <w:tabs>
          <w:tab w:val="left" w:pos="887"/>
        </w:tabs>
        <w:autoSpaceDE w:val="0"/>
        <w:autoSpaceDN w:val="0"/>
        <w:spacing w:after="0" w:line="240" w:lineRule="auto"/>
        <w:ind w:left="886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9E1090">
        <w:rPr>
          <w:rFonts w:ascii="Times New Roman" w:eastAsia="Times New Roman" w:hAnsi="Times New Roman" w:cs="Times New Roman"/>
          <w:sz w:val="24"/>
          <w:lang w:val="ru-RU"/>
        </w:rPr>
        <w:t>безударные</w:t>
      </w:r>
      <w:r w:rsidRPr="009E1090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lang w:val="ru-RU"/>
        </w:rPr>
        <w:t>падежные</w:t>
      </w:r>
      <w:r w:rsidRPr="009E1090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lang w:val="ru-RU"/>
        </w:rPr>
        <w:t>окончания</w:t>
      </w:r>
      <w:r w:rsidRPr="009E1090">
        <w:rPr>
          <w:rFonts w:ascii="Times New Roman" w:eastAsia="Times New Roman" w:hAnsi="Times New Roman" w:cs="Times New Roman"/>
          <w:spacing w:val="-5"/>
          <w:sz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lang w:val="ru-RU"/>
        </w:rPr>
        <w:t>имён</w:t>
      </w:r>
      <w:r w:rsidRPr="009E1090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lang w:val="ru-RU"/>
        </w:rPr>
        <w:t>прилагательных;</w:t>
      </w:r>
    </w:p>
    <w:p w14:paraId="09C5E5C4" w14:textId="77777777" w:rsidR="001F78E4" w:rsidRPr="009E1090" w:rsidRDefault="001F78E4" w:rsidP="005D7497">
      <w:pPr>
        <w:widowControl w:val="0"/>
        <w:numPr>
          <w:ilvl w:val="0"/>
          <w:numId w:val="22"/>
        </w:numPr>
        <w:tabs>
          <w:tab w:val="left" w:pos="887"/>
        </w:tabs>
        <w:autoSpaceDE w:val="0"/>
        <w:autoSpaceDN w:val="0"/>
        <w:spacing w:after="0" w:line="240" w:lineRule="auto"/>
        <w:ind w:left="886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9E1090">
        <w:rPr>
          <w:rFonts w:ascii="Times New Roman" w:eastAsia="Times New Roman" w:hAnsi="Times New Roman" w:cs="Times New Roman"/>
          <w:sz w:val="24"/>
          <w:lang w:val="ru-RU"/>
        </w:rPr>
        <w:t>мягкий</w:t>
      </w:r>
      <w:r w:rsidRPr="009E1090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lang w:val="ru-RU"/>
        </w:rPr>
        <w:t>знак</w:t>
      </w:r>
      <w:r w:rsidRPr="009E1090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lang w:val="ru-RU"/>
        </w:rPr>
        <w:t>после</w:t>
      </w:r>
      <w:r w:rsidRPr="009E1090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lang w:val="ru-RU"/>
        </w:rPr>
        <w:t>шипящих</w:t>
      </w:r>
      <w:r w:rsidRPr="009E1090">
        <w:rPr>
          <w:rFonts w:ascii="Times New Roman" w:eastAsia="Times New Roman" w:hAnsi="Times New Roman" w:cs="Times New Roman"/>
          <w:spacing w:val="57"/>
          <w:sz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lang w:val="ru-RU"/>
        </w:rPr>
        <w:t>на</w:t>
      </w:r>
      <w:r w:rsidRPr="009E1090">
        <w:rPr>
          <w:rFonts w:ascii="Times New Roman" w:eastAsia="Times New Roman" w:hAnsi="Times New Roman" w:cs="Times New Roman"/>
          <w:spacing w:val="58"/>
          <w:sz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lang w:val="ru-RU"/>
        </w:rPr>
        <w:t>конце</w:t>
      </w:r>
      <w:r w:rsidRPr="009E1090">
        <w:rPr>
          <w:rFonts w:ascii="Times New Roman" w:eastAsia="Times New Roman" w:hAnsi="Times New Roman" w:cs="Times New Roman"/>
          <w:spacing w:val="57"/>
          <w:sz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lang w:val="ru-RU"/>
        </w:rPr>
        <w:t>глаголов</w:t>
      </w:r>
      <w:r w:rsidRPr="009E1090">
        <w:rPr>
          <w:rFonts w:ascii="Times New Roman" w:eastAsia="Times New Roman" w:hAnsi="Times New Roman" w:cs="Times New Roman"/>
          <w:spacing w:val="56"/>
          <w:sz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lang w:val="ru-RU"/>
        </w:rPr>
        <w:t>в</w:t>
      </w:r>
      <w:r w:rsidRPr="009E1090">
        <w:rPr>
          <w:rFonts w:ascii="Times New Roman" w:eastAsia="Times New Roman" w:hAnsi="Times New Roman" w:cs="Times New Roman"/>
          <w:spacing w:val="56"/>
          <w:sz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lang w:val="ru-RU"/>
        </w:rPr>
        <w:t>форме</w:t>
      </w:r>
      <w:r w:rsidRPr="009E1090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lang w:val="ru-RU"/>
        </w:rPr>
        <w:t>2-го</w:t>
      </w:r>
      <w:r w:rsidRPr="009E1090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lang w:val="ru-RU"/>
        </w:rPr>
        <w:t>лица</w:t>
      </w:r>
      <w:r w:rsidRPr="009E1090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lang w:val="ru-RU"/>
        </w:rPr>
        <w:t>единственного</w:t>
      </w:r>
      <w:r w:rsidRPr="009E1090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lang w:val="ru-RU"/>
        </w:rPr>
        <w:t>числа;</w:t>
      </w:r>
    </w:p>
    <w:p w14:paraId="080C5477" w14:textId="77777777" w:rsidR="001F78E4" w:rsidRPr="009E1090" w:rsidRDefault="001F78E4" w:rsidP="005D7497">
      <w:pPr>
        <w:widowControl w:val="0"/>
        <w:numPr>
          <w:ilvl w:val="0"/>
          <w:numId w:val="22"/>
        </w:numPr>
        <w:tabs>
          <w:tab w:val="left" w:pos="887"/>
        </w:tabs>
        <w:autoSpaceDE w:val="0"/>
        <w:autoSpaceDN w:val="0"/>
        <w:spacing w:after="0" w:line="240" w:lineRule="auto"/>
        <w:ind w:left="886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9E1090">
        <w:rPr>
          <w:rFonts w:ascii="Times New Roman" w:eastAsia="Times New Roman" w:hAnsi="Times New Roman" w:cs="Times New Roman"/>
          <w:sz w:val="24"/>
          <w:lang w:val="ru-RU"/>
        </w:rPr>
        <w:t>наличие</w:t>
      </w:r>
      <w:r w:rsidRPr="009E1090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lang w:val="ru-RU"/>
        </w:rPr>
        <w:t>или</w:t>
      </w:r>
      <w:r w:rsidRPr="009E1090">
        <w:rPr>
          <w:rFonts w:ascii="Times New Roman" w:eastAsia="Times New Roman" w:hAnsi="Times New Roman" w:cs="Times New Roman"/>
          <w:spacing w:val="57"/>
          <w:sz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lang w:val="ru-RU"/>
        </w:rPr>
        <w:t>отсутствие</w:t>
      </w:r>
      <w:r w:rsidRPr="009E1090">
        <w:rPr>
          <w:rFonts w:ascii="Times New Roman" w:eastAsia="Times New Roman" w:hAnsi="Times New Roman" w:cs="Times New Roman"/>
          <w:spacing w:val="57"/>
          <w:sz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lang w:val="ru-RU"/>
        </w:rPr>
        <w:t>мягкого</w:t>
      </w:r>
      <w:r w:rsidRPr="009E1090">
        <w:rPr>
          <w:rFonts w:ascii="Times New Roman" w:eastAsia="Times New Roman" w:hAnsi="Times New Roman" w:cs="Times New Roman"/>
          <w:spacing w:val="57"/>
          <w:sz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lang w:val="ru-RU"/>
        </w:rPr>
        <w:t>знака</w:t>
      </w:r>
      <w:r w:rsidRPr="009E1090">
        <w:rPr>
          <w:rFonts w:ascii="Times New Roman" w:eastAsia="Times New Roman" w:hAnsi="Times New Roman" w:cs="Times New Roman"/>
          <w:spacing w:val="56"/>
          <w:sz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lang w:val="ru-RU"/>
        </w:rPr>
        <w:t>в</w:t>
      </w:r>
      <w:r w:rsidRPr="009E1090">
        <w:rPr>
          <w:rFonts w:ascii="Times New Roman" w:eastAsia="Times New Roman" w:hAnsi="Times New Roman" w:cs="Times New Roman"/>
          <w:spacing w:val="56"/>
          <w:sz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lang w:val="ru-RU"/>
        </w:rPr>
        <w:t>глаголах</w:t>
      </w:r>
      <w:r w:rsidRPr="009E1090">
        <w:rPr>
          <w:rFonts w:ascii="Times New Roman" w:eastAsia="Times New Roman" w:hAnsi="Times New Roman" w:cs="Times New Roman"/>
          <w:spacing w:val="57"/>
          <w:sz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lang w:val="ru-RU"/>
        </w:rPr>
        <w:t>на</w:t>
      </w:r>
      <w:r w:rsidRPr="009E1090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lang w:val="ru-RU"/>
        </w:rPr>
        <w:t>-ться</w:t>
      </w:r>
      <w:r w:rsidRPr="009E1090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lang w:val="ru-RU"/>
        </w:rPr>
        <w:t>и</w:t>
      </w:r>
      <w:r w:rsidRPr="009E1090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lang w:val="ru-RU"/>
        </w:rPr>
        <w:t>-тся;</w:t>
      </w:r>
    </w:p>
    <w:p w14:paraId="5C111EEA" w14:textId="77777777" w:rsidR="001F78E4" w:rsidRPr="009E1090" w:rsidRDefault="001F78E4" w:rsidP="005D7497">
      <w:pPr>
        <w:widowControl w:val="0"/>
        <w:numPr>
          <w:ilvl w:val="0"/>
          <w:numId w:val="22"/>
        </w:numPr>
        <w:tabs>
          <w:tab w:val="left" w:pos="887"/>
        </w:tabs>
        <w:autoSpaceDE w:val="0"/>
        <w:autoSpaceDN w:val="0"/>
        <w:spacing w:after="0" w:line="240" w:lineRule="auto"/>
        <w:ind w:left="886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9E1090">
        <w:rPr>
          <w:rFonts w:ascii="Times New Roman" w:eastAsia="Times New Roman" w:hAnsi="Times New Roman" w:cs="Times New Roman"/>
          <w:sz w:val="24"/>
          <w:lang w:val="ru-RU"/>
        </w:rPr>
        <w:t>безударные</w:t>
      </w:r>
      <w:r w:rsidRPr="009E1090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lang w:val="ru-RU"/>
        </w:rPr>
        <w:t>личные</w:t>
      </w:r>
      <w:r w:rsidRPr="009E1090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lang w:val="ru-RU"/>
        </w:rPr>
        <w:t>окончания</w:t>
      </w:r>
      <w:r w:rsidRPr="009E1090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lang w:val="ru-RU"/>
        </w:rPr>
        <w:t>глаголов;</w:t>
      </w:r>
    </w:p>
    <w:p w14:paraId="17DBCE01" w14:textId="42822E02" w:rsidR="001F78E4" w:rsidRPr="009E1090" w:rsidRDefault="001F78E4" w:rsidP="005D7497">
      <w:pPr>
        <w:widowControl w:val="0"/>
        <w:numPr>
          <w:ilvl w:val="0"/>
          <w:numId w:val="22"/>
        </w:numPr>
        <w:tabs>
          <w:tab w:val="left" w:pos="887"/>
        </w:tabs>
        <w:autoSpaceDE w:val="0"/>
        <w:autoSpaceDN w:val="0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9E1090">
        <w:rPr>
          <w:rFonts w:ascii="Times New Roman" w:eastAsia="Times New Roman" w:hAnsi="Times New Roman" w:cs="Times New Roman"/>
          <w:sz w:val="24"/>
          <w:lang w:val="ru-RU"/>
        </w:rPr>
        <w:t>знаки препинания в предложениях с однородными членами, соединёнными союзами и, а, но и</w:t>
      </w:r>
      <w:r w:rsidRPr="009E1090">
        <w:rPr>
          <w:rFonts w:ascii="Times New Roman" w:eastAsia="Times New Roman" w:hAnsi="Times New Roman" w:cs="Times New Roman"/>
          <w:spacing w:val="-57"/>
          <w:sz w:val="24"/>
          <w:lang w:val="ru-RU"/>
        </w:rPr>
        <w:t xml:space="preserve"> </w:t>
      </w:r>
      <w:r w:rsidR="005D7497">
        <w:rPr>
          <w:rFonts w:ascii="Times New Roman" w:eastAsia="Times New Roman" w:hAnsi="Times New Roman" w:cs="Times New Roman"/>
          <w:spacing w:val="-57"/>
          <w:sz w:val="24"/>
          <w:lang w:val="ru-RU"/>
        </w:rPr>
        <w:t xml:space="preserve">    </w:t>
      </w:r>
      <w:r w:rsidR="005D7497">
        <w:rPr>
          <w:rFonts w:ascii="Times New Roman" w:eastAsia="Times New Roman" w:hAnsi="Times New Roman" w:cs="Times New Roman"/>
          <w:sz w:val="24"/>
          <w:lang w:val="ru-RU"/>
        </w:rPr>
        <w:t xml:space="preserve"> без</w:t>
      </w:r>
      <w:r w:rsidRPr="009E1090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lang w:val="ru-RU"/>
        </w:rPr>
        <w:t>союзов.</w:t>
      </w:r>
    </w:p>
    <w:p w14:paraId="667AAB6B" w14:textId="77777777" w:rsidR="001F78E4" w:rsidRPr="009E1090" w:rsidRDefault="001F78E4" w:rsidP="005D7497">
      <w:pPr>
        <w:widowControl w:val="0"/>
        <w:autoSpaceDE w:val="0"/>
        <w:autoSpaceDN w:val="0"/>
        <w:spacing w:after="0" w:line="240" w:lineRule="auto"/>
        <w:ind w:left="106" w:right="28" w:firstLine="61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Знаки препинания в сложном предложении, состоящем из двух простых (наблюдение). Знаки</w:t>
      </w:r>
      <w:r w:rsidRPr="009E1090">
        <w:rPr>
          <w:rFonts w:ascii="Times New Roman" w:eastAsia="Times New Roman" w:hAnsi="Times New Roman" w:cs="Times New Roman"/>
          <w:spacing w:val="-58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препинания</w:t>
      </w:r>
      <w:r w:rsidRPr="009E1090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9E1090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предложении с</w:t>
      </w:r>
      <w:r w:rsidRPr="009E109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прямой</w:t>
      </w:r>
      <w:r w:rsidRPr="009E109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речью</w:t>
      </w:r>
      <w:r w:rsidRPr="009E109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после</w:t>
      </w:r>
      <w:r w:rsidRPr="009E109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слов</w:t>
      </w:r>
      <w:r w:rsidRPr="009E1090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автора (наблюдение).</w:t>
      </w:r>
    </w:p>
    <w:p w14:paraId="0B0F0469" w14:textId="1FCD4100" w:rsidR="001F78E4" w:rsidRPr="009E1090" w:rsidRDefault="005D7497" w:rsidP="005D7497">
      <w:pPr>
        <w:widowControl w:val="0"/>
        <w:tabs>
          <w:tab w:val="left" w:pos="709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ab/>
      </w:r>
      <w:r w:rsidR="001F78E4" w:rsidRPr="009E109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Развитие</w:t>
      </w:r>
      <w:r w:rsidR="001F78E4" w:rsidRPr="009E1090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 xml:space="preserve"> </w:t>
      </w:r>
      <w:r w:rsidR="001F78E4" w:rsidRPr="009E109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речи</w:t>
      </w:r>
    </w:p>
    <w:p w14:paraId="5A28F022" w14:textId="77777777" w:rsidR="001F78E4" w:rsidRPr="009E1090" w:rsidRDefault="001F78E4" w:rsidP="005D7497">
      <w:pPr>
        <w:widowControl w:val="0"/>
        <w:autoSpaceDE w:val="0"/>
        <w:autoSpaceDN w:val="0"/>
        <w:spacing w:after="0" w:line="240" w:lineRule="auto"/>
        <w:ind w:left="106" w:right="28" w:firstLine="61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Повторение и продолжение работы, начатой в предыдущих классах: ситуации устного и</w:t>
      </w:r>
      <w:r w:rsidRPr="009E1090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письменного общения (письмо, поздравительная открытка, объявление и др.); диалог; монолог;</w:t>
      </w:r>
      <w:r w:rsidRPr="009E1090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отражение темы текста или основной мысли в заголовке. Корректирование текстов (заданных и</w:t>
      </w:r>
      <w:r w:rsidRPr="009E1090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собственных) с учётом точности, правильности, богатства и выразительности письменной речи.</w:t>
      </w:r>
      <w:r w:rsidRPr="009E1090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Изложение</w:t>
      </w:r>
      <w:r w:rsidRPr="009E1090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(подробный</w:t>
      </w:r>
      <w:r w:rsidRPr="009E1090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устный</w:t>
      </w:r>
      <w:r w:rsidRPr="009E1090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9E1090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письменный</w:t>
      </w:r>
      <w:r w:rsidRPr="009E1090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пересказ</w:t>
      </w:r>
      <w:r w:rsidRPr="009E1090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текста;</w:t>
      </w:r>
      <w:r w:rsidRPr="009E1090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выборочный</w:t>
      </w:r>
      <w:r w:rsidRPr="009E1090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устный</w:t>
      </w:r>
      <w:r w:rsidRPr="009E1090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пересказ</w:t>
      </w:r>
      <w:r w:rsidRPr="009E1090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текста).</w:t>
      </w:r>
    </w:p>
    <w:p w14:paraId="6F9126D5" w14:textId="77777777" w:rsidR="001F78E4" w:rsidRPr="009E1090" w:rsidRDefault="001F78E4" w:rsidP="005D7497">
      <w:pPr>
        <w:widowControl w:val="0"/>
        <w:autoSpaceDE w:val="0"/>
        <w:autoSpaceDN w:val="0"/>
        <w:spacing w:after="0" w:line="240" w:lineRule="auto"/>
        <w:ind w:left="106" w:right="28" w:firstLine="61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Сочинение как вид письменной работы. Изучающее, ознакомительное чтение. Поиск информации,</w:t>
      </w:r>
      <w:r w:rsidRPr="009E1090">
        <w:rPr>
          <w:rFonts w:ascii="Times New Roman" w:eastAsia="Times New Roman" w:hAnsi="Times New Roman" w:cs="Times New Roman"/>
          <w:spacing w:val="-58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заданной в тексте в явном виде. Формулирование простых выводов на основе информации,</w:t>
      </w:r>
      <w:r w:rsidRPr="009E1090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содержащейся</w:t>
      </w:r>
      <w:r w:rsidRPr="009E1090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9E1090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тексте.</w:t>
      </w:r>
      <w:r w:rsidRPr="009E1090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Интерпретация</w:t>
      </w:r>
      <w:r w:rsidRPr="009E1090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9E109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обобщение</w:t>
      </w:r>
      <w:r w:rsidRPr="009E1090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содержащейся</w:t>
      </w:r>
      <w:r w:rsidRPr="009E1090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9E1090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тексте</w:t>
      </w:r>
      <w:r w:rsidRPr="009E109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E1090">
        <w:rPr>
          <w:rFonts w:ascii="Times New Roman" w:eastAsia="Times New Roman" w:hAnsi="Times New Roman" w:cs="Times New Roman"/>
          <w:sz w:val="24"/>
          <w:szCs w:val="24"/>
          <w:lang w:val="ru-RU"/>
        </w:rPr>
        <w:t>информации.</w:t>
      </w:r>
    </w:p>
    <w:p w14:paraId="740673D9" w14:textId="77777777" w:rsidR="001F78E4" w:rsidRPr="001F78E4" w:rsidRDefault="001F78E4" w:rsidP="00482F2A">
      <w:pPr>
        <w:pStyle w:val="a9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15EE52A7" w14:textId="77777777" w:rsidR="00921941" w:rsidRPr="00482F2A" w:rsidRDefault="00921941" w:rsidP="00482F2A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2E594DA" w14:textId="5D89D828" w:rsidR="00921941" w:rsidRPr="00482F2A" w:rsidRDefault="00EB1D13" w:rsidP="00482F2A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</w:rPr>
        <w:t>III</w:t>
      </w:r>
      <w:r w:rsidRPr="001F78E4">
        <w:rPr>
          <w:rFonts w:ascii="Times New Roman" w:hAnsi="Times New Roman" w:cs="Times New Roman"/>
          <w:b/>
          <w:sz w:val="24"/>
          <w:szCs w:val="24"/>
          <w:lang w:val="ru-RU"/>
        </w:rPr>
        <w:t xml:space="preserve">. </w:t>
      </w:r>
      <w:r w:rsidR="00AA22DB" w:rsidRPr="00482F2A">
        <w:rPr>
          <w:rFonts w:ascii="Times New Roman" w:hAnsi="Times New Roman" w:cs="Times New Roman"/>
          <w:b/>
          <w:sz w:val="24"/>
          <w:szCs w:val="24"/>
          <w:lang w:val="ru-RU"/>
        </w:rPr>
        <w:t>ПЛАНИРУЕМЫЕ ОБРАЗОВАТЕЛЬНЫЕ РЕЗУЛЬТАТЫ</w:t>
      </w:r>
    </w:p>
    <w:p w14:paraId="6C8C5445" w14:textId="08418F80" w:rsidR="00921941" w:rsidRPr="00482F2A" w:rsidRDefault="00AA22DB" w:rsidP="00482F2A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2F2A">
        <w:rPr>
          <w:rFonts w:ascii="Times New Roman" w:hAnsi="Times New Roman" w:cs="Times New Roman"/>
          <w:sz w:val="24"/>
          <w:szCs w:val="24"/>
          <w:lang w:val="ru-RU"/>
        </w:rPr>
        <w:tab/>
        <w:t xml:space="preserve">Изучение русского языка </w:t>
      </w:r>
      <w:r w:rsidR="005D7497">
        <w:rPr>
          <w:rFonts w:ascii="Times New Roman" w:hAnsi="Times New Roman" w:cs="Times New Roman"/>
          <w:sz w:val="24"/>
          <w:szCs w:val="24"/>
          <w:lang w:val="ru-RU"/>
        </w:rPr>
        <w:t>на уровне начального общего образования</w:t>
      </w:r>
      <w:r w:rsidRPr="00482F2A">
        <w:rPr>
          <w:rFonts w:ascii="Times New Roman" w:hAnsi="Times New Roman" w:cs="Times New Roman"/>
          <w:sz w:val="24"/>
          <w:szCs w:val="24"/>
          <w:lang w:val="ru-RU"/>
        </w:rPr>
        <w:t xml:space="preserve"> направлено на достижение обучающимися личностных, метапредметных и предметных результатов освоения учебного предмета.</w:t>
      </w:r>
    </w:p>
    <w:p w14:paraId="5E89DC9E" w14:textId="77777777" w:rsidR="00921941" w:rsidRPr="00482F2A" w:rsidRDefault="00AA22DB" w:rsidP="00482F2A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2F2A">
        <w:rPr>
          <w:rFonts w:ascii="Times New Roman" w:hAnsi="Times New Roman" w:cs="Times New Roman"/>
          <w:b/>
          <w:sz w:val="24"/>
          <w:szCs w:val="24"/>
          <w:lang w:val="ru-RU"/>
        </w:rPr>
        <w:t>ЛИЧНОСТНЫЕ РЕЗУЛЬТАТЫ</w:t>
      </w:r>
    </w:p>
    <w:p w14:paraId="17E5EFD9" w14:textId="77777777" w:rsidR="00482F2A" w:rsidRDefault="00AA22DB" w:rsidP="00482F2A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2F2A">
        <w:rPr>
          <w:rFonts w:ascii="Times New Roman" w:hAnsi="Times New Roman" w:cs="Times New Roman"/>
          <w:sz w:val="24"/>
          <w:szCs w:val="24"/>
          <w:lang w:val="ru-RU"/>
        </w:rPr>
        <w:tab/>
        <w:t xml:space="preserve">В результате изучения предмета «Русский язык» в начальной школе у обучающегося будут сформированы следующие личностные новообразования </w:t>
      </w:r>
    </w:p>
    <w:p w14:paraId="0DE62F6C" w14:textId="77777777" w:rsidR="00482F2A" w:rsidRDefault="00AA22DB" w:rsidP="00482F2A">
      <w:pPr>
        <w:pStyle w:val="a9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2F2A">
        <w:rPr>
          <w:rFonts w:ascii="Times New Roman" w:hAnsi="Times New Roman" w:cs="Times New Roman"/>
          <w:b/>
          <w:sz w:val="24"/>
          <w:szCs w:val="24"/>
          <w:lang w:val="ru-RU"/>
        </w:rPr>
        <w:t>гражданско-патриотического воспитания:</w:t>
      </w:r>
    </w:p>
    <w:p w14:paraId="2EABA0A7" w14:textId="77777777" w:rsidR="00482F2A" w:rsidRDefault="00AA22DB" w:rsidP="00482F2A">
      <w:pPr>
        <w:pStyle w:val="a9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2F2A">
        <w:rPr>
          <w:rFonts w:ascii="Times New Roman" w:hAnsi="Times New Roman" w:cs="Times New Roman"/>
          <w:sz w:val="24"/>
          <w:szCs w:val="24"/>
          <w:lang w:val="ru-RU"/>
        </w:rPr>
        <w:t>—    становление ценностного отношения к своей Родине — России, в том числе через изучение русского языка, отражающего историю и культуру страны;</w:t>
      </w:r>
      <w:r w:rsidRPr="00482F2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82F2A">
        <w:rPr>
          <w:rFonts w:ascii="Times New Roman" w:hAnsi="Times New Roman" w:cs="Times New Roman"/>
          <w:sz w:val="24"/>
          <w:szCs w:val="24"/>
          <w:lang w:val="ru-RU"/>
        </w:rPr>
        <w:tab/>
        <w:t>—    осознание своей этнокультурной и российской граждан​ской идентичности, понимание роли русского языка как государственного языка Российской Федерации и языка межнацио​нального общения народов России;</w:t>
      </w:r>
    </w:p>
    <w:p w14:paraId="716C812E" w14:textId="77777777" w:rsidR="00482F2A" w:rsidRDefault="00AA22DB" w:rsidP="00482F2A">
      <w:pPr>
        <w:pStyle w:val="a9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2F2A">
        <w:rPr>
          <w:rFonts w:ascii="Times New Roman" w:hAnsi="Times New Roman" w:cs="Times New Roman"/>
          <w:sz w:val="24"/>
          <w:szCs w:val="24"/>
          <w:lang w:val="ru-RU"/>
        </w:rPr>
        <w:t>—    сопричастность к прошлому, настоящему и будущему сво​ей страны и родного края, в том числе через обсуждение ситуаций при работе с художественными произведениями;</w:t>
      </w:r>
      <w:r w:rsidRPr="00482F2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82F2A">
        <w:rPr>
          <w:rFonts w:ascii="Times New Roman" w:hAnsi="Times New Roman" w:cs="Times New Roman"/>
          <w:sz w:val="24"/>
          <w:szCs w:val="24"/>
          <w:lang w:val="ru-RU"/>
        </w:rPr>
        <w:tab/>
        <w:t>—    уважение к своему и другим народам, формируемое в том числе на основе примеров из художественных произведений;</w:t>
      </w:r>
    </w:p>
    <w:p w14:paraId="3FA3204F" w14:textId="77777777" w:rsidR="00482F2A" w:rsidRDefault="00AA22DB" w:rsidP="00482F2A">
      <w:pPr>
        <w:pStyle w:val="a9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2F2A">
        <w:rPr>
          <w:rFonts w:ascii="Times New Roman" w:hAnsi="Times New Roman" w:cs="Times New Roman"/>
          <w:sz w:val="24"/>
          <w:szCs w:val="24"/>
          <w:lang w:val="ru-RU"/>
        </w:rPr>
        <w:t>—    первоначальные представления о человеке как члене об​щества, о правах и ответственности, уважении и достоинстве человека, о нравственно​этических нормах поведения и прави​лах</w:t>
      </w:r>
      <w:r w:rsidR="00482F2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82F2A">
        <w:rPr>
          <w:rFonts w:ascii="Times New Roman" w:hAnsi="Times New Roman" w:cs="Times New Roman"/>
          <w:sz w:val="24"/>
          <w:szCs w:val="24"/>
          <w:lang w:val="ru-RU"/>
        </w:rPr>
        <w:t xml:space="preserve">межличностных отношений, в том числе отражённых в художественных произведениях; </w:t>
      </w:r>
      <w:r w:rsidRPr="00482F2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82F2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482F2A">
        <w:rPr>
          <w:rFonts w:ascii="Times New Roman" w:hAnsi="Times New Roman" w:cs="Times New Roman"/>
          <w:b/>
          <w:sz w:val="24"/>
          <w:szCs w:val="24"/>
          <w:lang w:val="ru-RU"/>
        </w:rPr>
        <w:t>духовно-нравственного воспитания:</w:t>
      </w:r>
    </w:p>
    <w:p w14:paraId="5ADB9FF4" w14:textId="77777777" w:rsidR="00482F2A" w:rsidRDefault="00AA22DB" w:rsidP="00482F2A">
      <w:pPr>
        <w:pStyle w:val="a9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2F2A">
        <w:rPr>
          <w:rFonts w:ascii="Times New Roman" w:hAnsi="Times New Roman" w:cs="Times New Roman"/>
          <w:sz w:val="24"/>
          <w:szCs w:val="24"/>
          <w:lang w:val="ru-RU"/>
        </w:rPr>
        <w:t>—    признание индивидуальности каждого человека с опорой на собственный жизненный и читательский опыт;</w:t>
      </w:r>
    </w:p>
    <w:p w14:paraId="0532800A" w14:textId="77777777" w:rsidR="00482F2A" w:rsidRDefault="00AA22DB" w:rsidP="00482F2A">
      <w:pPr>
        <w:pStyle w:val="a9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2F2A">
        <w:rPr>
          <w:rFonts w:ascii="Times New Roman" w:hAnsi="Times New Roman" w:cs="Times New Roman"/>
          <w:sz w:val="24"/>
          <w:szCs w:val="24"/>
          <w:lang w:val="ru-RU"/>
        </w:rPr>
        <w:t>—    проявление сопереживания, уважения и доброжелатель​ ности, в том числе с использованием адекватных языковых средств для выражения своего состояния и чувств;</w:t>
      </w:r>
      <w:r w:rsidRPr="00482F2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82F2A">
        <w:rPr>
          <w:rFonts w:ascii="Times New Roman" w:hAnsi="Times New Roman" w:cs="Times New Roman"/>
          <w:sz w:val="24"/>
          <w:szCs w:val="24"/>
          <w:lang w:val="ru-RU"/>
        </w:rPr>
        <w:tab/>
        <w:t xml:space="preserve">—    неприятие любых форм поведения, направленных на причинение физического  и  </w:t>
      </w:r>
      <w:r w:rsidRPr="00482F2A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морального вреда  другим  людям (в том числе связанного с использованием недопустимых средств языка); </w:t>
      </w:r>
      <w:r w:rsidRPr="00482F2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482F2A">
        <w:rPr>
          <w:rFonts w:ascii="Times New Roman" w:hAnsi="Times New Roman" w:cs="Times New Roman"/>
          <w:b/>
          <w:sz w:val="24"/>
          <w:szCs w:val="24"/>
          <w:lang w:val="ru-RU"/>
        </w:rPr>
        <w:t>эстетического воспитания:</w:t>
      </w:r>
    </w:p>
    <w:p w14:paraId="698478BC" w14:textId="77777777" w:rsidR="00482F2A" w:rsidRDefault="00AA22DB" w:rsidP="00482F2A">
      <w:pPr>
        <w:pStyle w:val="a9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2F2A">
        <w:rPr>
          <w:rFonts w:ascii="Times New Roman" w:hAnsi="Times New Roman" w:cs="Times New Roman"/>
          <w:sz w:val="24"/>
          <w:szCs w:val="24"/>
          <w:lang w:val="ru-RU"/>
        </w:rPr>
        <w:t>—    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  <w:r w:rsidRPr="00482F2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82F2A">
        <w:rPr>
          <w:rFonts w:ascii="Times New Roman" w:hAnsi="Times New Roman" w:cs="Times New Roman"/>
          <w:sz w:val="24"/>
          <w:szCs w:val="24"/>
          <w:lang w:val="ru-RU"/>
        </w:rPr>
        <w:tab/>
        <w:t xml:space="preserve">—    стремление к самовыражению в разных видах художе​ственной деятельности, в том числе в искусстве слова; осозна​ние важности русского языка как средства общения и самовы​ражения; </w:t>
      </w:r>
      <w:r w:rsidRPr="00482F2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482F2A">
        <w:rPr>
          <w:rFonts w:ascii="Times New Roman" w:hAnsi="Times New Roman" w:cs="Times New Roman"/>
          <w:b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благополучия:</w:t>
      </w:r>
      <w:r w:rsidRPr="00482F2A">
        <w:rPr>
          <w:rFonts w:ascii="Times New Roman" w:hAnsi="Times New Roman" w:cs="Times New Roman"/>
          <w:sz w:val="24"/>
          <w:szCs w:val="24"/>
          <w:lang w:val="ru-RU"/>
        </w:rPr>
        <w:tab/>
      </w:r>
    </w:p>
    <w:p w14:paraId="58858D3C" w14:textId="77777777" w:rsidR="00482F2A" w:rsidRDefault="00AA22DB" w:rsidP="00482F2A">
      <w:pPr>
        <w:pStyle w:val="a9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2F2A">
        <w:rPr>
          <w:rFonts w:ascii="Times New Roman" w:hAnsi="Times New Roman" w:cs="Times New Roman"/>
          <w:sz w:val="24"/>
          <w:szCs w:val="24"/>
          <w:lang w:val="ru-RU"/>
        </w:rPr>
        <w:t>—   соблюдение правил здорового и безопасного (для себя и других людей) образа жизни в окружающей среде (в том числе информационной) при поиске дополнительной информации в процессе языкового образования;</w:t>
      </w:r>
    </w:p>
    <w:p w14:paraId="592395D3" w14:textId="77777777" w:rsidR="00482F2A" w:rsidRDefault="00AA22DB" w:rsidP="00482F2A">
      <w:pPr>
        <w:pStyle w:val="a9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2F2A">
        <w:rPr>
          <w:rFonts w:ascii="Times New Roman" w:hAnsi="Times New Roman" w:cs="Times New Roman"/>
          <w:sz w:val="24"/>
          <w:szCs w:val="24"/>
          <w:lang w:val="ru-RU"/>
        </w:rPr>
        <w:t xml:space="preserve">—   бережное отношение к физическому и психическому здо​ровью, проявляющееся в выборе приемлемых способов речевого самовыражения и соблюдении норм речевого этикета и пра​вил общения; </w:t>
      </w:r>
      <w:r w:rsidRPr="00482F2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82F2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482F2A">
        <w:rPr>
          <w:rFonts w:ascii="Times New Roman" w:hAnsi="Times New Roman" w:cs="Times New Roman"/>
          <w:b/>
          <w:sz w:val="24"/>
          <w:szCs w:val="24"/>
          <w:lang w:val="ru-RU"/>
        </w:rPr>
        <w:t>трудового воспитания:</w:t>
      </w:r>
    </w:p>
    <w:p w14:paraId="69E1757C" w14:textId="64743509" w:rsidR="00921941" w:rsidRPr="00482F2A" w:rsidRDefault="00AA22DB" w:rsidP="00482F2A">
      <w:pPr>
        <w:pStyle w:val="a9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2F2A">
        <w:rPr>
          <w:rFonts w:ascii="Times New Roman" w:hAnsi="Times New Roman" w:cs="Times New Roman"/>
          <w:sz w:val="24"/>
          <w:szCs w:val="24"/>
          <w:lang w:val="ru-RU"/>
        </w:rPr>
        <w:t xml:space="preserve">—    осознание ценности труда в жизни человека и общества (в том числе благодаря примерам из художественных произведений), ответственное потребление и бережное отношение к результатам труда, навыки участия в различных видах трудо​вой деятельности, интерес к различным профессиям, возника​ющий при обсуждении примеров из художественных произве​дений; </w:t>
      </w:r>
      <w:r w:rsidRPr="00482F2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82F2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482F2A">
        <w:rPr>
          <w:rFonts w:ascii="Times New Roman" w:hAnsi="Times New Roman" w:cs="Times New Roman"/>
          <w:b/>
          <w:sz w:val="24"/>
          <w:szCs w:val="24"/>
          <w:lang w:val="ru-RU"/>
        </w:rPr>
        <w:t>экологического воспитания:</w:t>
      </w:r>
    </w:p>
    <w:p w14:paraId="7F6FD13F" w14:textId="77777777" w:rsidR="00A51D48" w:rsidRDefault="00AA22DB" w:rsidP="00482F2A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2F2A">
        <w:rPr>
          <w:rFonts w:ascii="Times New Roman" w:hAnsi="Times New Roman" w:cs="Times New Roman"/>
          <w:sz w:val="24"/>
          <w:szCs w:val="24"/>
          <w:lang w:val="ru-RU"/>
        </w:rPr>
        <w:tab/>
        <w:t>—    бережное отношение к природе, формируемое в процессе работы с текстами;</w:t>
      </w:r>
    </w:p>
    <w:p w14:paraId="1896BD18" w14:textId="77777777" w:rsidR="00A51D48" w:rsidRDefault="00AA22DB" w:rsidP="00A51D48">
      <w:pPr>
        <w:pStyle w:val="a9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2F2A">
        <w:rPr>
          <w:rFonts w:ascii="Times New Roman" w:hAnsi="Times New Roman" w:cs="Times New Roman"/>
          <w:sz w:val="24"/>
          <w:szCs w:val="24"/>
          <w:lang w:val="ru-RU"/>
        </w:rPr>
        <w:t>—</w:t>
      </w:r>
      <w:r w:rsidR="00A51D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82F2A">
        <w:rPr>
          <w:rFonts w:ascii="Times New Roman" w:hAnsi="Times New Roman" w:cs="Times New Roman"/>
          <w:sz w:val="24"/>
          <w:szCs w:val="24"/>
          <w:lang w:val="ru-RU"/>
        </w:rPr>
        <w:t xml:space="preserve">неприятие действий, приносящих ей вред; </w:t>
      </w:r>
    </w:p>
    <w:p w14:paraId="3DF42EED" w14:textId="77777777" w:rsidR="00A51D48" w:rsidRDefault="00AA22DB" w:rsidP="00A51D48">
      <w:pPr>
        <w:pStyle w:val="a9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2F2A">
        <w:rPr>
          <w:rFonts w:ascii="Times New Roman" w:hAnsi="Times New Roman" w:cs="Times New Roman"/>
          <w:b/>
          <w:sz w:val="24"/>
          <w:szCs w:val="24"/>
          <w:lang w:val="ru-RU"/>
        </w:rPr>
        <w:t>ценности научного познания:</w:t>
      </w:r>
    </w:p>
    <w:p w14:paraId="656FB92B" w14:textId="77777777" w:rsidR="00A51D48" w:rsidRDefault="00AA22DB" w:rsidP="00A51D48">
      <w:pPr>
        <w:pStyle w:val="a9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2F2A">
        <w:rPr>
          <w:rFonts w:ascii="Times New Roman" w:hAnsi="Times New Roman" w:cs="Times New Roman"/>
          <w:sz w:val="24"/>
          <w:szCs w:val="24"/>
          <w:lang w:val="ru-RU"/>
        </w:rPr>
        <w:t>—    первоначальные представления о научной картине мира (в том числе первоначальные представления о системе языка как одной из составляющих целостной научной картины мира);</w:t>
      </w:r>
      <w:r w:rsidRPr="00482F2A">
        <w:rPr>
          <w:rFonts w:ascii="Times New Roman" w:hAnsi="Times New Roman" w:cs="Times New Roman"/>
          <w:sz w:val="24"/>
          <w:szCs w:val="24"/>
          <w:lang w:val="ru-RU"/>
        </w:rPr>
        <w:tab/>
      </w:r>
    </w:p>
    <w:p w14:paraId="43D489E0" w14:textId="0A1F9C30" w:rsidR="00921941" w:rsidRPr="00482F2A" w:rsidRDefault="00AA22DB" w:rsidP="00A51D48">
      <w:pPr>
        <w:pStyle w:val="a9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2F2A">
        <w:rPr>
          <w:rFonts w:ascii="Times New Roman" w:hAnsi="Times New Roman" w:cs="Times New Roman"/>
          <w:sz w:val="24"/>
          <w:szCs w:val="24"/>
          <w:lang w:val="ru-RU"/>
        </w:rPr>
        <w:t>—  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актив​ность и самостоятельность в его познании.</w:t>
      </w:r>
    </w:p>
    <w:p w14:paraId="4BBA2B92" w14:textId="77777777" w:rsidR="00921941" w:rsidRPr="00482F2A" w:rsidRDefault="00AA22DB" w:rsidP="00482F2A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2F2A">
        <w:rPr>
          <w:rFonts w:ascii="Times New Roman" w:hAnsi="Times New Roman" w:cs="Times New Roman"/>
          <w:b/>
          <w:sz w:val="24"/>
          <w:szCs w:val="24"/>
          <w:lang w:val="ru-RU"/>
        </w:rPr>
        <w:t>МЕТАПРЕДМЕТНЫЕ РЕЗУЛЬТАТЫ</w:t>
      </w:r>
    </w:p>
    <w:p w14:paraId="40265EAC" w14:textId="77777777" w:rsidR="00921941" w:rsidRPr="00482F2A" w:rsidRDefault="00AA22DB" w:rsidP="00482F2A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2F2A">
        <w:rPr>
          <w:rFonts w:ascii="Times New Roman" w:hAnsi="Times New Roman" w:cs="Times New Roman"/>
          <w:sz w:val="24"/>
          <w:szCs w:val="24"/>
          <w:lang w:val="ru-RU"/>
        </w:rPr>
        <w:tab/>
        <w:t xml:space="preserve">В результате изучения предмета «Русский язык» в начальной школе у обучающегося будут сформированы следующие </w:t>
      </w:r>
      <w:r w:rsidRPr="00482F2A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познавательные </w:t>
      </w:r>
      <w:r w:rsidRPr="00482F2A">
        <w:rPr>
          <w:rFonts w:ascii="Times New Roman" w:hAnsi="Times New Roman" w:cs="Times New Roman"/>
          <w:sz w:val="24"/>
          <w:szCs w:val="24"/>
          <w:lang w:val="ru-RU"/>
        </w:rPr>
        <w:t>универсальные учебные действия.</w:t>
      </w:r>
    </w:p>
    <w:p w14:paraId="7EF5CF6E" w14:textId="77777777" w:rsidR="00A51D48" w:rsidRDefault="00AA22DB" w:rsidP="00482F2A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2F2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482F2A">
        <w:rPr>
          <w:rFonts w:ascii="Times New Roman" w:hAnsi="Times New Roman" w:cs="Times New Roman"/>
          <w:i/>
          <w:sz w:val="24"/>
          <w:szCs w:val="24"/>
          <w:lang w:val="ru-RU"/>
        </w:rPr>
        <w:t>Базовые логические действия</w:t>
      </w:r>
      <w:r w:rsidRPr="00482F2A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14:paraId="4034ECA1" w14:textId="77777777" w:rsidR="00A51D48" w:rsidRDefault="00AA22DB" w:rsidP="00482F2A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2F2A">
        <w:rPr>
          <w:rFonts w:ascii="Times New Roman" w:hAnsi="Times New Roman" w:cs="Times New Roman"/>
          <w:sz w:val="24"/>
          <w:szCs w:val="24"/>
          <w:lang w:val="ru-RU"/>
        </w:rPr>
        <w:t>—    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грамматиче​ский признак, лексическое значение и др.); устанавливать аналогии языковых единиц;</w:t>
      </w:r>
    </w:p>
    <w:p w14:paraId="44C15BD9" w14:textId="77777777" w:rsidR="00A51D48" w:rsidRDefault="00AA22DB" w:rsidP="00482F2A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2F2A">
        <w:rPr>
          <w:rFonts w:ascii="Times New Roman" w:hAnsi="Times New Roman" w:cs="Times New Roman"/>
          <w:sz w:val="24"/>
          <w:szCs w:val="24"/>
          <w:lang w:val="ru-RU"/>
        </w:rPr>
        <w:t>—    объединять объекты (языковые единицы) по определённо​му признаку;</w:t>
      </w:r>
    </w:p>
    <w:p w14:paraId="10D01512" w14:textId="77777777" w:rsidR="00A51D48" w:rsidRDefault="00AA22DB" w:rsidP="00482F2A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2F2A">
        <w:rPr>
          <w:rFonts w:ascii="Times New Roman" w:hAnsi="Times New Roman" w:cs="Times New Roman"/>
          <w:sz w:val="24"/>
          <w:szCs w:val="24"/>
          <w:lang w:val="ru-RU"/>
        </w:rPr>
        <w:t>—    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14:paraId="2476DD72" w14:textId="77777777" w:rsidR="00A51D48" w:rsidRDefault="00AA22DB" w:rsidP="00482F2A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2F2A">
        <w:rPr>
          <w:rFonts w:ascii="Times New Roman" w:hAnsi="Times New Roman" w:cs="Times New Roman"/>
          <w:sz w:val="24"/>
          <w:szCs w:val="24"/>
          <w:lang w:val="ru-RU"/>
        </w:rPr>
        <w:t>—    находить в языковом материале закономерности и проти​воречия на основе предложенного учителем алгоритма наблюдения; анализировать алгоритм действий при работе с языко​выми единицами, самостоятельно выделять учебные операции при анализе языковых единиц;</w:t>
      </w:r>
    </w:p>
    <w:p w14:paraId="7E127223" w14:textId="77777777" w:rsidR="00A51D48" w:rsidRDefault="00AA22DB" w:rsidP="00482F2A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2F2A">
        <w:rPr>
          <w:rFonts w:ascii="Times New Roman" w:hAnsi="Times New Roman" w:cs="Times New Roman"/>
          <w:sz w:val="24"/>
          <w:szCs w:val="24"/>
          <w:lang w:val="ru-RU"/>
        </w:rPr>
        <w:t>—    выявлять недостаток информации для решения учебной и практической задачи на основе предложенного алгоритма, фор​мулировать запрос на дополнительную информацию;</w:t>
      </w:r>
    </w:p>
    <w:p w14:paraId="1B0AD623" w14:textId="3CF42A95" w:rsidR="00921941" w:rsidRPr="00482F2A" w:rsidRDefault="00AA22DB" w:rsidP="00482F2A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2F2A">
        <w:rPr>
          <w:rFonts w:ascii="Times New Roman" w:hAnsi="Times New Roman" w:cs="Times New Roman"/>
          <w:sz w:val="24"/>
          <w:szCs w:val="24"/>
          <w:lang w:val="ru-RU"/>
        </w:rPr>
        <w:t>—    устанавливать причинно​следственные связи в ситуациях наблюдения за языковым материалом, делать выводы.</w:t>
      </w:r>
    </w:p>
    <w:p w14:paraId="61ED4FC2" w14:textId="77777777" w:rsidR="00A51D48" w:rsidRDefault="00AA22DB" w:rsidP="00482F2A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2F2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482F2A">
        <w:rPr>
          <w:rFonts w:ascii="Times New Roman" w:hAnsi="Times New Roman" w:cs="Times New Roman"/>
          <w:i/>
          <w:sz w:val="24"/>
          <w:szCs w:val="24"/>
          <w:lang w:val="ru-RU"/>
        </w:rPr>
        <w:t>Базовые исследовательские действия</w:t>
      </w:r>
      <w:r w:rsidRPr="00482F2A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14:paraId="7C3B87E2" w14:textId="77777777" w:rsidR="00A51D48" w:rsidRDefault="00AA22DB" w:rsidP="00482F2A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2F2A">
        <w:rPr>
          <w:rFonts w:ascii="Times New Roman" w:hAnsi="Times New Roman" w:cs="Times New Roman"/>
          <w:sz w:val="24"/>
          <w:szCs w:val="24"/>
          <w:lang w:val="ru-RU"/>
        </w:rPr>
        <w:t>—    с помощью учителя формулировать цель, планировать из​менения языкового объекта, речевой ситуации;</w:t>
      </w:r>
    </w:p>
    <w:p w14:paraId="004E5306" w14:textId="77777777" w:rsidR="00A51D48" w:rsidRDefault="00AA22DB" w:rsidP="00482F2A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2F2A">
        <w:rPr>
          <w:rFonts w:ascii="Times New Roman" w:hAnsi="Times New Roman" w:cs="Times New Roman"/>
          <w:sz w:val="24"/>
          <w:szCs w:val="24"/>
          <w:lang w:val="ru-RU"/>
        </w:rPr>
        <w:t>—    сравнивать несколько вариантов выполнения задания, выбирать наиболее подходящий (на основе предложенных критериев);</w:t>
      </w:r>
    </w:p>
    <w:p w14:paraId="2A7F0671" w14:textId="77777777" w:rsidR="00A51D48" w:rsidRDefault="00AA22DB" w:rsidP="00482F2A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2F2A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—    проводить по предложенному плану несложное лингви​стическое мини-​исследование, </w:t>
      </w:r>
      <w:r w:rsidRPr="00482F2A">
        <w:rPr>
          <w:rFonts w:ascii="Times New Roman" w:hAnsi="Times New Roman" w:cs="Times New Roman"/>
          <w:sz w:val="24"/>
          <w:szCs w:val="24"/>
          <w:lang w:val="ru-RU"/>
        </w:rPr>
        <w:br/>
        <w:t>выполнять по предложенному плану проектное задание;</w:t>
      </w:r>
    </w:p>
    <w:p w14:paraId="09C5B48A" w14:textId="7A7D0D95" w:rsidR="00921941" w:rsidRPr="00482F2A" w:rsidRDefault="00AA22DB" w:rsidP="00482F2A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2F2A">
        <w:rPr>
          <w:rFonts w:ascii="Times New Roman" w:hAnsi="Times New Roman" w:cs="Times New Roman"/>
          <w:sz w:val="24"/>
          <w:szCs w:val="24"/>
          <w:lang w:val="ru-RU"/>
        </w:rPr>
        <w:t xml:space="preserve">—    формулировать выводы и подкреплять их доказательства​ми на основе результатов </w:t>
      </w:r>
      <w:r w:rsidRPr="00482F2A">
        <w:rPr>
          <w:rFonts w:ascii="Times New Roman" w:hAnsi="Times New Roman" w:cs="Times New Roman"/>
          <w:sz w:val="24"/>
          <w:szCs w:val="24"/>
          <w:lang w:val="ru-RU"/>
        </w:rPr>
        <w:br/>
        <w:t>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  <w:r w:rsidRPr="00482F2A">
        <w:rPr>
          <w:rFonts w:ascii="Times New Roman" w:hAnsi="Times New Roman" w:cs="Times New Roman"/>
          <w:sz w:val="24"/>
          <w:szCs w:val="24"/>
          <w:lang w:val="ru-RU"/>
        </w:rPr>
        <w:tab/>
        <w:t>—    прогнозировать возможное развитие процессов, событий и их последствия в аналогичных или сходных ситуациях.</w:t>
      </w:r>
    </w:p>
    <w:p w14:paraId="5F0A4E6C" w14:textId="77777777" w:rsidR="00A51D48" w:rsidRDefault="00AA22DB" w:rsidP="00482F2A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2F2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482F2A">
        <w:rPr>
          <w:rFonts w:ascii="Times New Roman" w:hAnsi="Times New Roman" w:cs="Times New Roman"/>
          <w:i/>
          <w:sz w:val="24"/>
          <w:szCs w:val="24"/>
          <w:lang w:val="ru-RU"/>
        </w:rPr>
        <w:t>Работа с информацией</w:t>
      </w:r>
      <w:r w:rsidRPr="00482F2A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14:paraId="590CCDC6" w14:textId="77777777" w:rsidR="00A51D48" w:rsidRDefault="00AA22DB" w:rsidP="00482F2A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2F2A">
        <w:rPr>
          <w:rFonts w:ascii="Times New Roman" w:hAnsi="Times New Roman" w:cs="Times New Roman"/>
          <w:sz w:val="24"/>
          <w:szCs w:val="24"/>
          <w:lang w:val="ru-RU"/>
        </w:rPr>
        <w:t>—    выбирать источник получения информации: нужный словарь для получения запрашиваемой информации, для уточнения;</w:t>
      </w:r>
    </w:p>
    <w:p w14:paraId="1A62265B" w14:textId="77777777" w:rsidR="00A51D48" w:rsidRDefault="00AA22DB" w:rsidP="00482F2A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2F2A">
        <w:rPr>
          <w:rFonts w:ascii="Times New Roman" w:hAnsi="Times New Roman" w:cs="Times New Roman"/>
          <w:sz w:val="24"/>
          <w:szCs w:val="24"/>
          <w:lang w:val="ru-RU"/>
        </w:rPr>
        <w:t>—    согласно заданному алгоритму находить представленную в явном виде информацию в предложенном источнике: в слова​рях, справочниках;</w:t>
      </w:r>
    </w:p>
    <w:p w14:paraId="62B157A8" w14:textId="77777777" w:rsidR="00A51D48" w:rsidRDefault="00AA22DB" w:rsidP="00482F2A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2F2A">
        <w:rPr>
          <w:rFonts w:ascii="Times New Roman" w:hAnsi="Times New Roman" w:cs="Times New Roman"/>
          <w:sz w:val="24"/>
          <w:szCs w:val="24"/>
          <w:lang w:val="ru-RU"/>
        </w:rPr>
        <w:t>—    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  <w:r w:rsidRPr="00482F2A">
        <w:rPr>
          <w:rFonts w:ascii="Times New Roman" w:hAnsi="Times New Roman" w:cs="Times New Roman"/>
          <w:sz w:val="24"/>
          <w:szCs w:val="24"/>
          <w:lang w:val="ru-RU"/>
        </w:rPr>
        <w:tab/>
      </w:r>
    </w:p>
    <w:p w14:paraId="3C5D2052" w14:textId="42661E9D" w:rsidR="00921941" w:rsidRPr="00482F2A" w:rsidRDefault="00AA22DB" w:rsidP="00482F2A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2F2A">
        <w:rPr>
          <w:rFonts w:ascii="Times New Roman" w:hAnsi="Times New Roman" w:cs="Times New Roman"/>
          <w:sz w:val="24"/>
          <w:szCs w:val="24"/>
          <w:lang w:val="ru-RU"/>
        </w:rPr>
        <w:t>—    соблюдать с помощью взрослых (педагогических работни​ков, родителей, законных</w:t>
      </w:r>
    </w:p>
    <w:p w14:paraId="1F4FBE3B" w14:textId="77777777" w:rsidR="00A51D48" w:rsidRDefault="00AA22DB" w:rsidP="00482F2A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2F2A">
        <w:rPr>
          <w:rFonts w:ascii="Times New Roman" w:hAnsi="Times New Roman" w:cs="Times New Roman"/>
          <w:sz w:val="24"/>
          <w:szCs w:val="24"/>
          <w:lang w:val="ru-RU"/>
        </w:rPr>
        <w:t>представителей) правила информационной безопасности при поиске информации в Интернете (информации о написании и произношении слова, о значении слова, о происхождении слова, о синонимах слова);</w:t>
      </w:r>
    </w:p>
    <w:p w14:paraId="287E6A04" w14:textId="77777777" w:rsidR="00A51D48" w:rsidRDefault="00AA22DB" w:rsidP="00482F2A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2F2A">
        <w:rPr>
          <w:rFonts w:ascii="Times New Roman" w:hAnsi="Times New Roman" w:cs="Times New Roman"/>
          <w:sz w:val="24"/>
          <w:szCs w:val="24"/>
          <w:lang w:val="ru-RU"/>
        </w:rPr>
        <w:t>—    анализировать и создавать текстовую, видео​, графиче​скую, звуковую информацию в соответствии с учебной зада​чей;</w:t>
      </w:r>
    </w:p>
    <w:p w14:paraId="5BADB491" w14:textId="25116C8F" w:rsidR="00921941" w:rsidRPr="00482F2A" w:rsidRDefault="00AA22DB" w:rsidP="00482F2A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2F2A">
        <w:rPr>
          <w:rFonts w:ascii="Times New Roman" w:hAnsi="Times New Roman" w:cs="Times New Roman"/>
          <w:sz w:val="24"/>
          <w:szCs w:val="24"/>
          <w:lang w:val="ru-RU"/>
        </w:rPr>
        <w:t>—    понимать лингвистическую информацию, зафиксирован​ную в виде таблиц, схем; самостоятельно создавать схемы, таблицы для представления лингвистической информации.</w:t>
      </w:r>
    </w:p>
    <w:p w14:paraId="7CC2C5AD" w14:textId="77777777" w:rsidR="00A51D48" w:rsidRDefault="00AA22DB" w:rsidP="00482F2A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2F2A">
        <w:rPr>
          <w:rFonts w:ascii="Times New Roman" w:hAnsi="Times New Roman" w:cs="Times New Roman"/>
          <w:sz w:val="24"/>
          <w:szCs w:val="24"/>
          <w:lang w:val="ru-RU"/>
        </w:rPr>
        <w:tab/>
        <w:t xml:space="preserve">К концу обучения в начальной школе у обучающегося форми​руются </w:t>
      </w:r>
      <w:r w:rsidRPr="00482F2A">
        <w:rPr>
          <w:rFonts w:ascii="Times New Roman" w:hAnsi="Times New Roman" w:cs="Times New Roman"/>
          <w:b/>
          <w:sz w:val="24"/>
          <w:szCs w:val="24"/>
          <w:lang w:val="ru-RU"/>
        </w:rPr>
        <w:t xml:space="preserve">коммуникативные </w:t>
      </w:r>
      <w:r w:rsidRPr="00482F2A">
        <w:rPr>
          <w:rFonts w:ascii="Times New Roman" w:hAnsi="Times New Roman" w:cs="Times New Roman"/>
          <w:sz w:val="24"/>
          <w:szCs w:val="24"/>
          <w:lang w:val="ru-RU"/>
        </w:rPr>
        <w:br/>
        <w:t xml:space="preserve">универсальные учебные действия </w:t>
      </w:r>
    </w:p>
    <w:p w14:paraId="0BC01FF2" w14:textId="77777777" w:rsidR="00A51D48" w:rsidRDefault="00AA22DB" w:rsidP="00A51D48">
      <w:pPr>
        <w:pStyle w:val="a9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2F2A">
        <w:rPr>
          <w:rFonts w:ascii="Times New Roman" w:hAnsi="Times New Roman" w:cs="Times New Roman"/>
          <w:i/>
          <w:sz w:val="24"/>
          <w:szCs w:val="24"/>
          <w:lang w:val="ru-RU"/>
        </w:rPr>
        <w:t>Общение</w:t>
      </w:r>
      <w:r w:rsidRPr="00482F2A">
        <w:rPr>
          <w:rFonts w:ascii="Times New Roman" w:hAnsi="Times New Roman" w:cs="Times New Roman"/>
          <w:sz w:val="24"/>
          <w:szCs w:val="24"/>
          <w:lang w:val="ru-RU"/>
        </w:rPr>
        <w:t>:</w:t>
      </w:r>
      <w:r w:rsidRPr="00482F2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82F2A">
        <w:rPr>
          <w:rFonts w:ascii="Times New Roman" w:hAnsi="Times New Roman" w:cs="Times New Roman"/>
          <w:sz w:val="24"/>
          <w:szCs w:val="24"/>
          <w:lang w:val="ru-RU"/>
        </w:rPr>
        <w:tab/>
        <w:t>—    воспринимать и формулировать суждения, выражать эмо​ции в соответствии с целями и условиями общения в знакомой среде;</w:t>
      </w:r>
    </w:p>
    <w:p w14:paraId="123CB0FA" w14:textId="77777777" w:rsidR="00A51D48" w:rsidRDefault="00AA22DB" w:rsidP="00A51D48">
      <w:pPr>
        <w:pStyle w:val="a9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2F2A">
        <w:rPr>
          <w:rFonts w:ascii="Times New Roman" w:hAnsi="Times New Roman" w:cs="Times New Roman"/>
          <w:sz w:val="24"/>
          <w:szCs w:val="24"/>
          <w:lang w:val="ru-RU"/>
        </w:rPr>
        <w:t>—    проявлять уважительное отношение к собеседнику, со​блюдать правила ведения диалоги и дискуссии;</w:t>
      </w:r>
    </w:p>
    <w:p w14:paraId="39B58E12" w14:textId="77777777" w:rsidR="00A51D48" w:rsidRDefault="00AA22DB" w:rsidP="00A51D48">
      <w:pPr>
        <w:pStyle w:val="a9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2F2A">
        <w:rPr>
          <w:rFonts w:ascii="Times New Roman" w:hAnsi="Times New Roman" w:cs="Times New Roman"/>
          <w:sz w:val="24"/>
          <w:szCs w:val="24"/>
          <w:lang w:val="ru-RU"/>
        </w:rPr>
        <w:t>—    признавать возможность существования разных точек зрения;</w:t>
      </w:r>
    </w:p>
    <w:p w14:paraId="4AC3B93A" w14:textId="77777777" w:rsidR="00A51D48" w:rsidRDefault="00AA22DB" w:rsidP="00A51D48">
      <w:pPr>
        <w:pStyle w:val="a9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2F2A">
        <w:rPr>
          <w:rFonts w:ascii="Times New Roman" w:hAnsi="Times New Roman" w:cs="Times New Roman"/>
          <w:sz w:val="24"/>
          <w:szCs w:val="24"/>
          <w:lang w:val="ru-RU"/>
        </w:rPr>
        <w:t>—    корректно и аргументированно высказывать своё  мне​ние;</w:t>
      </w:r>
    </w:p>
    <w:p w14:paraId="03F75AAD" w14:textId="77777777" w:rsidR="00A51D48" w:rsidRDefault="00AA22DB" w:rsidP="00A51D48">
      <w:pPr>
        <w:pStyle w:val="a9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2F2A">
        <w:rPr>
          <w:rFonts w:ascii="Times New Roman" w:hAnsi="Times New Roman" w:cs="Times New Roman"/>
          <w:sz w:val="24"/>
          <w:szCs w:val="24"/>
          <w:lang w:val="ru-RU"/>
        </w:rPr>
        <w:t>—    строить речевое высказывание в соответствии с постав​ленной задачей;</w:t>
      </w:r>
    </w:p>
    <w:p w14:paraId="7B5C2D99" w14:textId="77777777" w:rsidR="00A51D48" w:rsidRDefault="00AA22DB" w:rsidP="00A51D48">
      <w:pPr>
        <w:pStyle w:val="a9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2F2A">
        <w:rPr>
          <w:rFonts w:ascii="Times New Roman" w:hAnsi="Times New Roman" w:cs="Times New Roman"/>
          <w:sz w:val="24"/>
          <w:szCs w:val="24"/>
          <w:lang w:val="ru-RU"/>
        </w:rPr>
        <w:t>—    создавать устные и письменные тексты (описание, рас​суждение, повествование) в соответствии с речевой ситуацией;</w:t>
      </w:r>
    </w:p>
    <w:p w14:paraId="31F50328" w14:textId="766427EA" w:rsidR="00921941" w:rsidRPr="00482F2A" w:rsidRDefault="00AA22DB" w:rsidP="00A51D48">
      <w:pPr>
        <w:pStyle w:val="a9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2F2A">
        <w:rPr>
          <w:rFonts w:ascii="Times New Roman" w:hAnsi="Times New Roman" w:cs="Times New Roman"/>
          <w:sz w:val="24"/>
          <w:szCs w:val="24"/>
          <w:lang w:val="ru-RU"/>
        </w:rPr>
        <w:t>—    готовить небольшие публичные выступления о результа​тах парной и групповой работы, о результатах наблюдения, выполненного мини-​исследования, проектного задания;</w:t>
      </w:r>
      <w:r w:rsidRPr="00482F2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82F2A">
        <w:rPr>
          <w:rFonts w:ascii="Times New Roman" w:hAnsi="Times New Roman" w:cs="Times New Roman"/>
          <w:sz w:val="24"/>
          <w:szCs w:val="24"/>
          <w:lang w:val="ru-RU"/>
        </w:rPr>
        <w:tab/>
        <w:t>—    подбирать иллюстративный материал (рисунки, фото, плакаты) к тексту выступления.</w:t>
      </w:r>
    </w:p>
    <w:p w14:paraId="1F86DF43" w14:textId="77777777" w:rsidR="00921941" w:rsidRPr="00482F2A" w:rsidRDefault="00AA22DB" w:rsidP="00482F2A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2F2A">
        <w:rPr>
          <w:rFonts w:ascii="Times New Roman" w:hAnsi="Times New Roman" w:cs="Times New Roman"/>
          <w:sz w:val="24"/>
          <w:szCs w:val="24"/>
          <w:lang w:val="ru-RU"/>
        </w:rPr>
        <w:tab/>
        <w:t xml:space="preserve">К концу обучения в начальной школе у обучающегося форми​руются </w:t>
      </w:r>
      <w:r w:rsidRPr="00482F2A">
        <w:rPr>
          <w:rFonts w:ascii="Times New Roman" w:hAnsi="Times New Roman" w:cs="Times New Roman"/>
          <w:b/>
          <w:sz w:val="24"/>
          <w:szCs w:val="24"/>
          <w:lang w:val="ru-RU"/>
        </w:rPr>
        <w:t xml:space="preserve">регулятивные </w:t>
      </w:r>
      <w:r w:rsidRPr="00482F2A">
        <w:rPr>
          <w:rFonts w:ascii="Times New Roman" w:hAnsi="Times New Roman" w:cs="Times New Roman"/>
          <w:sz w:val="24"/>
          <w:szCs w:val="24"/>
          <w:lang w:val="ru-RU"/>
        </w:rPr>
        <w:t>универсальные учебные действия.</w:t>
      </w:r>
    </w:p>
    <w:p w14:paraId="445B08AB" w14:textId="77777777" w:rsidR="00A51D48" w:rsidRDefault="00AA22DB" w:rsidP="00482F2A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2F2A">
        <w:rPr>
          <w:rFonts w:ascii="Times New Roman" w:hAnsi="Times New Roman" w:cs="Times New Roman"/>
          <w:i/>
          <w:sz w:val="24"/>
          <w:szCs w:val="24"/>
          <w:lang w:val="ru-RU"/>
        </w:rPr>
        <w:t>Самоорганизация</w:t>
      </w:r>
      <w:r w:rsidRPr="00482F2A">
        <w:rPr>
          <w:rFonts w:ascii="Times New Roman" w:hAnsi="Times New Roman" w:cs="Times New Roman"/>
          <w:sz w:val="24"/>
          <w:szCs w:val="24"/>
          <w:lang w:val="ru-RU"/>
        </w:rPr>
        <w:t>:</w:t>
      </w:r>
      <w:r w:rsidRPr="00482F2A">
        <w:rPr>
          <w:rFonts w:ascii="Times New Roman" w:hAnsi="Times New Roman" w:cs="Times New Roman"/>
          <w:sz w:val="24"/>
          <w:szCs w:val="24"/>
          <w:lang w:val="ru-RU"/>
        </w:rPr>
        <w:br/>
        <w:t>—    планировать действия по решению учебной задачи для по​лучения результата;</w:t>
      </w:r>
    </w:p>
    <w:p w14:paraId="142FDCFE" w14:textId="1A4E2E83" w:rsidR="00921941" w:rsidRPr="00482F2A" w:rsidRDefault="00AA22DB" w:rsidP="00482F2A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2F2A">
        <w:rPr>
          <w:rFonts w:ascii="Times New Roman" w:hAnsi="Times New Roman" w:cs="Times New Roman"/>
          <w:sz w:val="24"/>
          <w:szCs w:val="24"/>
          <w:lang w:val="ru-RU"/>
        </w:rPr>
        <w:t>—    выстраивать последовательность выбранных действий.</w:t>
      </w:r>
    </w:p>
    <w:p w14:paraId="3EA422A4" w14:textId="77777777" w:rsidR="00A51D48" w:rsidRDefault="00AA22DB" w:rsidP="00482F2A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2F2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482F2A">
        <w:rPr>
          <w:rFonts w:ascii="Times New Roman" w:hAnsi="Times New Roman" w:cs="Times New Roman"/>
          <w:i/>
          <w:sz w:val="24"/>
          <w:szCs w:val="24"/>
          <w:lang w:val="ru-RU"/>
        </w:rPr>
        <w:t>Самоконтроль</w:t>
      </w:r>
      <w:r w:rsidRPr="00482F2A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14:paraId="61559B7D" w14:textId="77777777" w:rsidR="00A51D48" w:rsidRDefault="00AA22DB" w:rsidP="00482F2A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2F2A">
        <w:rPr>
          <w:rFonts w:ascii="Times New Roman" w:hAnsi="Times New Roman" w:cs="Times New Roman"/>
          <w:sz w:val="24"/>
          <w:szCs w:val="24"/>
          <w:lang w:val="ru-RU"/>
        </w:rPr>
        <w:t>—    устанавливать причины успеха/неудач учебной деятель​ности;</w:t>
      </w:r>
    </w:p>
    <w:p w14:paraId="745E4954" w14:textId="77777777" w:rsidR="00A51D48" w:rsidRDefault="00AA22DB" w:rsidP="00482F2A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2F2A">
        <w:rPr>
          <w:rFonts w:ascii="Times New Roman" w:hAnsi="Times New Roman" w:cs="Times New Roman"/>
          <w:sz w:val="24"/>
          <w:szCs w:val="24"/>
          <w:lang w:val="ru-RU"/>
        </w:rPr>
        <w:t>—    корректировать свои учебные действия для преодоления речевых и орфографических ошибок</w:t>
      </w:r>
    </w:p>
    <w:p w14:paraId="6488007F" w14:textId="77777777" w:rsidR="00A51D48" w:rsidRDefault="00AA22DB" w:rsidP="00482F2A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2F2A">
        <w:rPr>
          <w:rFonts w:ascii="Times New Roman" w:hAnsi="Times New Roman" w:cs="Times New Roman"/>
          <w:sz w:val="24"/>
          <w:szCs w:val="24"/>
          <w:lang w:val="ru-RU"/>
        </w:rPr>
        <w:t xml:space="preserve">—    соотносить результат деятельности с поставленной учеб​ной задачей по выделению, </w:t>
      </w:r>
      <w:r w:rsidRPr="00482F2A">
        <w:rPr>
          <w:rFonts w:ascii="Times New Roman" w:hAnsi="Times New Roman" w:cs="Times New Roman"/>
          <w:sz w:val="24"/>
          <w:szCs w:val="24"/>
          <w:lang w:val="ru-RU"/>
        </w:rPr>
        <w:br/>
        <w:t>характеристике, использованию языковых единиц;</w:t>
      </w:r>
    </w:p>
    <w:p w14:paraId="0AE2F4BB" w14:textId="77777777" w:rsidR="00A51D48" w:rsidRDefault="00AA22DB" w:rsidP="00482F2A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2F2A">
        <w:rPr>
          <w:rFonts w:ascii="Times New Roman" w:hAnsi="Times New Roman" w:cs="Times New Roman"/>
          <w:sz w:val="24"/>
          <w:szCs w:val="24"/>
          <w:lang w:val="ru-RU"/>
        </w:rPr>
        <w:t xml:space="preserve">—    находить ошибку, допущенную при работе с языковым материалом, находить </w:t>
      </w:r>
      <w:r w:rsidRPr="00482F2A">
        <w:rPr>
          <w:rFonts w:ascii="Times New Roman" w:hAnsi="Times New Roman" w:cs="Times New Roman"/>
          <w:sz w:val="24"/>
          <w:szCs w:val="24"/>
          <w:lang w:val="ru-RU"/>
        </w:rPr>
        <w:br/>
        <w:t>орфографическую и пунктуационную ошибку;</w:t>
      </w:r>
    </w:p>
    <w:p w14:paraId="0B3DB2FA" w14:textId="3BF6ECB0" w:rsidR="00921941" w:rsidRPr="00482F2A" w:rsidRDefault="00AA22DB" w:rsidP="00482F2A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2F2A">
        <w:rPr>
          <w:rFonts w:ascii="Times New Roman" w:hAnsi="Times New Roman" w:cs="Times New Roman"/>
          <w:sz w:val="24"/>
          <w:szCs w:val="24"/>
          <w:lang w:val="ru-RU"/>
        </w:rPr>
        <w:t>—    сравнивать результаты своей деятельности и деятельно​сти одноклассников, объективно оценивать их по предложен​ным критериям.</w:t>
      </w:r>
    </w:p>
    <w:p w14:paraId="3C163FFF" w14:textId="77777777" w:rsidR="00A51D48" w:rsidRDefault="00AA22DB" w:rsidP="00482F2A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2F2A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Совместная деятельность:</w:t>
      </w:r>
    </w:p>
    <w:p w14:paraId="7C41AD67" w14:textId="77777777" w:rsidR="00A51D48" w:rsidRDefault="00AA22DB" w:rsidP="00482F2A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2F2A">
        <w:rPr>
          <w:rFonts w:ascii="Times New Roman" w:hAnsi="Times New Roman" w:cs="Times New Roman"/>
          <w:sz w:val="24"/>
          <w:szCs w:val="24"/>
          <w:lang w:val="ru-RU"/>
        </w:rPr>
        <w:t>—    формулировать краткосрочные и долгосрочные цели (ин​дивидуальные с учётом участия в коллективных задачах) в стандартной (типовой) ситуации на основе предложенного учи​телем формата планирования, распределения промежуточных шагов и сроков;</w:t>
      </w:r>
    </w:p>
    <w:p w14:paraId="45E71D26" w14:textId="77777777" w:rsidR="00A51D48" w:rsidRDefault="00AA22DB" w:rsidP="00482F2A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2F2A">
        <w:rPr>
          <w:rFonts w:ascii="Times New Roman" w:hAnsi="Times New Roman" w:cs="Times New Roman"/>
          <w:sz w:val="24"/>
          <w:szCs w:val="24"/>
          <w:lang w:val="ru-RU"/>
        </w:rPr>
        <w:t>—   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00371CAC" w14:textId="77777777" w:rsidR="00A51D48" w:rsidRDefault="00AA22DB" w:rsidP="00482F2A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2F2A">
        <w:rPr>
          <w:rFonts w:ascii="Times New Roman" w:hAnsi="Times New Roman" w:cs="Times New Roman"/>
          <w:sz w:val="24"/>
          <w:szCs w:val="24"/>
          <w:lang w:val="ru-RU"/>
        </w:rPr>
        <w:t>—    проявлять готовность руководить, выполнять поручения, подчиняться, самостоятельно разрешать конфликты;</w:t>
      </w:r>
    </w:p>
    <w:p w14:paraId="666A2257" w14:textId="77777777" w:rsidR="00A51D48" w:rsidRDefault="00AA22DB" w:rsidP="00482F2A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2F2A">
        <w:rPr>
          <w:rFonts w:ascii="Times New Roman" w:hAnsi="Times New Roman" w:cs="Times New Roman"/>
          <w:sz w:val="24"/>
          <w:szCs w:val="24"/>
          <w:lang w:val="ru-RU"/>
        </w:rPr>
        <w:t>—    ответственно выполнять свою часть работы</w:t>
      </w:r>
    </w:p>
    <w:p w14:paraId="25BFE03B" w14:textId="77777777" w:rsidR="00A51D48" w:rsidRDefault="00AA22DB" w:rsidP="00482F2A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2F2A">
        <w:rPr>
          <w:rFonts w:ascii="Times New Roman" w:hAnsi="Times New Roman" w:cs="Times New Roman"/>
          <w:sz w:val="24"/>
          <w:szCs w:val="24"/>
          <w:lang w:val="ru-RU"/>
        </w:rPr>
        <w:t>—    оценивать свой вклад в общий результат</w:t>
      </w:r>
    </w:p>
    <w:p w14:paraId="7035E6BB" w14:textId="5ACA80E6" w:rsidR="00921941" w:rsidRPr="00482F2A" w:rsidRDefault="00AA22DB" w:rsidP="00482F2A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2F2A">
        <w:rPr>
          <w:rFonts w:ascii="Times New Roman" w:hAnsi="Times New Roman" w:cs="Times New Roman"/>
          <w:sz w:val="24"/>
          <w:szCs w:val="24"/>
          <w:lang w:val="ru-RU"/>
        </w:rPr>
        <w:t>—    выполнять совместные проектные задания с опорой на предложенные образцы.</w:t>
      </w:r>
    </w:p>
    <w:p w14:paraId="16B47838" w14:textId="2C80A3E7" w:rsidR="00A51D48" w:rsidRDefault="00AA22DB" w:rsidP="00482F2A">
      <w:pPr>
        <w:pStyle w:val="a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82F2A">
        <w:rPr>
          <w:rFonts w:ascii="Times New Roman" w:hAnsi="Times New Roman" w:cs="Times New Roman"/>
          <w:b/>
          <w:sz w:val="24"/>
          <w:szCs w:val="24"/>
          <w:lang w:val="ru-RU"/>
        </w:rPr>
        <w:t>ПРЕДМЕТНЫЕ РЕЗУЛЬТАТЫ</w:t>
      </w:r>
    </w:p>
    <w:p w14:paraId="5E1C907C" w14:textId="6DF0D48D" w:rsidR="00726BFA" w:rsidRDefault="00726BFA" w:rsidP="00482F2A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1 класс</w:t>
      </w:r>
    </w:p>
    <w:p w14:paraId="635168E9" w14:textId="77777777" w:rsidR="00A51D48" w:rsidRDefault="00AA22DB" w:rsidP="00482F2A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2F2A">
        <w:rPr>
          <w:rFonts w:ascii="Times New Roman" w:hAnsi="Times New Roman" w:cs="Times New Roman"/>
          <w:sz w:val="24"/>
          <w:szCs w:val="24"/>
          <w:lang w:val="ru-RU"/>
        </w:rPr>
        <w:t xml:space="preserve">К концу обучения в </w:t>
      </w:r>
      <w:r w:rsidRPr="00482F2A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первом классе </w:t>
      </w:r>
      <w:r w:rsidRPr="00482F2A">
        <w:rPr>
          <w:rFonts w:ascii="Times New Roman" w:hAnsi="Times New Roman" w:cs="Times New Roman"/>
          <w:sz w:val="24"/>
          <w:szCs w:val="24"/>
          <w:lang w:val="ru-RU"/>
        </w:rPr>
        <w:t>обучающийся научится:</w:t>
      </w:r>
    </w:p>
    <w:p w14:paraId="14E40D2E" w14:textId="77777777" w:rsidR="00A51D48" w:rsidRDefault="00AA22DB" w:rsidP="00482F2A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2F2A">
        <w:rPr>
          <w:rFonts w:ascii="Times New Roman" w:hAnsi="Times New Roman" w:cs="Times New Roman"/>
          <w:sz w:val="24"/>
          <w:szCs w:val="24"/>
          <w:lang w:val="ru-RU"/>
        </w:rPr>
        <w:t>—    различать слово и предложение; вычленять слова из пред​ложений;</w:t>
      </w:r>
    </w:p>
    <w:p w14:paraId="1B6146FA" w14:textId="77777777" w:rsidR="00A51D48" w:rsidRDefault="00AA22DB" w:rsidP="00482F2A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2F2A">
        <w:rPr>
          <w:rFonts w:ascii="Times New Roman" w:hAnsi="Times New Roman" w:cs="Times New Roman"/>
          <w:sz w:val="24"/>
          <w:szCs w:val="24"/>
          <w:lang w:val="ru-RU"/>
        </w:rPr>
        <w:t>—    вычленять звуки из слова;</w:t>
      </w:r>
    </w:p>
    <w:p w14:paraId="10E4095E" w14:textId="77777777" w:rsidR="00A51D48" w:rsidRDefault="00AA22DB" w:rsidP="00482F2A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2F2A">
        <w:rPr>
          <w:rFonts w:ascii="Times New Roman" w:hAnsi="Times New Roman" w:cs="Times New Roman"/>
          <w:sz w:val="24"/>
          <w:szCs w:val="24"/>
          <w:lang w:val="ru-RU"/>
        </w:rPr>
        <w:t>—    различать гласные и согласные звуки (в том числе разли​чать в слове согласный звук [й’] и гласный звук [и]);</w:t>
      </w:r>
    </w:p>
    <w:p w14:paraId="2201DD01" w14:textId="77777777" w:rsidR="00A51D48" w:rsidRDefault="00AA22DB" w:rsidP="00482F2A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2F2A">
        <w:rPr>
          <w:rFonts w:ascii="Times New Roman" w:hAnsi="Times New Roman" w:cs="Times New Roman"/>
          <w:sz w:val="24"/>
          <w:szCs w:val="24"/>
          <w:lang w:val="ru-RU"/>
        </w:rPr>
        <w:t>—    различать ударные и безударные гласные звуки;</w:t>
      </w:r>
    </w:p>
    <w:p w14:paraId="3A35F04A" w14:textId="77777777" w:rsidR="00726BFA" w:rsidRDefault="00AA22DB" w:rsidP="00482F2A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2F2A">
        <w:rPr>
          <w:rFonts w:ascii="Times New Roman" w:hAnsi="Times New Roman" w:cs="Times New Roman"/>
          <w:sz w:val="24"/>
          <w:szCs w:val="24"/>
          <w:lang w:val="ru-RU"/>
        </w:rPr>
        <w:t>—    различать согласные звуки: мягкие и твёрдые, звонкие и глухие (вне слова и в слове);</w:t>
      </w:r>
      <w:r w:rsidRPr="00482F2A">
        <w:rPr>
          <w:rFonts w:ascii="Times New Roman" w:hAnsi="Times New Roman" w:cs="Times New Roman"/>
          <w:sz w:val="24"/>
          <w:szCs w:val="24"/>
          <w:lang w:val="ru-RU"/>
        </w:rPr>
        <w:tab/>
      </w:r>
    </w:p>
    <w:p w14:paraId="247F08BC" w14:textId="3DF6A573" w:rsidR="00A51D48" w:rsidRDefault="00AA22DB" w:rsidP="00482F2A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2F2A">
        <w:rPr>
          <w:rFonts w:ascii="Times New Roman" w:hAnsi="Times New Roman" w:cs="Times New Roman"/>
          <w:sz w:val="24"/>
          <w:szCs w:val="24"/>
          <w:lang w:val="ru-RU"/>
        </w:rPr>
        <w:t>—   различать понятия «звук» и «буква»;</w:t>
      </w:r>
    </w:p>
    <w:p w14:paraId="7A1D135A" w14:textId="77777777" w:rsidR="00A51D48" w:rsidRDefault="00AA22DB" w:rsidP="00482F2A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2F2A">
        <w:rPr>
          <w:rFonts w:ascii="Times New Roman" w:hAnsi="Times New Roman" w:cs="Times New Roman"/>
          <w:sz w:val="24"/>
          <w:szCs w:val="24"/>
          <w:lang w:val="ru-RU"/>
        </w:rPr>
        <w:t>—   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14:paraId="50AAA7DD" w14:textId="77777777" w:rsidR="00726BFA" w:rsidRDefault="00AA22DB" w:rsidP="00482F2A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2F2A">
        <w:rPr>
          <w:rFonts w:ascii="Times New Roman" w:hAnsi="Times New Roman" w:cs="Times New Roman"/>
          <w:sz w:val="24"/>
          <w:szCs w:val="24"/>
          <w:lang w:val="ru-RU"/>
        </w:rPr>
        <w:t xml:space="preserve">—    обозначать на письме мягкость согласных звуков буквами </w:t>
      </w:r>
      <w:r w:rsidRPr="00482F2A">
        <w:rPr>
          <w:rFonts w:ascii="Times New Roman" w:hAnsi="Times New Roman" w:cs="Times New Roman"/>
          <w:b/>
          <w:i/>
          <w:sz w:val="24"/>
          <w:szCs w:val="24"/>
          <w:lang w:val="ru-RU"/>
        </w:rPr>
        <w:t>е</w:t>
      </w:r>
      <w:r w:rsidRPr="00482F2A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482F2A">
        <w:rPr>
          <w:rFonts w:ascii="Times New Roman" w:hAnsi="Times New Roman" w:cs="Times New Roman"/>
          <w:b/>
          <w:i/>
          <w:sz w:val="24"/>
          <w:szCs w:val="24"/>
          <w:lang w:val="ru-RU"/>
        </w:rPr>
        <w:t>ё</w:t>
      </w:r>
      <w:r w:rsidRPr="00482F2A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482F2A">
        <w:rPr>
          <w:rFonts w:ascii="Times New Roman" w:hAnsi="Times New Roman" w:cs="Times New Roman"/>
          <w:b/>
          <w:i/>
          <w:sz w:val="24"/>
          <w:szCs w:val="24"/>
          <w:lang w:val="ru-RU"/>
        </w:rPr>
        <w:t>ю</w:t>
      </w:r>
      <w:r w:rsidRPr="00482F2A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482F2A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я </w:t>
      </w:r>
      <w:r w:rsidRPr="00482F2A">
        <w:rPr>
          <w:rFonts w:ascii="Times New Roman" w:hAnsi="Times New Roman" w:cs="Times New Roman"/>
          <w:sz w:val="24"/>
          <w:szCs w:val="24"/>
          <w:lang w:val="ru-RU"/>
        </w:rPr>
        <w:t xml:space="preserve">и буквой </w:t>
      </w:r>
      <w:r w:rsidRPr="00482F2A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ь </w:t>
      </w:r>
      <w:r w:rsidRPr="00482F2A">
        <w:rPr>
          <w:rFonts w:ascii="Times New Roman" w:hAnsi="Times New Roman" w:cs="Times New Roman"/>
          <w:sz w:val="24"/>
          <w:szCs w:val="24"/>
          <w:lang w:val="ru-RU"/>
        </w:rPr>
        <w:t>в конце слова;</w:t>
      </w:r>
      <w:r w:rsidRPr="00482F2A">
        <w:rPr>
          <w:rFonts w:ascii="Times New Roman" w:hAnsi="Times New Roman" w:cs="Times New Roman"/>
          <w:sz w:val="24"/>
          <w:szCs w:val="24"/>
          <w:lang w:val="ru-RU"/>
        </w:rPr>
        <w:tab/>
      </w:r>
    </w:p>
    <w:p w14:paraId="596EEFCD" w14:textId="2FF8A932" w:rsidR="00A51D48" w:rsidRDefault="00AA22DB" w:rsidP="00482F2A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2F2A">
        <w:rPr>
          <w:rFonts w:ascii="Times New Roman" w:hAnsi="Times New Roman" w:cs="Times New Roman"/>
          <w:sz w:val="24"/>
          <w:szCs w:val="24"/>
          <w:lang w:val="ru-RU"/>
        </w:rPr>
        <w:t xml:space="preserve">—    правильно называть буквы русского алфавита; </w:t>
      </w:r>
      <w:r w:rsidR="00CB497B">
        <w:rPr>
          <w:rFonts w:ascii="Times New Roman" w:hAnsi="Times New Roman" w:cs="Times New Roman"/>
          <w:sz w:val="24"/>
          <w:szCs w:val="24"/>
          <w:lang w:val="ru-RU"/>
        </w:rPr>
        <w:t>использовать</w:t>
      </w:r>
      <w:r w:rsidRPr="00482F2A">
        <w:rPr>
          <w:rFonts w:ascii="Times New Roman" w:hAnsi="Times New Roman" w:cs="Times New Roman"/>
          <w:sz w:val="24"/>
          <w:szCs w:val="24"/>
          <w:lang w:val="ru-RU"/>
        </w:rPr>
        <w:t xml:space="preserve"> знани</w:t>
      </w:r>
      <w:r w:rsidR="00CB497B">
        <w:rPr>
          <w:rFonts w:ascii="Times New Roman" w:hAnsi="Times New Roman" w:cs="Times New Roman"/>
          <w:sz w:val="24"/>
          <w:szCs w:val="24"/>
          <w:lang w:val="ru-RU"/>
        </w:rPr>
        <w:t>я</w:t>
      </w:r>
      <w:r w:rsidRPr="00482F2A">
        <w:rPr>
          <w:rFonts w:ascii="Times New Roman" w:hAnsi="Times New Roman" w:cs="Times New Roman"/>
          <w:sz w:val="24"/>
          <w:szCs w:val="24"/>
          <w:lang w:val="ru-RU"/>
        </w:rPr>
        <w:t xml:space="preserve"> последовательности букв русского алфавита для упорядочения небольшого списка слов;</w:t>
      </w:r>
    </w:p>
    <w:p w14:paraId="43C89D1D" w14:textId="77777777" w:rsidR="00A51D48" w:rsidRDefault="00AA22DB" w:rsidP="00482F2A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2F2A">
        <w:rPr>
          <w:rFonts w:ascii="Times New Roman" w:hAnsi="Times New Roman" w:cs="Times New Roman"/>
          <w:sz w:val="24"/>
          <w:szCs w:val="24"/>
          <w:lang w:val="ru-RU"/>
        </w:rPr>
        <w:t>—    писать аккуратным разборчивым почерком без искаже​ний прописные и строчные буквы, соединения букв, слова;</w:t>
      </w:r>
    </w:p>
    <w:p w14:paraId="63AE5235" w14:textId="77777777" w:rsidR="00A51D48" w:rsidRDefault="00AA22DB" w:rsidP="00482F2A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2F2A">
        <w:rPr>
          <w:rFonts w:ascii="Times New Roman" w:hAnsi="Times New Roman" w:cs="Times New Roman"/>
          <w:sz w:val="24"/>
          <w:szCs w:val="24"/>
          <w:lang w:val="ru-RU"/>
        </w:rPr>
        <w:t xml:space="preserve">—    применять изученные правила правописания: раздельное написание слов в предложении; знаки препинания в конце пред​ложения: точка, вопросительный и восклицательный знаки; прописная буква в начале предложения и в именах собственных (имена, фамилии, клички животных); перенос слов по сло​гам (простые случаи: слова из слогов типа «согласный + глас​ный»); гласные после шипящих в сочетаниях </w:t>
      </w:r>
      <w:r w:rsidRPr="00482F2A">
        <w:rPr>
          <w:rFonts w:ascii="Times New Roman" w:hAnsi="Times New Roman" w:cs="Times New Roman"/>
          <w:b/>
          <w:i/>
          <w:sz w:val="24"/>
          <w:szCs w:val="24"/>
          <w:lang w:val="ru-RU"/>
        </w:rPr>
        <w:t>жи</w:t>
      </w:r>
      <w:r w:rsidRPr="00482F2A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482F2A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ши </w:t>
      </w:r>
      <w:r w:rsidRPr="00482F2A">
        <w:rPr>
          <w:rFonts w:ascii="Times New Roman" w:hAnsi="Times New Roman" w:cs="Times New Roman"/>
          <w:sz w:val="24"/>
          <w:szCs w:val="24"/>
          <w:lang w:val="ru-RU"/>
        </w:rPr>
        <w:t xml:space="preserve">(в положе​нии под ударением), </w:t>
      </w:r>
      <w:r w:rsidRPr="00482F2A">
        <w:rPr>
          <w:rFonts w:ascii="Times New Roman" w:hAnsi="Times New Roman" w:cs="Times New Roman"/>
          <w:b/>
          <w:i/>
          <w:sz w:val="24"/>
          <w:szCs w:val="24"/>
          <w:lang w:val="ru-RU"/>
        </w:rPr>
        <w:t>ча</w:t>
      </w:r>
      <w:r w:rsidRPr="00482F2A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482F2A">
        <w:rPr>
          <w:rFonts w:ascii="Times New Roman" w:hAnsi="Times New Roman" w:cs="Times New Roman"/>
          <w:b/>
          <w:i/>
          <w:sz w:val="24"/>
          <w:szCs w:val="24"/>
          <w:lang w:val="ru-RU"/>
        </w:rPr>
        <w:t>ща</w:t>
      </w:r>
      <w:r w:rsidRPr="00482F2A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482F2A">
        <w:rPr>
          <w:rFonts w:ascii="Times New Roman" w:hAnsi="Times New Roman" w:cs="Times New Roman"/>
          <w:b/>
          <w:i/>
          <w:sz w:val="24"/>
          <w:szCs w:val="24"/>
          <w:lang w:val="ru-RU"/>
        </w:rPr>
        <w:t>чу</w:t>
      </w:r>
      <w:r w:rsidRPr="00482F2A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482F2A">
        <w:rPr>
          <w:rFonts w:ascii="Times New Roman" w:hAnsi="Times New Roman" w:cs="Times New Roman"/>
          <w:b/>
          <w:i/>
          <w:sz w:val="24"/>
          <w:szCs w:val="24"/>
          <w:lang w:val="ru-RU"/>
        </w:rPr>
        <w:t>щу</w:t>
      </w:r>
      <w:r w:rsidRPr="00482F2A">
        <w:rPr>
          <w:rFonts w:ascii="Times New Roman" w:hAnsi="Times New Roman" w:cs="Times New Roman"/>
          <w:sz w:val="24"/>
          <w:szCs w:val="24"/>
          <w:lang w:val="ru-RU"/>
        </w:rPr>
        <w:t>; непроверяемые гласные и согласные (перечень слов в орфографическом словаре учебника);</w:t>
      </w:r>
    </w:p>
    <w:p w14:paraId="3E635A8B" w14:textId="77777777" w:rsidR="00A51D48" w:rsidRDefault="00AA22DB" w:rsidP="00482F2A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2F2A">
        <w:rPr>
          <w:rFonts w:ascii="Times New Roman" w:hAnsi="Times New Roman" w:cs="Times New Roman"/>
          <w:sz w:val="24"/>
          <w:szCs w:val="24"/>
          <w:lang w:val="ru-RU"/>
        </w:rPr>
        <w:t>—    правильно списывать (без пропусков и искажений букв) слова и предложения, тексты объёмом не более 25 слов;</w:t>
      </w:r>
    </w:p>
    <w:p w14:paraId="4D215BC2" w14:textId="77777777" w:rsidR="00A51D48" w:rsidRDefault="00AA22DB" w:rsidP="00482F2A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2F2A">
        <w:rPr>
          <w:rFonts w:ascii="Times New Roman" w:hAnsi="Times New Roman" w:cs="Times New Roman"/>
          <w:sz w:val="24"/>
          <w:szCs w:val="24"/>
          <w:lang w:val="ru-RU"/>
        </w:rPr>
        <w:t>—    писать под диктовку (без пропусков и искажений букв) слова, предложения из  3—5  слов, тексты  объёмом  не  более 20 слов, правописание которых не расходится с произношением;</w:t>
      </w:r>
    </w:p>
    <w:p w14:paraId="0CC49CD9" w14:textId="77777777" w:rsidR="00A51D48" w:rsidRDefault="00AA22DB" w:rsidP="00482F2A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2F2A">
        <w:rPr>
          <w:rFonts w:ascii="Times New Roman" w:hAnsi="Times New Roman" w:cs="Times New Roman"/>
          <w:sz w:val="24"/>
          <w:szCs w:val="24"/>
          <w:lang w:val="ru-RU"/>
        </w:rPr>
        <w:t>—    находить и исправлять ошибки на изученные правила, описки;</w:t>
      </w:r>
    </w:p>
    <w:p w14:paraId="4E47A756" w14:textId="77777777" w:rsidR="00A51D48" w:rsidRDefault="00AA22DB" w:rsidP="00482F2A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2F2A">
        <w:rPr>
          <w:rFonts w:ascii="Times New Roman" w:hAnsi="Times New Roman" w:cs="Times New Roman"/>
          <w:sz w:val="24"/>
          <w:szCs w:val="24"/>
          <w:lang w:val="ru-RU"/>
        </w:rPr>
        <w:t>—    понимать прослушанный текст;</w:t>
      </w:r>
    </w:p>
    <w:p w14:paraId="5E74DB03" w14:textId="77777777" w:rsidR="00A51D48" w:rsidRDefault="00AA22DB" w:rsidP="00482F2A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2F2A">
        <w:rPr>
          <w:rFonts w:ascii="Times New Roman" w:hAnsi="Times New Roman" w:cs="Times New Roman"/>
          <w:sz w:val="24"/>
          <w:szCs w:val="24"/>
          <w:lang w:val="ru-RU"/>
        </w:rPr>
        <w:t>—   читать вслух и про себя (с пониманием) короткие тексты с соблюдением интонации и пауз в соответствии со знаками пре​пинания в конце предложения;</w:t>
      </w:r>
    </w:p>
    <w:p w14:paraId="5D662E70" w14:textId="77777777" w:rsidR="00A51D48" w:rsidRDefault="00AA22DB" w:rsidP="00482F2A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2F2A">
        <w:rPr>
          <w:rFonts w:ascii="Times New Roman" w:hAnsi="Times New Roman" w:cs="Times New Roman"/>
          <w:sz w:val="24"/>
          <w:szCs w:val="24"/>
          <w:lang w:val="ru-RU"/>
        </w:rPr>
        <w:t>—    находить в тексте слова, значение которых требует уточ​нения;</w:t>
      </w:r>
    </w:p>
    <w:p w14:paraId="6E224EB9" w14:textId="4F49CDBA" w:rsidR="00482F2A" w:rsidRPr="00482F2A" w:rsidRDefault="00AA22DB" w:rsidP="00482F2A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2F2A">
        <w:rPr>
          <w:rFonts w:ascii="Times New Roman" w:hAnsi="Times New Roman" w:cs="Times New Roman"/>
          <w:sz w:val="24"/>
          <w:szCs w:val="24"/>
          <w:lang w:val="ru-RU"/>
        </w:rPr>
        <w:t>—    составлять предложение из набора форм слов;</w:t>
      </w:r>
    </w:p>
    <w:p w14:paraId="4587B690" w14:textId="77777777" w:rsidR="00A51D48" w:rsidRDefault="00AA22DB" w:rsidP="00482F2A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2F2A">
        <w:rPr>
          <w:rFonts w:ascii="Times New Roman" w:hAnsi="Times New Roman" w:cs="Times New Roman"/>
          <w:sz w:val="24"/>
          <w:szCs w:val="24"/>
          <w:lang w:val="ru-RU"/>
        </w:rPr>
        <w:t>—    устно составлять текст из 3—5 предложений по сюжет​ным картинкам и наблюдениям;</w:t>
      </w:r>
    </w:p>
    <w:p w14:paraId="20DDC596" w14:textId="77777777" w:rsidR="00921941" w:rsidRDefault="00AA22DB" w:rsidP="00482F2A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2F2A">
        <w:rPr>
          <w:rFonts w:ascii="Times New Roman" w:hAnsi="Times New Roman" w:cs="Times New Roman"/>
          <w:sz w:val="24"/>
          <w:szCs w:val="24"/>
          <w:lang w:val="ru-RU"/>
        </w:rPr>
        <w:t>—</w:t>
      </w:r>
      <w:r w:rsidR="00A51D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82F2A">
        <w:rPr>
          <w:rFonts w:ascii="Times New Roman" w:hAnsi="Times New Roman" w:cs="Times New Roman"/>
          <w:sz w:val="24"/>
          <w:szCs w:val="24"/>
          <w:lang w:val="ru-RU"/>
        </w:rPr>
        <w:t>использовать изученные понятия в процессе решения учебных задач.</w:t>
      </w:r>
    </w:p>
    <w:p w14:paraId="33D61AA7" w14:textId="77777777" w:rsidR="00726BFA" w:rsidRDefault="00726BFA" w:rsidP="00482F2A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A9789B0" w14:textId="190C3AAE" w:rsidR="00726BFA" w:rsidRDefault="00726BFA" w:rsidP="00482F2A">
      <w:pPr>
        <w:pStyle w:val="a9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2 класс</w:t>
      </w:r>
    </w:p>
    <w:p w14:paraId="137B5BC1" w14:textId="77777777" w:rsidR="00726BFA" w:rsidRPr="00726BFA" w:rsidRDefault="00726BFA" w:rsidP="00726BFA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6BFA">
        <w:rPr>
          <w:rFonts w:ascii="Times New Roman" w:hAnsi="Times New Roman" w:cs="Times New Roman"/>
          <w:sz w:val="24"/>
          <w:szCs w:val="24"/>
          <w:lang w:val="ru-RU"/>
        </w:rPr>
        <w:t xml:space="preserve">К концу обучения </w:t>
      </w:r>
      <w:r w:rsidRPr="00374FEA">
        <w:rPr>
          <w:rFonts w:ascii="Times New Roman" w:hAnsi="Times New Roman" w:cs="Times New Roman"/>
          <w:b/>
          <w:bCs/>
          <w:sz w:val="24"/>
          <w:szCs w:val="24"/>
          <w:lang w:val="ru-RU"/>
        </w:rPr>
        <w:t>во втором классе</w:t>
      </w:r>
      <w:r w:rsidRPr="00726BFA">
        <w:rPr>
          <w:rFonts w:ascii="Times New Roman" w:hAnsi="Times New Roman" w:cs="Times New Roman"/>
          <w:sz w:val="24"/>
          <w:szCs w:val="24"/>
          <w:lang w:val="ru-RU"/>
        </w:rPr>
        <w:t xml:space="preserve"> обучающийся научится:</w:t>
      </w:r>
    </w:p>
    <w:p w14:paraId="7E7BC4B0" w14:textId="7832318A" w:rsidR="00726BFA" w:rsidRPr="00726BFA" w:rsidRDefault="00726BFA" w:rsidP="00726BFA">
      <w:pPr>
        <w:pStyle w:val="a9"/>
        <w:numPr>
          <w:ilvl w:val="1"/>
          <w:numId w:val="26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6BFA">
        <w:rPr>
          <w:rFonts w:ascii="Times New Roman" w:hAnsi="Times New Roman" w:cs="Times New Roman"/>
          <w:sz w:val="24"/>
          <w:szCs w:val="24"/>
          <w:lang w:val="ru-RU"/>
        </w:rPr>
        <w:t>осознавать язык как основное средство общения;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6D35A260" w14:textId="77777777" w:rsidR="00726BFA" w:rsidRPr="00726BFA" w:rsidRDefault="00726BFA" w:rsidP="00726BFA">
      <w:pPr>
        <w:pStyle w:val="a9"/>
        <w:numPr>
          <w:ilvl w:val="1"/>
          <w:numId w:val="26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6BFA">
        <w:rPr>
          <w:rFonts w:ascii="Times New Roman" w:hAnsi="Times New Roman" w:cs="Times New Roman"/>
          <w:sz w:val="24"/>
          <w:szCs w:val="24"/>
          <w:lang w:val="ru-RU"/>
        </w:rPr>
        <w:lastRenderedPageBreak/>
        <w:t>характеризовать согласные звуки вне слова и в слове по заданным параметрам: согласный парный/непарный по твёрдости/мягкости; согласный парный/непарный по звонкости/глухости;</w:t>
      </w:r>
    </w:p>
    <w:p w14:paraId="3DA32241" w14:textId="77777777" w:rsidR="00726BFA" w:rsidRPr="00726BFA" w:rsidRDefault="00726BFA" w:rsidP="00726BFA">
      <w:pPr>
        <w:pStyle w:val="a9"/>
        <w:numPr>
          <w:ilvl w:val="1"/>
          <w:numId w:val="26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6BFA">
        <w:rPr>
          <w:rFonts w:ascii="Times New Roman" w:hAnsi="Times New Roman" w:cs="Times New Roman"/>
          <w:sz w:val="24"/>
          <w:szCs w:val="24"/>
          <w:lang w:val="ru-RU"/>
        </w:rPr>
        <w:t>определять количество слогов в слове (в том числе при стечении согласных); делить слово на слоги;</w:t>
      </w:r>
    </w:p>
    <w:p w14:paraId="3665E850" w14:textId="77777777" w:rsidR="00726BFA" w:rsidRPr="00726BFA" w:rsidRDefault="00726BFA" w:rsidP="00726BFA">
      <w:pPr>
        <w:pStyle w:val="a9"/>
        <w:numPr>
          <w:ilvl w:val="1"/>
          <w:numId w:val="26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6BFA">
        <w:rPr>
          <w:rFonts w:ascii="Times New Roman" w:hAnsi="Times New Roman" w:cs="Times New Roman"/>
          <w:sz w:val="24"/>
          <w:szCs w:val="24"/>
          <w:lang w:val="ru-RU"/>
        </w:rPr>
        <w:t>устанавливать соотношение звукового и буквенного состава, в том числе с учётом функций букв е, ё, ю, я;</w:t>
      </w:r>
    </w:p>
    <w:p w14:paraId="2B1F4E4B" w14:textId="77777777" w:rsidR="00726BFA" w:rsidRPr="00726BFA" w:rsidRDefault="00726BFA" w:rsidP="00726BFA">
      <w:pPr>
        <w:pStyle w:val="a9"/>
        <w:numPr>
          <w:ilvl w:val="1"/>
          <w:numId w:val="26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6BFA">
        <w:rPr>
          <w:rFonts w:ascii="Times New Roman" w:hAnsi="Times New Roman" w:cs="Times New Roman"/>
          <w:sz w:val="24"/>
          <w:szCs w:val="24"/>
          <w:lang w:val="ru-RU"/>
        </w:rPr>
        <w:t>обозначать на письме мягкость согласных звуков буквой мягкий знак в середине слова;</w:t>
      </w:r>
    </w:p>
    <w:p w14:paraId="6B0B5A33" w14:textId="77777777" w:rsidR="00726BFA" w:rsidRPr="00726BFA" w:rsidRDefault="00726BFA" w:rsidP="00726BFA">
      <w:pPr>
        <w:pStyle w:val="a9"/>
        <w:numPr>
          <w:ilvl w:val="1"/>
          <w:numId w:val="26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6BFA">
        <w:rPr>
          <w:rFonts w:ascii="Times New Roman" w:hAnsi="Times New Roman" w:cs="Times New Roman"/>
          <w:sz w:val="24"/>
          <w:szCs w:val="24"/>
          <w:lang w:val="ru-RU"/>
        </w:rPr>
        <w:t>находить однокоренные слова;</w:t>
      </w:r>
    </w:p>
    <w:p w14:paraId="2D905741" w14:textId="7B9C49A1" w:rsidR="00726BFA" w:rsidRPr="00726BFA" w:rsidRDefault="00726BFA" w:rsidP="00726BFA">
      <w:pPr>
        <w:pStyle w:val="a9"/>
        <w:numPr>
          <w:ilvl w:val="1"/>
          <w:numId w:val="26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6BFA">
        <w:rPr>
          <w:rFonts w:ascii="Times New Roman" w:hAnsi="Times New Roman" w:cs="Times New Roman"/>
          <w:sz w:val="24"/>
          <w:szCs w:val="24"/>
          <w:lang w:val="ru-RU"/>
        </w:rPr>
        <w:t>выделять в слове корень (простые случаи</w:t>
      </w:r>
      <w:r w:rsidR="00374FEA" w:rsidRPr="00726BFA">
        <w:rPr>
          <w:rFonts w:ascii="Times New Roman" w:hAnsi="Times New Roman" w:cs="Times New Roman"/>
          <w:sz w:val="24"/>
          <w:szCs w:val="24"/>
          <w:lang w:val="ru-RU"/>
        </w:rPr>
        <w:t>); выделять</w:t>
      </w:r>
      <w:r w:rsidRPr="00726BFA">
        <w:rPr>
          <w:rFonts w:ascii="Times New Roman" w:hAnsi="Times New Roman" w:cs="Times New Roman"/>
          <w:sz w:val="24"/>
          <w:szCs w:val="24"/>
          <w:lang w:val="ru-RU"/>
        </w:rPr>
        <w:t xml:space="preserve"> в слове окончание;</w:t>
      </w:r>
    </w:p>
    <w:p w14:paraId="157034DA" w14:textId="77777777" w:rsidR="00726BFA" w:rsidRPr="00726BFA" w:rsidRDefault="00726BFA" w:rsidP="00726BFA">
      <w:pPr>
        <w:pStyle w:val="a9"/>
        <w:numPr>
          <w:ilvl w:val="1"/>
          <w:numId w:val="26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6BFA">
        <w:rPr>
          <w:rFonts w:ascii="Times New Roman" w:hAnsi="Times New Roman" w:cs="Times New Roman"/>
          <w:sz w:val="24"/>
          <w:szCs w:val="24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случаи употребления синонимов и антонимов (без называния терминов);</w:t>
      </w:r>
    </w:p>
    <w:p w14:paraId="0CA859AD" w14:textId="35C1A28C" w:rsidR="00726BFA" w:rsidRPr="00726BFA" w:rsidRDefault="00726BFA" w:rsidP="00726BFA">
      <w:pPr>
        <w:pStyle w:val="a9"/>
        <w:numPr>
          <w:ilvl w:val="1"/>
          <w:numId w:val="26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6BFA">
        <w:rPr>
          <w:rFonts w:ascii="Times New Roman" w:hAnsi="Times New Roman" w:cs="Times New Roman"/>
          <w:sz w:val="24"/>
          <w:szCs w:val="24"/>
          <w:lang w:val="ru-RU"/>
        </w:rPr>
        <w:t>распознавать слова, отвечающие на вопросы «кто?»,</w:t>
      </w:r>
      <w:r w:rsidR="00374F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26BFA">
        <w:rPr>
          <w:rFonts w:ascii="Times New Roman" w:hAnsi="Times New Roman" w:cs="Times New Roman"/>
          <w:sz w:val="24"/>
          <w:szCs w:val="24"/>
          <w:lang w:val="ru-RU"/>
        </w:rPr>
        <w:t>«что?»;</w:t>
      </w:r>
    </w:p>
    <w:p w14:paraId="31850A74" w14:textId="77777777" w:rsidR="00726BFA" w:rsidRPr="00726BFA" w:rsidRDefault="00726BFA" w:rsidP="00726BFA">
      <w:pPr>
        <w:pStyle w:val="a9"/>
        <w:numPr>
          <w:ilvl w:val="1"/>
          <w:numId w:val="26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6BFA">
        <w:rPr>
          <w:rFonts w:ascii="Times New Roman" w:hAnsi="Times New Roman" w:cs="Times New Roman"/>
          <w:sz w:val="24"/>
          <w:szCs w:val="24"/>
          <w:lang w:val="ru-RU"/>
        </w:rPr>
        <w:t>распознавать слова, отвечающие на вопросы «что делать?», «что сделать?» и др.;</w:t>
      </w:r>
    </w:p>
    <w:p w14:paraId="57EEDE5A" w14:textId="77777777" w:rsidR="00726BFA" w:rsidRPr="00726BFA" w:rsidRDefault="00726BFA" w:rsidP="00726BFA">
      <w:pPr>
        <w:pStyle w:val="a9"/>
        <w:numPr>
          <w:ilvl w:val="1"/>
          <w:numId w:val="26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6BFA">
        <w:rPr>
          <w:rFonts w:ascii="Times New Roman" w:hAnsi="Times New Roman" w:cs="Times New Roman"/>
          <w:sz w:val="24"/>
          <w:szCs w:val="24"/>
          <w:lang w:val="ru-RU"/>
        </w:rPr>
        <w:t>распознавать слова, отвечающие на вопросы «какой?», «какая?», «какое?», «какие?»;</w:t>
      </w:r>
    </w:p>
    <w:p w14:paraId="01D51737" w14:textId="77777777" w:rsidR="00726BFA" w:rsidRPr="00726BFA" w:rsidRDefault="00726BFA" w:rsidP="00726BFA">
      <w:pPr>
        <w:pStyle w:val="a9"/>
        <w:numPr>
          <w:ilvl w:val="1"/>
          <w:numId w:val="26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6BFA">
        <w:rPr>
          <w:rFonts w:ascii="Times New Roman" w:hAnsi="Times New Roman" w:cs="Times New Roman"/>
          <w:sz w:val="24"/>
          <w:szCs w:val="24"/>
          <w:lang w:val="ru-RU"/>
        </w:rPr>
        <w:t>определять вид предложения по цели высказывания и по эмоциональной окраске;</w:t>
      </w:r>
    </w:p>
    <w:p w14:paraId="66E83766" w14:textId="77777777" w:rsidR="00726BFA" w:rsidRPr="00726BFA" w:rsidRDefault="00726BFA" w:rsidP="00726BFA">
      <w:pPr>
        <w:pStyle w:val="a9"/>
        <w:numPr>
          <w:ilvl w:val="1"/>
          <w:numId w:val="26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6BFA">
        <w:rPr>
          <w:rFonts w:ascii="Times New Roman" w:hAnsi="Times New Roman" w:cs="Times New Roman"/>
          <w:sz w:val="24"/>
          <w:szCs w:val="24"/>
          <w:lang w:val="ru-RU"/>
        </w:rPr>
        <w:t>находить место орфограммы в слове и между словами на изученные правила;</w:t>
      </w:r>
    </w:p>
    <w:p w14:paraId="75A23A84" w14:textId="77777777" w:rsidR="00726BFA" w:rsidRPr="00726BFA" w:rsidRDefault="00726BFA" w:rsidP="00726BFA">
      <w:pPr>
        <w:pStyle w:val="a9"/>
        <w:numPr>
          <w:ilvl w:val="1"/>
          <w:numId w:val="26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6BFA">
        <w:rPr>
          <w:rFonts w:ascii="Times New Roman" w:hAnsi="Times New Roman" w:cs="Times New Roman"/>
          <w:sz w:val="24"/>
          <w:szCs w:val="24"/>
          <w:lang w:val="ru-RU"/>
        </w:rPr>
        <w:t>применять изученные правила правописания, в том числе: сочетания чк, чн, чт; щн, нч;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14:paraId="6BABD176" w14:textId="77777777" w:rsidR="00726BFA" w:rsidRPr="00726BFA" w:rsidRDefault="00726BFA" w:rsidP="00726BFA">
      <w:pPr>
        <w:pStyle w:val="a9"/>
        <w:numPr>
          <w:ilvl w:val="1"/>
          <w:numId w:val="26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6BFA">
        <w:rPr>
          <w:rFonts w:ascii="Times New Roman" w:hAnsi="Times New Roman" w:cs="Times New Roman"/>
          <w:sz w:val="24"/>
          <w:szCs w:val="24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14:paraId="398F9148" w14:textId="77777777" w:rsidR="00726BFA" w:rsidRPr="00726BFA" w:rsidRDefault="00726BFA" w:rsidP="00726BFA">
      <w:pPr>
        <w:pStyle w:val="a9"/>
        <w:numPr>
          <w:ilvl w:val="1"/>
          <w:numId w:val="26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6BFA">
        <w:rPr>
          <w:rFonts w:ascii="Times New Roman" w:hAnsi="Times New Roman" w:cs="Times New Roman"/>
          <w:sz w:val="24"/>
          <w:szCs w:val="24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14:paraId="53C542E8" w14:textId="77777777" w:rsidR="00726BFA" w:rsidRPr="00726BFA" w:rsidRDefault="00726BFA" w:rsidP="00726BFA">
      <w:pPr>
        <w:pStyle w:val="a9"/>
        <w:numPr>
          <w:ilvl w:val="1"/>
          <w:numId w:val="26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6BFA">
        <w:rPr>
          <w:rFonts w:ascii="Times New Roman" w:hAnsi="Times New Roman" w:cs="Times New Roman"/>
          <w:sz w:val="24"/>
          <w:szCs w:val="24"/>
          <w:lang w:val="ru-RU"/>
        </w:rPr>
        <w:t>находить и исправлять ошибки на изученные правила, описки;</w:t>
      </w:r>
    </w:p>
    <w:p w14:paraId="51A4B09F" w14:textId="77777777" w:rsidR="00726BFA" w:rsidRPr="00726BFA" w:rsidRDefault="00726BFA" w:rsidP="00726BFA">
      <w:pPr>
        <w:pStyle w:val="a9"/>
        <w:numPr>
          <w:ilvl w:val="1"/>
          <w:numId w:val="26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6BFA">
        <w:rPr>
          <w:rFonts w:ascii="Times New Roman" w:hAnsi="Times New Roman" w:cs="Times New Roman"/>
          <w:sz w:val="24"/>
          <w:szCs w:val="24"/>
          <w:lang w:val="ru-RU"/>
        </w:rPr>
        <w:t>пользоваться толковым, орфографическим, орфоэпическим словарями учебника;</w:t>
      </w:r>
    </w:p>
    <w:p w14:paraId="3618A4A5" w14:textId="77777777" w:rsidR="00726BFA" w:rsidRPr="00726BFA" w:rsidRDefault="00726BFA" w:rsidP="00726BFA">
      <w:pPr>
        <w:pStyle w:val="a9"/>
        <w:numPr>
          <w:ilvl w:val="1"/>
          <w:numId w:val="26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6BFA">
        <w:rPr>
          <w:rFonts w:ascii="Times New Roman" w:hAnsi="Times New Roman" w:cs="Times New Roman"/>
          <w:sz w:val="24"/>
          <w:szCs w:val="24"/>
          <w:lang w:val="ru-RU"/>
        </w:rPr>
        <w:t>строить устное диалогическое и монологическое высказывание (2—4 предложения на определённую тему, по наблюдениям) с соблюдением орфоэпических норм, правильной ин‐ тонации;</w:t>
      </w:r>
    </w:p>
    <w:p w14:paraId="6A712275" w14:textId="77777777" w:rsidR="00726BFA" w:rsidRPr="00726BFA" w:rsidRDefault="00726BFA" w:rsidP="00726BFA">
      <w:pPr>
        <w:pStyle w:val="a9"/>
        <w:numPr>
          <w:ilvl w:val="1"/>
          <w:numId w:val="26"/>
        </w:numPr>
        <w:ind w:hanging="42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6BFA">
        <w:rPr>
          <w:rFonts w:ascii="Times New Roman" w:hAnsi="Times New Roman" w:cs="Times New Roman"/>
          <w:sz w:val="24"/>
          <w:szCs w:val="24"/>
          <w:lang w:val="ru-RU"/>
        </w:rPr>
        <w:t>формулировать простые выводы на основе прочитанного (услышанного) устно и письменно (1—2 предложения);</w:t>
      </w:r>
    </w:p>
    <w:p w14:paraId="1143DE83" w14:textId="77777777" w:rsidR="00726BFA" w:rsidRPr="00726BFA" w:rsidRDefault="00726BFA" w:rsidP="00726BFA">
      <w:pPr>
        <w:pStyle w:val="a9"/>
        <w:numPr>
          <w:ilvl w:val="1"/>
          <w:numId w:val="26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6BFA">
        <w:rPr>
          <w:rFonts w:ascii="Times New Roman" w:hAnsi="Times New Roman" w:cs="Times New Roman"/>
          <w:sz w:val="24"/>
          <w:szCs w:val="24"/>
          <w:lang w:val="ru-RU"/>
        </w:rPr>
        <w:t>составлять предложения из слов, устанавливая между ними смысловую связь по вопросам;</w:t>
      </w:r>
    </w:p>
    <w:p w14:paraId="73BC12AA" w14:textId="77777777" w:rsidR="00726BFA" w:rsidRPr="00726BFA" w:rsidRDefault="00726BFA" w:rsidP="00726BFA">
      <w:pPr>
        <w:pStyle w:val="a9"/>
        <w:numPr>
          <w:ilvl w:val="1"/>
          <w:numId w:val="26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6BFA">
        <w:rPr>
          <w:rFonts w:ascii="Times New Roman" w:hAnsi="Times New Roman" w:cs="Times New Roman"/>
          <w:sz w:val="24"/>
          <w:szCs w:val="24"/>
          <w:lang w:val="ru-RU"/>
        </w:rPr>
        <w:t>определять тему текста и озаглавливать текст, отражая его тему;</w:t>
      </w:r>
    </w:p>
    <w:p w14:paraId="1125041D" w14:textId="77777777" w:rsidR="00726BFA" w:rsidRPr="00726BFA" w:rsidRDefault="00726BFA" w:rsidP="00726BFA">
      <w:pPr>
        <w:pStyle w:val="a9"/>
        <w:numPr>
          <w:ilvl w:val="1"/>
          <w:numId w:val="26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6BFA">
        <w:rPr>
          <w:rFonts w:ascii="Times New Roman" w:hAnsi="Times New Roman" w:cs="Times New Roman"/>
          <w:sz w:val="24"/>
          <w:szCs w:val="24"/>
          <w:lang w:val="ru-RU"/>
        </w:rPr>
        <w:t>составлять текст из разрозненных предложений, частей текста;</w:t>
      </w:r>
    </w:p>
    <w:p w14:paraId="541B85DB" w14:textId="77777777" w:rsidR="00726BFA" w:rsidRPr="00726BFA" w:rsidRDefault="00726BFA" w:rsidP="00726BFA">
      <w:pPr>
        <w:pStyle w:val="a9"/>
        <w:numPr>
          <w:ilvl w:val="1"/>
          <w:numId w:val="26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6BFA">
        <w:rPr>
          <w:rFonts w:ascii="Times New Roman" w:hAnsi="Times New Roman" w:cs="Times New Roman"/>
          <w:sz w:val="24"/>
          <w:szCs w:val="24"/>
          <w:lang w:val="ru-RU"/>
        </w:rPr>
        <w:t>писать подробное изложение повествовательного текста объёмом 30—45 слов с опорой на вопросы;</w:t>
      </w:r>
    </w:p>
    <w:p w14:paraId="3EEAFAAD" w14:textId="77777777" w:rsidR="00726BFA" w:rsidRPr="00726BFA" w:rsidRDefault="00726BFA" w:rsidP="00726BFA">
      <w:pPr>
        <w:pStyle w:val="a9"/>
        <w:numPr>
          <w:ilvl w:val="1"/>
          <w:numId w:val="26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6BFA">
        <w:rPr>
          <w:rFonts w:ascii="Times New Roman" w:hAnsi="Times New Roman" w:cs="Times New Roman"/>
          <w:sz w:val="24"/>
          <w:szCs w:val="24"/>
          <w:lang w:val="ru-RU"/>
        </w:rPr>
        <w:t>объяснять своими словами значение изученных понятий; использовать изученные понятия.</w:t>
      </w:r>
    </w:p>
    <w:p w14:paraId="0533E50E" w14:textId="77777777" w:rsidR="00726BFA" w:rsidRDefault="00726BFA" w:rsidP="00482F2A">
      <w:pPr>
        <w:pStyle w:val="a9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0676FA03" w14:textId="2B8A4897" w:rsidR="00726BFA" w:rsidRDefault="00726BFA" w:rsidP="00726BFA">
      <w:pPr>
        <w:pStyle w:val="a9"/>
        <w:numPr>
          <w:ilvl w:val="0"/>
          <w:numId w:val="26"/>
        </w:num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класс</w:t>
      </w:r>
    </w:p>
    <w:p w14:paraId="3AB0A30A" w14:textId="77777777" w:rsidR="00726BFA" w:rsidRPr="00726BFA" w:rsidRDefault="00726BFA" w:rsidP="00726BFA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6BFA">
        <w:rPr>
          <w:rFonts w:ascii="Times New Roman" w:hAnsi="Times New Roman" w:cs="Times New Roman"/>
          <w:sz w:val="24"/>
          <w:szCs w:val="24"/>
          <w:lang w:val="ru-RU"/>
        </w:rPr>
        <w:t xml:space="preserve">К концу обучения </w:t>
      </w:r>
      <w:r w:rsidRPr="00374FEA">
        <w:rPr>
          <w:rFonts w:ascii="Times New Roman" w:hAnsi="Times New Roman" w:cs="Times New Roman"/>
          <w:b/>
          <w:bCs/>
          <w:sz w:val="24"/>
          <w:szCs w:val="24"/>
          <w:lang w:val="ru-RU"/>
        </w:rPr>
        <w:t>в третьем классе</w:t>
      </w:r>
      <w:r w:rsidRPr="00726BFA">
        <w:rPr>
          <w:rFonts w:ascii="Times New Roman" w:hAnsi="Times New Roman" w:cs="Times New Roman"/>
          <w:sz w:val="24"/>
          <w:szCs w:val="24"/>
          <w:lang w:val="ru-RU"/>
        </w:rPr>
        <w:t xml:space="preserve"> обучающийся научится:</w:t>
      </w:r>
    </w:p>
    <w:p w14:paraId="256B7C05" w14:textId="40FBCFD9" w:rsidR="00726BFA" w:rsidRPr="00726BFA" w:rsidRDefault="00726BFA" w:rsidP="00726BFA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6BFA">
        <w:rPr>
          <w:rFonts w:ascii="Times New Roman" w:hAnsi="Times New Roman" w:cs="Times New Roman"/>
          <w:sz w:val="24"/>
          <w:szCs w:val="24"/>
          <w:lang w:val="ru-RU"/>
        </w:rPr>
        <w:t>—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26BFA">
        <w:rPr>
          <w:rFonts w:ascii="Times New Roman" w:hAnsi="Times New Roman" w:cs="Times New Roman"/>
          <w:sz w:val="24"/>
          <w:szCs w:val="24"/>
          <w:lang w:val="ru-RU"/>
        </w:rPr>
        <w:t>объяснять значение русского языка как государственного языка Российской Федерации;</w:t>
      </w:r>
    </w:p>
    <w:p w14:paraId="2F2264BA" w14:textId="59051118" w:rsidR="00726BFA" w:rsidRPr="00726BFA" w:rsidRDefault="00726BFA" w:rsidP="00726BFA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6BFA">
        <w:rPr>
          <w:rFonts w:ascii="Times New Roman" w:hAnsi="Times New Roman" w:cs="Times New Roman"/>
          <w:sz w:val="24"/>
          <w:szCs w:val="24"/>
          <w:lang w:val="ru-RU"/>
        </w:rPr>
        <w:t>—</w:t>
      </w:r>
      <w:r w:rsidR="00E1258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26BFA">
        <w:rPr>
          <w:rFonts w:ascii="Times New Roman" w:hAnsi="Times New Roman" w:cs="Times New Roman"/>
          <w:sz w:val="24"/>
          <w:szCs w:val="24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14:paraId="557F0E9B" w14:textId="35CADD60" w:rsidR="00726BFA" w:rsidRPr="00726BFA" w:rsidRDefault="00726BFA" w:rsidP="00726BFA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6BFA">
        <w:rPr>
          <w:rFonts w:ascii="Times New Roman" w:hAnsi="Times New Roman" w:cs="Times New Roman"/>
          <w:sz w:val="24"/>
          <w:szCs w:val="24"/>
          <w:lang w:val="ru-RU"/>
        </w:rPr>
        <w:t>—</w:t>
      </w:r>
      <w:r w:rsidR="00E1258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26BFA">
        <w:rPr>
          <w:rFonts w:ascii="Times New Roman" w:hAnsi="Times New Roman" w:cs="Times New Roman"/>
          <w:sz w:val="24"/>
          <w:szCs w:val="24"/>
          <w:lang w:val="ru-RU"/>
        </w:rPr>
        <w:t>производить звукобуквенный анализ слова (в словах с орфограммами; без транскрибирования);</w:t>
      </w:r>
    </w:p>
    <w:p w14:paraId="066044C0" w14:textId="63B04BCA" w:rsidR="00726BFA" w:rsidRPr="00726BFA" w:rsidRDefault="00726BFA" w:rsidP="00726BFA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6BFA">
        <w:rPr>
          <w:rFonts w:ascii="Times New Roman" w:hAnsi="Times New Roman" w:cs="Times New Roman"/>
          <w:sz w:val="24"/>
          <w:szCs w:val="24"/>
          <w:lang w:val="ru-RU"/>
        </w:rPr>
        <w:t>—</w:t>
      </w:r>
      <w:r w:rsidR="00E1258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26BFA">
        <w:rPr>
          <w:rFonts w:ascii="Times New Roman" w:hAnsi="Times New Roman" w:cs="Times New Roman"/>
          <w:sz w:val="24"/>
          <w:szCs w:val="24"/>
          <w:lang w:val="ru-RU"/>
        </w:rPr>
        <w:t>определять функцию разделительных мягкого и твёрдого знаков в словах;</w:t>
      </w:r>
    </w:p>
    <w:p w14:paraId="363A3791" w14:textId="4342F572" w:rsidR="00726BFA" w:rsidRPr="00726BFA" w:rsidRDefault="00726BFA" w:rsidP="00726BFA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6BFA">
        <w:rPr>
          <w:rFonts w:ascii="Times New Roman" w:hAnsi="Times New Roman" w:cs="Times New Roman"/>
          <w:sz w:val="24"/>
          <w:szCs w:val="24"/>
          <w:lang w:val="ru-RU"/>
        </w:rPr>
        <w:t>—</w:t>
      </w:r>
      <w:r w:rsidR="00E1258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26BFA">
        <w:rPr>
          <w:rFonts w:ascii="Times New Roman" w:hAnsi="Times New Roman" w:cs="Times New Roman"/>
          <w:sz w:val="24"/>
          <w:szCs w:val="24"/>
          <w:lang w:val="ru-RU"/>
        </w:rPr>
        <w:t>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</w:p>
    <w:p w14:paraId="727289E4" w14:textId="7153AEBB" w:rsidR="00726BFA" w:rsidRPr="00726BFA" w:rsidRDefault="00726BFA" w:rsidP="00726BFA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6BFA">
        <w:rPr>
          <w:rFonts w:ascii="Times New Roman" w:hAnsi="Times New Roman" w:cs="Times New Roman"/>
          <w:sz w:val="24"/>
          <w:szCs w:val="24"/>
          <w:lang w:val="ru-RU"/>
        </w:rPr>
        <w:t>—</w:t>
      </w:r>
      <w:r w:rsidR="00E1258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26BFA">
        <w:rPr>
          <w:rFonts w:ascii="Times New Roman" w:hAnsi="Times New Roman" w:cs="Times New Roman"/>
          <w:sz w:val="24"/>
          <w:szCs w:val="24"/>
          <w:lang w:val="ru-RU"/>
        </w:rPr>
        <w:t>различать однокоренные слова и формы одного и того же слова;</w:t>
      </w:r>
    </w:p>
    <w:p w14:paraId="2F20F653" w14:textId="1FAB8EA4" w:rsidR="00726BFA" w:rsidRPr="00726BFA" w:rsidRDefault="00726BFA" w:rsidP="00726BFA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6BFA">
        <w:rPr>
          <w:rFonts w:ascii="Times New Roman" w:hAnsi="Times New Roman" w:cs="Times New Roman"/>
          <w:sz w:val="24"/>
          <w:szCs w:val="24"/>
          <w:lang w:val="ru-RU"/>
        </w:rPr>
        <w:lastRenderedPageBreak/>
        <w:t>—</w:t>
      </w:r>
      <w:r w:rsidR="00E1258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26BFA">
        <w:rPr>
          <w:rFonts w:ascii="Times New Roman" w:hAnsi="Times New Roman" w:cs="Times New Roman"/>
          <w:sz w:val="24"/>
          <w:szCs w:val="24"/>
          <w:lang w:val="ru-RU"/>
        </w:rPr>
        <w:t>различать однокоренные слова и слова с омонимичными корнями (без называния термина);</w:t>
      </w:r>
    </w:p>
    <w:p w14:paraId="1E96A9CB" w14:textId="7C8E9B7F" w:rsidR="00726BFA" w:rsidRPr="00726BFA" w:rsidRDefault="00726BFA" w:rsidP="00726BFA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6BFA">
        <w:rPr>
          <w:rFonts w:ascii="Times New Roman" w:hAnsi="Times New Roman" w:cs="Times New Roman"/>
          <w:sz w:val="24"/>
          <w:szCs w:val="24"/>
          <w:lang w:val="ru-RU"/>
        </w:rPr>
        <w:t>—</w:t>
      </w:r>
      <w:r w:rsidR="00E1258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26BFA">
        <w:rPr>
          <w:rFonts w:ascii="Times New Roman" w:hAnsi="Times New Roman" w:cs="Times New Roman"/>
          <w:sz w:val="24"/>
          <w:szCs w:val="24"/>
          <w:lang w:val="ru-RU"/>
        </w:rPr>
        <w:t>различать однокоренные слова и синонимы;</w:t>
      </w:r>
    </w:p>
    <w:p w14:paraId="14FC89D8" w14:textId="7F75936A" w:rsidR="00726BFA" w:rsidRPr="00726BFA" w:rsidRDefault="00726BFA" w:rsidP="00726BFA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6BFA">
        <w:rPr>
          <w:rFonts w:ascii="Times New Roman" w:hAnsi="Times New Roman" w:cs="Times New Roman"/>
          <w:sz w:val="24"/>
          <w:szCs w:val="24"/>
          <w:lang w:val="ru-RU"/>
        </w:rPr>
        <w:t>—</w:t>
      </w:r>
      <w:r w:rsidR="00E1258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26BFA">
        <w:rPr>
          <w:rFonts w:ascii="Times New Roman" w:hAnsi="Times New Roman" w:cs="Times New Roman"/>
          <w:sz w:val="24"/>
          <w:szCs w:val="24"/>
          <w:lang w:val="ru-RU"/>
        </w:rPr>
        <w:t>находить в словах с однозначно выделяемыми морфемами окончание, корень, приставку, суффикс;</w:t>
      </w:r>
    </w:p>
    <w:p w14:paraId="3740E6AE" w14:textId="4AD04B09" w:rsidR="00726BFA" w:rsidRPr="00726BFA" w:rsidRDefault="00726BFA" w:rsidP="00726BFA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6BFA">
        <w:rPr>
          <w:rFonts w:ascii="Times New Roman" w:hAnsi="Times New Roman" w:cs="Times New Roman"/>
          <w:sz w:val="24"/>
          <w:szCs w:val="24"/>
          <w:lang w:val="ru-RU"/>
        </w:rPr>
        <w:t>—</w:t>
      </w:r>
      <w:r w:rsidR="00E1258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26BFA">
        <w:rPr>
          <w:rFonts w:ascii="Times New Roman" w:hAnsi="Times New Roman" w:cs="Times New Roman"/>
          <w:sz w:val="24"/>
          <w:szCs w:val="24"/>
          <w:lang w:val="ru-RU"/>
        </w:rPr>
        <w:t>выявлять случаи употребления синонимов и антонимов; подбирать синонимы и антонимы к словам разных частей речи;</w:t>
      </w:r>
    </w:p>
    <w:p w14:paraId="4FDE786D" w14:textId="050E89D7" w:rsidR="00726BFA" w:rsidRPr="00726BFA" w:rsidRDefault="00726BFA" w:rsidP="00726BFA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6BFA">
        <w:rPr>
          <w:rFonts w:ascii="Times New Roman" w:hAnsi="Times New Roman" w:cs="Times New Roman"/>
          <w:sz w:val="24"/>
          <w:szCs w:val="24"/>
          <w:lang w:val="ru-RU"/>
        </w:rPr>
        <w:t>—</w:t>
      </w:r>
      <w:r w:rsidR="00E1258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26BFA">
        <w:rPr>
          <w:rFonts w:ascii="Times New Roman" w:hAnsi="Times New Roman" w:cs="Times New Roman"/>
          <w:sz w:val="24"/>
          <w:szCs w:val="24"/>
          <w:lang w:val="ru-RU"/>
        </w:rPr>
        <w:t>распознавать слова, употреблённые в прямом и переносном значении (простые случаи);</w:t>
      </w:r>
    </w:p>
    <w:p w14:paraId="24BED7EC" w14:textId="0DEE0C70" w:rsidR="00726BFA" w:rsidRPr="00726BFA" w:rsidRDefault="00726BFA" w:rsidP="00726BFA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6BFA">
        <w:rPr>
          <w:rFonts w:ascii="Times New Roman" w:hAnsi="Times New Roman" w:cs="Times New Roman"/>
          <w:sz w:val="24"/>
          <w:szCs w:val="24"/>
          <w:lang w:val="ru-RU"/>
        </w:rPr>
        <w:t>—</w:t>
      </w:r>
      <w:r w:rsidR="00E1258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26BFA">
        <w:rPr>
          <w:rFonts w:ascii="Times New Roman" w:hAnsi="Times New Roman" w:cs="Times New Roman"/>
          <w:sz w:val="24"/>
          <w:szCs w:val="24"/>
          <w:lang w:val="ru-RU"/>
        </w:rPr>
        <w:t>определять значение слова в тексте;</w:t>
      </w:r>
    </w:p>
    <w:p w14:paraId="486E48E8" w14:textId="390C1D65" w:rsidR="00726BFA" w:rsidRPr="00726BFA" w:rsidRDefault="00726BFA" w:rsidP="00726BFA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6BFA">
        <w:rPr>
          <w:rFonts w:ascii="Times New Roman" w:hAnsi="Times New Roman" w:cs="Times New Roman"/>
          <w:sz w:val="24"/>
          <w:szCs w:val="24"/>
          <w:lang w:val="ru-RU"/>
        </w:rPr>
        <w:t>—</w:t>
      </w:r>
      <w:r w:rsidR="00E1258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26BFA">
        <w:rPr>
          <w:rFonts w:ascii="Times New Roman" w:hAnsi="Times New Roman" w:cs="Times New Roman"/>
          <w:sz w:val="24"/>
          <w:szCs w:val="24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14:paraId="49EFD3C2" w14:textId="770A8D54" w:rsidR="00726BFA" w:rsidRPr="00726BFA" w:rsidRDefault="00726BFA" w:rsidP="00726BFA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6BFA">
        <w:rPr>
          <w:rFonts w:ascii="Times New Roman" w:hAnsi="Times New Roman" w:cs="Times New Roman"/>
          <w:sz w:val="24"/>
          <w:szCs w:val="24"/>
          <w:lang w:val="ru-RU"/>
        </w:rPr>
        <w:t>—</w:t>
      </w:r>
      <w:r w:rsidR="00E1258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26BFA">
        <w:rPr>
          <w:rFonts w:ascii="Times New Roman" w:hAnsi="Times New Roman" w:cs="Times New Roman"/>
          <w:sz w:val="24"/>
          <w:szCs w:val="24"/>
          <w:lang w:val="ru-RU"/>
        </w:rPr>
        <w:t>распознавать имена прилагательные; определять грамматические признаки имён прилагательных: род, число, падеж; 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14:paraId="109B8D66" w14:textId="359226BA" w:rsidR="00726BFA" w:rsidRPr="00726BFA" w:rsidRDefault="00726BFA" w:rsidP="00726BFA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6BFA">
        <w:rPr>
          <w:rFonts w:ascii="Times New Roman" w:hAnsi="Times New Roman" w:cs="Times New Roman"/>
          <w:sz w:val="24"/>
          <w:szCs w:val="24"/>
          <w:lang w:val="ru-RU"/>
        </w:rPr>
        <w:t>—</w:t>
      </w:r>
      <w:r w:rsidR="00E1258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26BFA">
        <w:rPr>
          <w:rFonts w:ascii="Times New Roman" w:hAnsi="Times New Roman" w:cs="Times New Roman"/>
          <w:sz w:val="24"/>
          <w:szCs w:val="24"/>
          <w:lang w:val="ru-RU"/>
        </w:rPr>
        <w:t>распознавать глаголы; различать глаголы, отвечающие на вопросы «что делать?» и «что сделать?»;</w:t>
      </w:r>
    </w:p>
    <w:p w14:paraId="3A8C4651" w14:textId="5009C868" w:rsidR="00726BFA" w:rsidRPr="00726BFA" w:rsidRDefault="00726BFA" w:rsidP="00726BFA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6BFA">
        <w:rPr>
          <w:rFonts w:ascii="Times New Roman" w:hAnsi="Times New Roman" w:cs="Times New Roman"/>
          <w:sz w:val="24"/>
          <w:szCs w:val="24"/>
          <w:lang w:val="ru-RU"/>
        </w:rPr>
        <w:t>—</w:t>
      </w:r>
      <w:r w:rsidR="00E1258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26BFA">
        <w:rPr>
          <w:rFonts w:ascii="Times New Roman" w:hAnsi="Times New Roman" w:cs="Times New Roman"/>
          <w:sz w:val="24"/>
          <w:szCs w:val="24"/>
          <w:lang w:val="ru-RU"/>
        </w:rPr>
        <w:t>определять грамматические признаки глаголов: форму времени, число, род (в прошедшем времени);</w:t>
      </w:r>
    </w:p>
    <w:p w14:paraId="3272571C" w14:textId="78459E08" w:rsidR="00726BFA" w:rsidRPr="00726BFA" w:rsidRDefault="00726BFA" w:rsidP="00726BFA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6BFA">
        <w:rPr>
          <w:rFonts w:ascii="Times New Roman" w:hAnsi="Times New Roman" w:cs="Times New Roman"/>
          <w:sz w:val="24"/>
          <w:szCs w:val="24"/>
          <w:lang w:val="ru-RU"/>
        </w:rPr>
        <w:t>—</w:t>
      </w:r>
      <w:r w:rsidR="00E1258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26BFA">
        <w:rPr>
          <w:rFonts w:ascii="Times New Roman" w:hAnsi="Times New Roman" w:cs="Times New Roman"/>
          <w:sz w:val="24"/>
          <w:szCs w:val="24"/>
          <w:lang w:val="ru-RU"/>
        </w:rPr>
        <w:t>изменять глагол по временам (простые случаи), в прошедшем времени — по родам;</w:t>
      </w:r>
    </w:p>
    <w:p w14:paraId="6784A429" w14:textId="3DBC3FB8" w:rsidR="00726BFA" w:rsidRPr="00726BFA" w:rsidRDefault="00726BFA" w:rsidP="00726BFA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6BFA">
        <w:rPr>
          <w:rFonts w:ascii="Times New Roman" w:hAnsi="Times New Roman" w:cs="Times New Roman"/>
          <w:sz w:val="24"/>
          <w:szCs w:val="24"/>
          <w:lang w:val="ru-RU"/>
        </w:rPr>
        <w:t>—</w:t>
      </w:r>
      <w:r w:rsidR="00E1258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26BFA">
        <w:rPr>
          <w:rFonts w:ascii="Times New Roman" w:hAnsi="Times New Roman" w:cs="Times New Roman"/>
          <w:sz w:val="24"/>
          <w:szCs w:val="24"/>
          <w:lang w:val="ru-RU"/>
        </w:rPr>
        <w:t>распознавать личные местоимения (в начальной форме);</w:t>
      </w:r>
    </w:p>
    <w:p w14:paraId="669AB4AD" w14:textId="69B68635" w:rsidR="00726BFA" w:rsidRPr="00726BFA" w:rsidRDefault="00726BFA" w:rsidP="00726BFA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6BFA">
        <w:rPr>
          <w:rFonts w:ascii="Times New Roman" w:hAnsi="Times New Roman" w:cs="Times New Roman"/>
          <w:sz w:val="24"/>
          <w:szCs w:val="24"/>
          <w:lang w:val="ru-RU"/>
        </w:rPr>
        <w:t>—</w:t>
      </w:r>
      <w:r w:rsidR="00E1258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26BFA">
        <w:rPr>
          <w:rFonts w:ascii="Times New Roman" w:hAnsi="Times New Roman" w:cs="Times New Roman"/>
          <w:sz w:val="24"/>
          <w:szCs w:val="24"/>
          <w:lang w:val="ru-RU"/>
        </w:rPr>
        <w:t>использовать личные местоимения для устранения неоправданных повторов в тексте;</w:t>
      </w:r>
    </w:p>
    <w:p w14:paraId="58122D62" w14:textId="440B933C" w:rsidR="00726BFA" w:rsidRPr="00726BFA" w:rsidRDefault="00726BFA" w:rsidP="00726BFA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6BFA">
        <w:rPr>
          <w:rFonts w:ascii="Times New Roman" w:hAnsi="Times New Roman" w:cs="Times New Roman"/>
          <w:sz w:val="24"/>
          <w:szCs w:val="24"/>
          <w:lang w:val="ru-RU"/>
        </w:rPr>
        <w:t>—</w:t>
      </w:r>
      <w:r w:rsidR="00E1258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26BFA">
        <w:rPr>
          <w:rFonts w:ascii="Times New Roman" w:hAnsi="Times New Roman" w:cs="Times New Roman"/>
          <w:sz w:val="24"/>
          <w:szCs w:val="24"/>
          <w:lang w:val="ru-RU"/>
        </w:rPr>
        <w:t>различать предлоги и приставки;</w:t>
      </w:r>
    </w:p>
    <w:p w14:paraId="4C63EEF4" w14:textId="54FACC21" w:rsidR="00726BFA" w:rsidRPr="00726BFA" w:rsidRDefault="00726BFA" w:rsidP="00726BFA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6BFA">
        <w:rPr>
          <w:rFonts w:ascii="Times New Roman" w:hAnsi="Times New Roman" w:cs="Times New Roman"/>
          <w:sz w:val="24"/>
          <w:szCs w:val="24"/>
          <w:lang w:val="ru-RU"/>
        </w:rPr>
        <w:t>—</w:t>
      </w:r>
      <w:r w:rsidR="00E1258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26BFA">
        <w:rPr>
          <w:rFonts w:ascii="Times New Roman" w:hAnsi="Times New Roman" w:cs="Times New Roman"/>
          <w:sz w:val="24"/>
          <w:szCs w:val="24"/>
          <w:lang w:val="ru-RU"/>
        </w:rPr>
        <w:t>определять вид предложения по цели высказывания и по эмоциональной окраске;</w:t>
      </w:r>
    </w:p>
    <w:p w14:paraId="30D2E520" w14:textId="2A51416E" w:rsidR="00726BFA" w:rsidRPr="00726BFA" w:rsidRDefault="00726BFA" w:rsidP="00726BFA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6BFA">
        <w:rPr>
          <w:rFonts w:ascii="Times New Roman" w:hAnsi="Times New Roman" w:cs="Times New Roman"/>
          <w:sz w:val="24"/>
          <w:szCs w:val="24"/>
          <w:lang w:val="ru-RU"/>
        </w:rPr>
        <w:t>—</w:t>
      </w:r>
      <w:r w:rsidR="00E1258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26BFA">
        <w:rPr>
          <w:rFonts w:ascii="Times New Roman" w:hAnsi="Times New Roman" w:cs="Times New Roman"/>
          <w:sz w:val="24"/>
          <w:szCs w:val="24"/>
          <w:lang w:val="ru-RU"/>
        </w:rPr>
        <w:t>находить главные и второстепенные (без деления на виды) члены предложения;</w:t>
      </w:r>
    </w:p>
    <w:p w14:paraId="25ACD857" w14:textId="03ED0326" w:rsidR="00726BFA" w:rsidRPr="00726BFA" w:rsidRDefault="00726BFA" w:rsidP="00726BFA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6BFA">
        <w:rPr>
          <w:rFonts w:ascii="Times New Roman" w:hAnsi="Times New Roman" w:cs="Times New Roman"/>
          <w:sz w:val="24"/>
          <w:szCs w:val="24"/>
          <w:lang w:val="ru-RU"/>
        </w:rPr>
        <w:t>—</w:t>
      </w:r>
      <w:r w:rsidR="00E1258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26BFA">
        <w:rPr>
          <w:rFonts w:ascii="Times New Roman" w:hAnsi="Times New Roman" w:cs="Times New Roman"/>
          <w:sz w:val="24"/>
          <w:szCs w:val="24"/>
          <w:lang w:val="ru-RU"/>
        </w:rPr>
        <w:t>распознавать распространённые и нераспространённые предложения;</w:t>
      </w:r>
    </w:p>
    <w:p w14:paraId="72F441AB" w14:textId="7BA7CA14" w:rsidR="00726BFA" w:rsidRPr="00726BFA" w:rsidRDefault="00726BFA" w:rsidP="00726BFA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6BFA">
        <w:rPr>
          <w:rFonts w:ascii="Times New Roman" w:hAnsi="Times New Roman" w:cs="Times New Roman"/>
          <w:sz w:val="24"/>
          <w:szCs w:val="24"/>
          <w:lang w:val="ru-RU"/>
        </w:rPr>
        <w:t>—</w:t>
      </w:r>
      <w:r w:rsidR="00E1258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26BFA">
        <w:rPr>
          <w:rFonts w:ascii="Times New Roman" w:hAnsi="Times New Roman" w:cs="Times New Roman"/>
          <w:sz w:val="24"/>
          <w:szCs w:val="24"/>
          <w:lang w:val="ru-RU"/>
        </w:rPr>
        <w:t>находить место орфограммы в слове и между словами на изученные правила;</w:t>
      </w:r>
    </w:p>
    <w:p w14:paraId="1F882294" w14:textId="7E45F7B7" w:rsidR="00726BFA" w:rsidRPr="00726BFA" w:rsidRDefault="00726BFA" w:rsidP="00726BFA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6BFA">
        <w:rPr>
          <w:rFonts w:ascii="Times New Roman" w:hAnsi="Times New Roman" w:cs="Times New Roman"/>
          <w:sz w:val="24"/>
          <w:szCs w:val="24"/>
          <w:lang w:val="ru-RU"/>
        </w:rPr>
        <w:t>—</w:t>
      </w:r>
      <w:r w:rsidR="00E1258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26BFA">
        <w:rPr>
          <w:rFonts w:ascii="Times New Roman" w:hAnsi="Times New Roman" w:cs="Times New Roman"/>
          <w:sz w:val="24"/>
          <w:szCs w:val="24"/>
          <w:lang w:val="ru-RU"/>
        </w:rPr>
        <w:t>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</w:p>
    <w:p w14:paraId="44D40ED1" w14:textId="3DE9E8C4" w:rsidR="00726BFA" w:rsidRPr="00726BFA" w:rsidRDefault="00726BFA" w:rsidP="00726BFA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6BFA">
        <w:rPr>
          <w:rFonts w:ascii="Times New Roman" w:hAnsi="Times New Roman" w:cs="Times New Roman"/>
          <w:sz w:val="24"/>
          <w:szCs w:val="24"/>
          <w:lang w:val="ru-RU"/>
        </w:rPr>
        <w:t>—</w:t>
      </w:r>
      <w:r w:rsidR="00E1258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26BFA">
        <w:rPr>
          <w:rFonts w:ascii="Times New Roman" w:hAnsi="Times New Roman" w:cs="Times New Roman"/>
          <w:sz w:val="24"/>
          <w:szCs w:val="24"/>
          <w:lang w:val="ru-RU"/>
        </w:rPr>
        <w:t>правильно списывать слова, предложения, тексты объёмом не более 70 слов;</w:t>
      </w:r>
    </w:p>
    <w:p w14:paraId="1649419E" w14:textId="23658DB0" w:rsidR="00726BFA" w:rsidRPr="00726BFA" w:rsidRDefault="00726BFA" w:rsidP="00726BFA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6BFA">
        <w:rPr>
          <w:rFonts w:ascii="Times New Roman" w:hAnsi="Times New Roman" w:cs="Times New Roman"/>
          <w:sz w:val="24"/>
          <w:szCs w:val="24"/>
          <w:lang w:val="ru-RU"/>
        </w:rPr>
        <w:t>—</w:t>
      </w:r>
      <w:r w:rsidR="00E1258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26BFA">
        <w:rPr>
          <w:rFonts w:ascii="Times New Roman" w:hAnsi="Times New Roman" w:cs="Times New Roman"/>
          <w:sz w:val="24"/>
          <w:szCs w:val="24"/>
          <w:lang w:val="ru-RU"/>
        </w:rPr>
        <w:t>писать под диктовку тексты объёмом не более 65 слов с учётом изученных правил правописания;</w:t>
      </w:r>
    </w:p>
    <w:p w14:paraId="13670E23" w14:textId="3D0943C4" w:rsidR="00726BFA" w:rsidRPr="00726BFA" w:rsidRDefault="00726BFA" w:rsidP="00726BFA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6BFA">
        <w:rPr>
          <w:rFonts w:ascii="Times New Roman" w:hAnsi="Times New Roman" w:cs="Times New Roman"/>
          <w:sz w:val="24"/>
          <w:szCs w:val="24"/>
          <w:lang w:val="ru-RU"/>
        </w:rPr>
        <w:t>—</w:t>
      </w:r>
      <w:r w:rsidR="00E1258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26BFA">
        <w:rPr>
          <w:rFonts w:ascii="Times New Roman" w:hAnsi="Times New Roman" w:cs="Times New Roman"/>
          <w:sz w:val="24"/>
          <w:szCs w:val="24"/>
          <w:lang w:val="ru-RU"/>
        </w:rPr>
        <w:t>находить и исправлять ошибки на изученные правила, описки;</w:t>
      </w:r>
    </w:p>
    <w:p w14:paraId="73960FFB" w14:textId="7BBA9D22" w:rsidR="00726BFA" w:rsidRPr="00726BFA" w:rsidRDefault="00726BFA" w:rsidP="00726BFA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6BFA">
        <w:rPr>
          <w:rFonts w:ascii="Times New Roman" w:hAnsi="Times New Roman" w:cs="Times New Roman"/>
          <w:sz w:val="24"/>
          <w:szCs w:val="24"/>
          <w:lang w:val="ru-RU"/>
        </w:rPr>
        <w:t>—</w:t>
      </w:r>
      <w:r w:rsidR="00E1258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26BFA">
        <w:rPr>
          <w:rFonts w:ascii="Times New Roman" w:hAnsi="Times New Roman" w:cs="Times New Roman"/>
          <w:sz w:val="24"/>
          <w:szCs w:val="24"/>
          <w:lang w:val="ru-RU"/>
        </w:rPr>
        <w:t>понимать тексты разных типов, находить в тексте заданную информацию;</w:t>
      </w:r>
    </w:p>
    <w:p w14:paraId="5EF00405" w14:textId="2DAAA23B" w:rsidR="00726BFA" w:rsidRPr="00726BFA" w:rsidRDefault="00726BFA" w:rsidP="00726BFA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6BFA">
        <w:rPr>
          <w:rFonts w:ascii="Times New Roman" w:hAnsi="Times New Roman" w:cs="Times New Roman"/>
          <w:sz w:val="24"/>
          <w:szCs w:val="24"/>
          <w:lang w:val="ru-RU"/>
        </w:rPr>
        <w:t>—</w:t>
      </w:r>
      <w:r w:rsidR="00E1258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26BFA">
        <w:rPr>
          <w:rFonts w:ascii="Times New Roman" w:hAnsi="Times New Roman" w:cs="Times New Roman"/>
          <w:sz w:val="24"/>
          <w:szCs w:val="24"/>
          <w:lang w:val="ru-RU"/>
        </w:rPr>
        <w:t>формулировать простые выводы на основе прочитанной (услышанной) информации устно и письменно (1—2 предложения);</w:t>
      </w:r>
    </w:p>
    <w:p w14:paraId="38D72D20" w14:textId="5D1F6A9C" w:rsidR="00726BFA" w:rsidRPr="00726BFA" w:rsidRDefault="00726BFA" w:rsidP="00726BFA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6BFA">
        <w:rPr>
          <w:rFonts w:ascii="Times New Roman" w:hAnsi="Times New Roman" w:cs="Times New Roman"/>
          <w:sz w:val="24"/>
          <w:szCs w:val="24"/>
          <w:lang w:val="ru-RU"/>
        </w:rPr>
        <w:t>—</w:t>
      </w:r>
      <w:r w:rsidR="00E1258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26BFA">
        <w:rPr>
          <w:rFonts w:ascii="Times New Roman" w:hAnsi="Times New Roman" w:cs="Times New Roman"/>
          <w:sz w:val="24"/>
          <w:szCs w:val="24"/>
          <w:lang w:val="ru-RU"/>
        </w:rPr>
        <w:t>строить устное диалогическое и монологическое высказывание (3—5 предложений на определённую тему, по наблюдениям) с соблюдением орфоэпических норм, правильной ин‐ тонации;</w:t>
      </w:r>
    </w:p>
    <w:p w14:paraId="31EB0163" w14:textId="3D531971" w:rsidR="00726BFA" w:rsidRPr="00726BFA" w:rsidRDefault="00726BFA" w:rsidP="00726BFA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6BFA">
        <w:rPr>
          <w:rFonts w:ascii="Times New Roman" w:hAnsi="Times New Roman" w:cs="Times New Roman"/>
          <w:sz w:val="24"/>
          <w:szCs w:val="24"/>
          <w:lang w:val="ru-RU"/>
        </w:rPr>
        <w:t>—</w:t>
      </w:r>
      <w:r w:rsidR="00E1258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26BFA">
        <w:rPr>
          <w:rFonts w:ascii="Times New Roman" w:hAnsi="Times New Roman" w:cs="Times New Roman"/>
          <w:sz w:val="24"/>
          <w:szCs w:val="24"/>
          <w:lang w:val="ru-RU"/>
        </w:rPr>
        <w:t>создавать небольшие устные и письменные тексты (2—4 предложения), содержащие приглашение, просьбу, извинение, благодарность, отказ, с использованием норм речевого этикета;</w:t>
      </w:r>
    </w:p>
    <w:p w14:paraId="1FA107DC" w14:textId="08475B49" w:rsidR="00726BFA" w:rsidRPr="00726BFA" w:rsidRDefault="00726BFA" w:rsidP="00726BFA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6BFA">
        <w:rPr>
          <w:rFonts w:ascii="Times New Roman" w:hAnsi="Times New Roman" w:cs="Times New Roman"/>
          <w:sz w:val="24"/>
          <w:szCs w:val="24"/>
          <w:lang w:val="ru-RU"/>
        </w:rPr>
        <w:t>—</w:t>
      </w:r>
      <w:r w:rsidR="00E1258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26BFA">
        <w:rPr>
          <w:rFonts w:ascii="Times New Roman" w:hAnsi="Times New Roman" w:cs="Times New Roman"/>
          <w:sz w:val="24"/>
          <w:szCs w:val="24"/>
          <w:lang w:val="ru-RU"/>
        </w:rPr>
        <w:t>определять связь предложений в тексте (с помощью личных местоимений, синонимов, союзов и, а, но);</w:t>
      </w:r>
    </w:p>
    <w:p w14:paraId="7FB7550A" w14:textId="0B137113" w:rsidR="00726BFA" w:rsidRPr="00726BFA" w:rsidRDefault="00726BFA" w:rsidP="00726BFA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6BFA">
        <w:rPr>
          <w:rFonts w:ascii="Times New Roman" w:hAnsi="Times New Roman" w:cs="Times New Roman"/>
          <w:sz w:val="24"/>
          <w:szCs w:val="24"/>
          <w:lang w:val="ru-RU"/>
        </w:rPr>
        <w:t>—</w:t>
      </w:r>
      <w:r w:rsidR="00E1258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26BFA">
        <w:rPr>
          <w:rFonts w:ascii="Times New Roman" w:hAnsi="Times New Roman" w:cs="Times New Roman"/>
          <w:sz w:val="24"/>
          <w:szCs w:val="24"/>
          <w:lang w:val="ru-RU"/>
        </w:rPr>
        <w:t>определять ключевые слова в тексте;</w:t>
      </w:r>
    </w:p>
    <w:p w14:paraId="374663D5" w14:textId="1C6A76B2" w:rsidR="00726BFA" w:rsidRPr="00726BFA" w:rsidRDefault="00726BFA" w:rsidP="00726BFA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6BFA">
        <w:rPr>
          <w:rFonts w:ascii="Times New Roman" w:hAnsi="Times New Roman" w:cs="Times New Roman"/>
          <w:sz w:val="24"/>
          <w:szCs w:val="24"/>
          <w:lang w:val="ru-RU"/>
        </w:rPr>
        <w:t>—</w:t>
      </w:r>
      <w:r w:rsidR="00E1258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26BFA">
        <w:rPr>
          <w:rFonts w:ascii="Times New Roman" w:hAnsi="Times New Roman" w:cs="Times New Roman"/>
          <w:sz w:val="24"/>
          <w:szCs w:val="24"/>
          <w:lang w:val="ru-RU"/>
        </w:rPr>
        <w:t>определять тему текста и основную мысль текста;</w:t>
      </w:r>
    </w:p>
    <w:p w14:paraId="2270BE51" w14:textId="43911A09" w:rsidR="00726BFA" w:rsidRPr="00726BFA" w:rsidRDefault="00726BFA" w:rsidP="00726BFA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6BFA">
        <w:rPr>
          <w:rFonts w:ascii="Times New Roman" w:hAnsi="Times New Roman" w:cs="Times New Roman"/>
          <w:sz w:val="24"/>
          <w:szCs w:val="24"/>
          <w:lang w:val="ru-RU"/>
        </w:rPr>
        <w:t>—</w:t>
      </w:r>
      <w:r w:rsidR="00E1258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26BFA">
        <w:rPr>
          <w:rFonts w:ascii="Times New Roman" w:hAnsi="Times New Roman" w:cs="Times New Roman"/>
          <w:sz w:val="24"/>
          <w:szCs w:val="24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14:paraId="5A41FE65" w14:textId="1C612690" w:rsidR="00726BFA" w:rsidRPr="00726BFA" w:rsidRDefault="00726BFA" w:rsidP="00726BFA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6BFA">
        <w:rPr>
          <w:rFonts w:ascii="Times New Roman" w:hAnsi="Times New Roman" w:cs="Times New Roman"/>
          <w:sz w:val="24"/>
          <w:szCs w:val="24"/>
          <w:lang w:val="ru-RU"/>
        </w:rPr>
        <w:t>—</w:t>
      </w:r>
      <w:r w:rsidR="00E1258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26BFA">
        <w:rPr>
          <w:rFonts w:ascii="Times New Roman" w:hAnsi="Times New Roman" w:cs="Times New Roman"/>
          <w:sz w:val="24"/>
          <w:szCs w:val="24"/>
          <w:lang w:val="ru-RU"/>
        </w:rPr>
        <w:t>составлять план текста, создавать по нему текст и корректировать текст;</w:t>
      </w:r>
    </w:p>
    <w:p w14:paraId="30C941C8" w14:textId="6C8B695E" w:rsidR="00726BFA" w:rsidRPr="00726BFA" w:rsidRDefault="00726BFA" w:rsidP="00726BFA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6BFA">
        <w:rPr>
          <w:rFonts w:ascii="Times New Roman" w:hAnsi="Times New Roman" w:cs="Times New Roman"/>
          <w:sz w:val="24"/>
          <w:szCs w:val="24"/>
          <w:lang w:val="ru-RU"/>
        </w:rPr>
        <w:t>—</w:t>
      </w:r>
      <w:r w:rsidR="00E1258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26BFA">
        <w:rPr>
          <w:rFonts w:ascii="Times New Roman" w:hAnsi="Times New Roman" w:cs="Times New Roman"/>
          <w:sz w:val="24"/>
          <w:szCs w:val="24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14:paraId="33ED6E5F" w14:textId="71A391E4" w:rsidR="00726BFA" w:rsidRPr="00726BFA" w:rsidRDefault="00726BFA" w:rsidP="00726BFA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6BFA">
        <w:rPr>
          <w:rFonts w:ascii="Times New Roman" w:hAnsi="Times New Roman" w:cs="Times New Roman"/>
          <w:sz w:val="24"/>
          <w:szCs w:val="24"/>
          <w:lang w:val="ru-RU"/>
        </w:rPr>
        <w:t>—</w:t>
      </w:r>
      <w:r w:rsidR="00E1258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26BFA">
        <w:rPr>
          <w:rFonts w:ascii="Times New Roman" w:hAnsi="Times New Roman" w:cs="Times New Roman"/>
          <w:sz w:val="24"/>
          <w:szCs w:val="24"/>
          <w:lang w:val="ru-RU"/>
        </w:rPr>
        <w:t>объяснять своими словами значение изученных понятий, использовать изученные понятия;</w:t>
      </w:r>
    </w:p>
    <w:p w14:paraId="6B04A066" w14:textId="5605A0E1" w:rsidR="00726BFA" w:rsidRDefault="00726BFA" w:rsidP="00726BFA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6BFA">
        <w:rPr>
          <w:rFonts w:ascii="Times New Roman" w:hAnsi="Times New Roman" w:cs="Times New Roman"/>
          <w:sz w:val="24"/>
          <w:szCs w:val="24"/>
          <w:lang w:val="ru-RU"/>
        </w:rPr>
        <w:t>—</w:t>
      </w:r>
      <w:r w:rsidR="00E1258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26BFA">
        <w:rPr>
          <w:rFonts w:ascii="Times New Roman" w:hAnsi="Times New Roman" w:cs="Times New Roman"/>
          <w:sz w:val="24"/>
          <w:szCs w:val="24"/>
          <w:lang w:val="ru-RU"/>
        </w:rPr>
        <w:t>уточнять значение слова с помощью толкового словаря.</w:t>
      </w:r>
    </w:p>
    <w:p w14:paraId="30F9A8BD" w14:textId="74CB1BB2" w:rsidR="00E12588" w:rsidRDefault="00E12588" w:rsidP="00726BFA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EF26EFB" w14:textId="12A7734D" w:rsidR="00E12588" w:rsidRDefault="00E12588" w:rsidP="00E12588">
      <w:pPr>
        <w:pStyle w:val="a9"/>
        <w:numPr>
          <w:ilvl w:val="0"/>
          <w:numId w:val="26"/>
        </w:num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lastRenderedPageBreak/>
        <w:t>класс</w:t>
      </w:r>
    </w:p>
    <w:p w14:paraId="180F1D89" w14:textId="77777777" w:rsidR="00E12588" w:rsidRPr="00E12588" w:rsidRDefault="00E12588" w:rsidP="00E12588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2588">
        <w:rPr>
          <w:rFonts w:ascii="Times New Roman" w:hAnsi="Times New Roman" w:cs="Times New Roman"/>
          <w:sz w:val="24"/>
          <w:szCs w:val="24"/>
          <w:lang w:val="ru-RU"/>
        </w:rPr>
        <w:t xml:space="preserve">К концу обучения </w:t>
      </w:r>
      <w:r w:rsidRPr="00374FEA">
        <w:rPr>
          <w:rFonts w:ascii="Times New Roman" w:hAnsi="Times New Roman" w:cs="Times New Roman"/>
          <w:b/>
          <w:bCs/>
          <w:sz w:val="24"/>
          <w:szCs w:val="24"/>
          <w:lang w:val="ru-RU"/>
        </w:rPr>
        <w:t>в четвёртом классе</w:t>
      </w:r>
      <w:r w:rsidRPr="00E12588">
        <w:rPr>
          <w:rFonts w:ascii="Times New Roman" w:hAnsi="Times New Roman" w:cs="Times New Roman"/>
          <w:sz w:val="24"/>
          <w:szCs w:val="24"/>
          <w:lang w:val="ru-RU"/>
        </w:rPr>
        <w:t xml:space="preserve"> обучающийся научится:</w:t>
      </w:r>
    </w:p>
    <w:p w14:paraId="16ECD6AE" w14:textId="07FE34C5" w:rsidR="00E12588" w:rsidRPr="00E12588" w:rsidRDefault="00E12588" w:rsidP="00E12588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2588">
        <w:rPr>
          <w:rFonts w:ascii="Times New Roman" w:hAnsi="Times New Roman" w:cs="Times New Roman"/>
          <w:sz w:val="24"/>
          <w:szCs w:val="24"/>
          <w:lang w:val="ru-RU"/>
        </w:rPr>
        <w:t>—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12588">
        <w:rPr>
          <w:rFonts w:ascii="Times New Roman" w:hAnsi="Times New Roman" w:cs="Times New Roman"/>
          <w:sz w:val="24"/>
          <w:szCs w:val="24"/>
          <w:lang w:val="ru-RU"/>
        </w:rPr>
        <w:t xml:space="preserve">осознавать многообразие языков и культур на территории Российской Федерации, осознавать язык как одну из главных </w:t>
      </w:r>
      <w:r w:rsidR="00374FEA" w:rsidRPr="00E12588">
        <w:rPr>
          <w:rFonts w:ascii="Times New Roman" w:hAnsi="Times New Roman" w:cs="Times New Roman"/>
          <w:sz w:val="24"/>
          <w:szCs w:val="24"/>
          <w:lang w:val="ru-RU"/>
        </w:rPr>
        <w:t>духовно-нравственных</w:t>
      </w:r>
      <w:r w:rsidRPr="00E12588">
        <w:rPr>
          <w:rFonts w:ascii="Times New Roman" w:hAnsi="Times New Roman" w:cs="Times New Roman"/>
          <w:sz w:val="24"/>
          <w:szCs w:val="24"/>
          <w:lang w:val="ru-RU"/>
        </w:rPr>
        <w:t xml:space="preserve"> ценностей народа;</w:t>
      </w:r>
    </w:p>
    <w:p w14:paraId="16F496BF" w14:textId="720D8940" w:rsidR="00E12588" w:rsidRPr="00E12588" w:rsidRDefault="00E12588" w:rsidP="00E12588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2588">
        <w:rPr>
          <w:rFonts w:ascii="Times New Roman" w:hAnsi="Times New Roman" w:cs="Times New Roman"/>
          <w:sz w:val="24"/>
          <w:szCs w:val="24"/>
          <w:lang w:val="ru-RU"/>
        </w:rPr>
        <w:t>—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12588">
        <w:rPr>
          <w:rFonts w:ascii="Times New Roman" w:hAnsi="Times New Roman" w:cs="Times New Roman"/>
          <w:sz w:val="24"/>
          <w:szCs w:val="24"/>
          <w:lang w:val="ru-RU"/>
        </w:rPr>
        <w:t>объяснять роль языка как основного средства общения; объяснять роль русского языка как государственного языка Российской Федерации и языка межнационального общения;</w:t>
      </w:r>
    </w:p>
    <w:p w14:paraId="4047E671" w14:textId="0D438E2C" w:rsidR="00E12588" w:rsidRPr="00E12588" w:rsidRDefault="00E12588" w:rsidP="00E12588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2588">
        <w:rPr>
          <w:rFonts w:ascii="Times New Roman" w:hAnsi="Times New Roman" w:cs="Times New Roman"/>
          <w:sz w:val="24"/>
          <w:szCs w:val="24"/>
          <w:lang w:val="ru-RU"/>
        </w:rPr>
        <w:t>—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12588">
        <w:rPr>
          <w:rFonts w:ascii="Times New Roman" w:hAnsi="Times New Roman" w:cs="Times New Roman"/>
          <w:sz w:val="24"/>
          <w:szCs w:val="24"/>
          <w:lang w:val="ru-RU"/>
        </w:rPr>
        <w:t>осознавать правильную устную и письменную речь как показатель общей культуры человека;</w:t>
      </w:r>
    </w:p>
    <w:p w14:paraId="21605AB7" w14:textId="09A1E35D" w:rsidR="00E12588" w:rsidRPr="00E12588" w:rsidRDefault="00E12588" w:rsidP="00E12588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2588">
        <w:rPr>
          <w:rFonts w:ascii="Times New Roman" w:hAnsi="Times New Roman" w:cs="Times New Roman"/>
          <w:sz w:val="24"/>
          <w:szCs w:val="24"/>
          <w:lang w:val="ru-RU"/>
        </w:rPr>
        <w:t>—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12588">
        <w:rPr>
          <w:rFonts w:ascii="Times New Roman" w:hAnsi="Times New Roman" w:cs="Times New Roman"/>
          <w:sz w:val="24"/>
          <w:szCs w:val="24"/>
          <w:lang w:val="ru-RU"/>
        </w:rPr>
        <w:t>проводить звукобуквенный разбор слов (в соответствии с предложенным в учебнике алгоритмом);</w:t>
      </w:r>
    </w:p>
    <w:p w14:paraId="0884D3E8" w14:textId="58A599A6" w:rsidR="00E12588" w:rsidRPr="00E12588" w:rsidRDefault="00E12588" w:rsidP="00E12588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2588">
        <w:rPr>
          <w:rFonts w:ascii="Times New Roman" w:hAnsi="Times New Roman" w:cs="Times New Roman"/>
          <w:sz w:val="24"/>
          <w:szCs w:val="24"/>
          <w:lang w:val="ru-RU"/>
        </w:rPr>
        <w:t>—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12588">
        <w:rPr>
          <w:rFonts w:ascii="Times New Roman" w:hAnsi="Times New Roman" w:cs="Times New Roman"/>
          <w:sz w:val="24"/>
          <w:szCs w:val="24"/>
          <w:lang w:val="ru-RU"/>
        </w:rPr>
        <w:t>подбирать к предложенным словам синонимы; подбирать к предложенным словам антонимы;</w:t>
      </w:r>
    </w:p>
    <w:p w14:paraId="6AC23250" w14:textId="1822E4AA" w:rsidR="00E12588" w:rsidRPr="00E12588" w:rsidRDefault="00E12588" w:rsidP="00E12588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2588">
        <w:rPr>
          <w:rFonts w:ascii="Times New Roman" w:hAnsi="Times New Roman" w:cs="Times New Roman"/>
          <w:sz w:val="24"/>
          <w:szCs w:val="24"/>
          <w:lang w:val="ru-RU"/>
        </w:rPr>
        <w:t>—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12588">
        <w:rPr>
          <w:rFonts w:ascii="Times New Roman" w:hAnsi="Times New Roman" w:cs="Times New Roman"/>
          <w:sz w:val="24"/>
          <w:szCs w:val="24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14:paraId="37110865" w14:textId="73BFF373" w:rsidR="00E12588" w:rsidRPr="00E12588" w:rsidRDefault="00E12588" w:rsidP="00E12588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2588">
        <w:rPr>
          <w:rFonts w:ascii="Times New Roman" w:hAnsi="Times New Roman" w:cs="Times New Roman"/>
          <w:sz w:val="24"/>
          <w:szCs w:val="24"/>
          <w:lang w:val="ru-RU"/>
        </w:rPr>
        <w:t>—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12588">
        <w:rPr>
          <w:rFonts w:ascii="Times New Roman" w:hAnsi="Times New Roman" w:cs="Times New Roman"/>
          <w:sz w:val="24"/>
          <w:szCs w:val="24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14:paraId="62B32A4F" w14:textId="55D636E6" w:rsidR="00E12588" w:rsidRPr="00E12588" w:rsidRDefault="00E12588" w:rsidP="00E12588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2588">
        <w:rPr>
          <w:rFonts w:ascii="Times New Roman" w:hAnsi="Times New Roman" w:cs="Times New Roman"/>
          <w:sz w:val="24"/>
          <w:szCs w:val="24"/>
          <w:lang w:val="ru-RU"/>
        </w:rPr>
        <w:t xml:space="preserve"> —устанавливать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14:paraId="0E6B0C64" w14:textId="7AF3EC8F" w:rsidR="00E12588" w:rsidRPr="00E12588" w:rsidRDefault="00E12588" w:rsidP="00E12588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2588">
        <w:rPr>
          <w:rFonts w:ascii="Times New Roman" w:hAnsi="Times New Roman" w:cs="Times New Roman"/>
          <w:sz w:val="24"/>
          <w:szCs w:val="24"/>
          <w:lang w:val="ru-RU"/>
        </w:rPr>
        <w:t>—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12588">
        <w:rPr>
          <w:rFonts w:ascii="Times New Roman" w:hAnsi="Times New Roman" w:cs="Times New Roman"/>
          <w:sz w:val="24"/>
          <w:szCs w:val="24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14:paraId="3BC71D30" w14:textId="478BD630" w:rsidR="00E12588" w:rsidRPr="00E12588" w:rsidRDefault="00E12588" w:rsidP="00E12588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2588">
        <w:rPr>
          <w:rFonts w:ascii="Times New Roman" w:hAnsi="Times New Roman" w:cs="Times New Roman"/>
          <w:sz w:val="24"/>
          <w:szCs w:val="24"/>
          <w:lang w:val="ru-RU"/>
        </w:rPr>
        <w:t>—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12588">
        <w:rPr>
          <w:rFonts w:ascii="Times New Roman" w:hAnsi="Times New Roman" w:cs="Times New Roman"/>
          <w:sz w:val="24"/>
          <w:szCs w:val="24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14:paraId="60B79181" w14:textId="7F82722F" w:rsidR="00E12588" w:rsidRPr="00E12588" w:rsidRDefault="00E12588" w:rsidP="00E12588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2588">
        <w:rPr>
          <w:rFonts w:ascii="Times New Roman" w:hAnsi="Times New Roman" w:cs="Times New Roman"/>
          <w:sz w:val="24"/>
          <w:szCs w:val="24"/>
          <w:lang w:val="ru-RU"/>
        </w:rPr>
        <w:t>—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12588">
        <w:rPr>
          <w:rFonts w:ascii="Times New Roman" w:hAnsi="Times New Roman" w:cs="Times New Roman"/>
          <w:sz w:val="24"/>
          <w:szCs w:val="24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14:paraId="7D55DE3F" w14:textId="653DAF09" w:rsidR="00E12588" w:rsidRPr="00E12588" w:rsidRDefault="00E12588" w:rsidP="00E12588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2588">
        <w:rPr>
          <w:rFonts w:ascii="Times New Roman" w:hAnsi="Times New Roman" w:cs="Times New Roman"/>
          <w:sz w:val="24"/>
          <w:szCs w:val="24"/>
          <w:lang w:val="ru-RU"/>
        </w:rPr>
        <w:t>—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12588">
        <w:rPr>
          <w:rFonts w:ascii="Times New Roman" w:hAnsi="Times New Roman" w:cs="Times New Roman"/>
          <w:sz w:val="24"/>
          <w:szCs w:val="24"/>
          <w:lang w:val="ru-RU"/>
        </w:rPr>
        <w:t>определять грамматические признаки личного местоимения в начальной форме: лицо,</w:t>
      </w:r>
    </w:p>
    <w:p w14:paraId="623C15AA" w14:textId="77777777" w:rsidR="00E12588" w:rsidRPr="00E12588" w:rsidRDefault="00E12588" w:rsidP="00E12588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2588">
        <w:rPr>
          <w:rFonts w:ascii="Times New Roman" w:hAnsi="Times New Roman" w:cs="Times New Roman"/>
          <w:sz w:val="24"/>
          <w:szCs w:val="24"/>
          <w:lang w:val="ru-RU"/>
        </w:rPr>
        <w:t>число, род (у местоимений 3-го лица в единственном числе); использовать личные местоимения для устранения неоправданных повторов в тексте;</w:t>
      </w:r>
    </w:p>
    <w:p w14:paraId="3618017C" w14:textId="28D393A4" w:rsidR="00E12588" w:rsidRPr="00E12588" w:rsidRDefault="00E12588" w:rsidP="00E12588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2588">
        <w:rPr>
          <w:rFonts w:ascii="Times New Roman" w:hAnsi="Times New Roman" w:cs="Times New Roman"/>
          <w:sz w:val="24"/>
          <w:szCs w:val="24"/>
          <w:lang w:val="ru-RU"/>
        </w:rPr>
        <w:t>—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12588">
        <w:rPr>
          <w:rFonts w:ascii="Times New Roman" w:hAnsi="Times New Roman" w:cs="Times New Roman"/>
          <w:sz w:val="24"/>
          <w:szCs w:val="24"/>
          <w:lang w:val="ru-RU"/>
        </w:rPr>
        <w:t>различать предложение, словосочетание и слово;</w:t>
      </w:r>
    </w:p>
    <w:p w14:paraId="51FDCD02" w14:textId="709DABAD" w:rsidR="00E12588" w:rsidRPr="00E12588" w:rsidRDefault="00E12588" w:rsidP="00E12588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2588">
        <w:rPr>
          <w:rFonts w:ascii="Times New Roman" w:hAnsi="Times New Roman" w:cs="Times New Roman"/>
          <w:sz w:val="24"/>
          <w:szCs w:val="24"/>
          <w:lang w:val="ru-RU"/>
        </w:rPr>
        <w:t>—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12588">
        <w:rPr>
          <w:rFonts w:ascii="Times New Roman" w:hAnsi="Times New Roman" w:cs="Times New Roman"/>
          <w:sz w:val="24"/>
          <w:szCs w:val="24"/>
          <w:lang w:val="ru-RU"/>
        </w:rPr>
        <w:t>классифицировать предложения по цели высказывания и по эмоциональной окраске;</w:t>
      </w:r>
    </w:p>
    <w:p w14:paraId="10AEB333" w14:textId="246BA2ED" w:rsidR="00E12588" w:rsidRPr="00E12588" w:rsidRDefault="00E12588" w:rsidP="00E12588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2588">
        <w:rPr>
          <w:rFonts w:ascii="Times New Roman" w:hAnsi="Times New Roman" w:cs="Times New Roman"/>
          <w:sz w:val="24"/>
          <w:szCs w:val="24"/>
          <w:lang w:val="ru-RU"/>
        </w:rPr>
        <w:t>—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12588">
        <w:rPr>
          <w:rFonts w:ascii="Times New Roman" w:hAnsi="Times New Roman" w:cs="Times New Roman"/>
          <w:sz w:val="24"/>
          <w:szCs w:val="24"/>
          <w:lang w:val="ru-RU"/>
        </w:rPr>
        <w:t>различать распространённые и нераспространённые предложения;</w:t>
      </w:r>
    </w:p>
    <w:p w14:paraId="191D6D78" w14:textId="14C9D997" w:rsidR="00E12588" w:rsidRPr="00E12588" w:rsidRDefault="00E12588" w:rsidP="00E12588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2588">
        <w:rPr>
          <w:rFonts w:ascii="Times New Roman" w:hAnsi="Times New Roman" w:cs="Times New Roman"/>
          <w:sz w:val="24"/>
          <w:szCs w:val="24"/>
          <w:lang w:val="ru-RU"/>
        </w:rPr>
        <w:t>—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12588">
        <w:rPr>
          <w:rFonts w:ascii="Times New Roman" w:hAnsi="Times New Roman" w:cs="Times New Roman"/>
          <w:sz w:val="24"/>
          <w:szCs w:val="24"/>
          <w:lang w:val="ru-RU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14:paraId="18FD4214" w14:textId="004615FD" w:rsidR="00E12588" w:rsidRPr="00E12588" w:rsidRDefault="00E12588" w:rsidP="00E12588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2588">
        <w:rPr>
          <w:rFonts w:ascii="Times New Roman" w:hAnsi="Times New Roman" w:cs="Times New Roman"/>
          <w:sz w:val="24"/>
          <w:szCs w:val="24"/>
          <w:lang w:val="ru-RU"/>
        </w:rPr>
        <w:t>—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12588">
        <w:rPr>
          <w:rFonts w:ascii="Times New Roman" w:hAnsi="Times New Roman" w:cs="Times New Roman"/>
          <w:sz w:val="24"/>
          <w:szCs w:val="24"/>
          <w:lang w:val="ru-RU"/>
        </w:rPr>
        <w:t>разграничивать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</w:p>
    <w:p w14:paraId="46DCB68F" w14:textId="2042C2E8" w:rsidR="00E12588" w:rsidRPr="00E12588" w:rsidRDefault="00E12588" w:rsidP="00E12588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2588">
        <w:rPr>
          <w:rFonts w:ascii="Times New Roman" w:hAnsi="Times New Roman" w:cs="Times New Roman"/>
          <w:sz w:val="24"/>
          <w:szCs w:val="24"/>
          <w:lang w:val="ru-RU"/>
        </w:rPr>
        <w:t>—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12588">
        <w:rPr>
          <w:rFonts w:ascii="Times New Roman" w:hAnsi="Times New Roman" w:cs="Times New Roman"/>
          <w:sz w:val="24"/>
          <w:szCs w:val="24"/>
          <w:lang w:val="ru-RU"/>
        </w:rPr>
        <w:t>производить синтаксический разбор простого предложения;</w:t>
      </w:r>
    </w:p>
    <w:p w14:paraId="1C5455C2" w14:textId="6548B388" w:rsidR="00E12588" w:rsidRPr="00E12588" w:rsidRDefault="00E12588" w:rsidP="00E12588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2588">
        <w:rPr>
          <w:rFonts w:ascii="Times New Roman" w:hAnsi="Times New Roman" w:cs="Times New Roman"/>
          <w:sz w:val="24"/>
          <w:szCs w:val="24"/>
          <w:lang w:val="ru-RU"/>
        </w:rPr>
        <w:t>—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12588">
        <w:rPr>
          <w:rFonts w:ascii="Times New Roman" w:hAnsi="Times New Roman" w:cs="Times New Roman"/>
          <w:sz w:val="24"/>
          <w:szCs w:val="24"/>
          <w:lang w:val="ru-RU"/>
        </w:rPr>
        <w:t>находить место орфограммы в слове и между словами на изученные правила;</w:t>
      </w:r>
    </w:p>
    <w:p w14:paraId="6A6AA3BA" w14:textId="7DBB172D" w:rsidR="00E12588" w:rsidRPr="00E12588" w:rsidRDefault="00E12588" w:rsidP="00E12588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2588">
        <w:rPr>
          <w:rFonts w:ascii="Times New Roman" w:hAnsi="Times New Roman" w:cs="Times New Roman"/>
          <w:sz w:val="24"/>
          <w:szCs w:val="24"/>
          <w:lang w:val="ru-RU"/>
        </w:rPr>
        <w:t>—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12588">
        <w:rPr>
          <w:rFonts w:ascii="Times New Roman" w:hAnsi="Times New Roman" w:cs="Times New Roman"/>
          <w:sz w:val="24"/>
          <w:szCs w:val="24"/>
          <w:lang w:val="ru-RU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-мя, -ий, -ие, -ия, а также кроме собственных имён существительных на -ов, -ин, -ий); безударные падежные окончания имён прилагательных; мягкий знак после шипящих на конце глаголов в форме 2-го лица единственного числа; наличие или отсутствие мягкого знака в глаголах на -ться и -тся;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14:paraId="181815E0" w14:textId="627B8FDC" w:rsidR="00E12588" w:rsidRPr="00E12588" w:rsidRDefault="00E12588" w:rsidP="00E12588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2588">
        <w:rPr>
          <w:rFonts w:ascii="Times New Roman" w:hAnsi="Times New Roman" w:cs="Times New Roman"/>
          <w:sz w:val="24"/>
          <w:szCs w:val="24"/>
          <w:lang w:val="ru-RU"/>
        </w:rPr>
        <w:t>—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12588">
        <w:rPr>
          <w:rFonts w:ascii="Times New Roman" w:hAnsi="Times New Roman" w:cs="Times New Roman"/>
          <w:sz w:val="24"/>
          <w:szCs w:val="24"/>
          <w:lang w:val="ru-RU"/>
        </w:rPr>
        <w:t>правильно списывать тексты объёмом не более 85 слов;</w:t>
      </w:r>
    </w:p>
    <w:p w14:paraId="6F0BFD27" w14:textId="05EF4D0E" w:rsidR="00E12588" w:rsidRPr="00E12588" w:rsidRDefault="00E12588" w:rsidP="00E12588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2588">
        <w:rPr>
          <w:rFonts w:ascii="Times New Roman" w:hAnsi="Times New Roman" w:cs="Times New Roman"/>
          <w:sz w:val="24"/>
          <w:szCs w:val="24"/>
          <w:lang w:val="ru-RU"/>
        </w:rPr>
        <w:t>—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12588">
        <w:rPr>
          <w:rFonts w:ascii="Times New Roman" w:hAnsi="Times New Roman" w:cs="Times New Roman"/>
          <w:sz w:val="24"/>
          <w:szCs w:val="24"/>
          <w:lang w:val="ru-RU"/>
        </w:rPr>
        <w:t>писать под диктовку тексты объёмом не более 80 слов с учётом изученных правил правописания;</w:t>
      </w:r>
    </w:p>
    <w:p w14:paraId="39FBA5A6" w14:textId="6C52B6C8" w:rsidR="00E12588" w:rsidRPr="00E12588" w:rsidRDefault="00E12588" w:rsidP="00E12588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2588">
        <w:rPr>
          <w:rFonts w:ascii="Times New Roman" w:hAnsi="Times New Roman" w:cs="Times New Roman"/>
          <w:sz w:val="24"/>
          <w:szCs w:val="24"/>
          <w:lang w:val="ru-RU"/>
        </w:rPr>
        <w:t>—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12588">
        <w:rPr>
          <w:rFonts w:ascii="Times New Roman" w:hAnsi="Times New Roman" w:cs="Times New Roman"/>
          <w:sz w:val="24"/>
          <w:szCs w:val="24"/>
          <w:lang w:val="ru-RU"/>
        </w:rPr>
        <w:t>находить и исправлять орфографические и пунктуационные ошибки на изученные правила, описки;</w:t>
      </w:r>
    </w:p>
    <w:p w14:paraId="060E9B1D" w14:textId="3D8A9A0D" w:rsidR="00E12588" w:rsidRPr="00E12588" w:rsidRDefault="00E12588" w:rsidP="00E12588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2588">
        <w:rPr>
          <w:rFonts w:ascii="Times New Roman" w:hAnsi="Times New Roman" w:cs="Times New Roman"/>
          <w:sz w:val="24"/>
          <w:szCs w:val="24"/>
          <w:lang w:val="ru-RU"/>
        </w:rPr>
        <w:t>—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12588">
        <w:rPr>
          <w:rFonts w:ascii="Times New Roman" w:hAnsi="Times New Roman" w:cs="Times New Roman"/>
          <w:sz w:val="24"/>
          <w:szCs w:val="24"/>
          <w:lang w:val="ru-RU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14:paraId="2671B953" w14:textId="3E3B30D3" w:rsidR="00E12588" w:rsidRPr="00E12588" w:rsidRDefault="00E12588" w:rsidP="00E12588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2588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—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12588">
        <w:rPr>
          <w:rFonts w:ascii="Times New Roman" w:hAnsi="Times New Roman" w:cs="Times New Roman"/>
          <w:sz w:val="24"/>
          <w:szCs w:val="24"/>
          <w:lang w:val="ru-RU"/>
        </w:rPr>
        <w:t>строить устное диалогическое и монологическое высказывание (4—6 предложений), соблюдая орфоэпические нормы, правильную интонацию, нормы речевого взаимодействия;</w:t>
      </w:r>
    </w:p>
    <w:p w14:paraId="73DF7001" w14:textId="743FB2CE" w:rsidR="00E12588" w:rsidRPr="00E12588" w:rsidRDefault="00E12588" w:rsidP="00E12588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2588">
        <w:rPr>
          <w:rFonts w:ascii="Times New Roman" w:hAnsi="Times New Roman" w:cs="Times New Roman"/>
          <w:sz w:val="24"/>
          <w:szCs w:val="24"/>
          <w:lang w:val="ru-RU"/>
        </w:rPr>
        <w:t>—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12588">
        <w:rPr>
          <w:rFonts w:ascii="Times New Roman" w:hAnsi="Times New Roman" w:cs="Times New Roman"/>
          <w:sz w:val="24"/>
          <w:szCs w:val="24"/>
          <w:lang w:val="ru-RU"/>
        </w:rPr>
        <w:t>создавать небольшие устные и письменные тексты (3— 5 предложений) для конкретной ситуации письменного общения (письма, поздравительные открытки, объявления и др.);</w:t>
      </w:r>
    </w:p>
    <w:p w14:paraId="5DD8C1CF" w14:textId="18318E9F" w:rsidR="00E12588" w:rsidRPr="00E12588" w:rsidRDefault="00E12588" w:rsidP="00E12588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2588">
        <w:rPr>
          <w:rFonts w:ascii="Times New Roman" w:hAnsi="Times New Roman" w:cs="Times New Roman"/>
          <w:sz w:val="24"/>
          <w:szCs w:val="24"/>
          <w:lang w:val="ru-RU"/>
        </w:rPr>
        <w:t>—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12588">
        <w:rPr>
          <w:rFonts w:ascii="Times New Roman" w:hAnsi="Times New Roman" w:cs="Times New Roman"/>
          <w:sz w:val="24"/>
          <w:szCs w:val="24"/>
          <w:lang w:val="ru-RU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14:paraId="5F900E52" w14:textId="6E4DEED9" w:rsidR="00E12588" w:rsidRPr="00E12588" w:rsidRDefault="00E12588" w:rsidP="00E12588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2588">
        <w:rPr>
          <w:rFonts w:ascii="Times New Roman" w:hAnsi="Times New Roman" w:cs="Times New Roman"/>
          <w:sz w:val="24"/>
          <w:szCs w:val="24"/>
          <w:lang w:val="ru-RU"/>
        </w:rPr>
        <w:t>—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12588">
        <w:rPr>
          <w:rFonts w:ascii="Times New Roman" w:hAnsi="Times New Roman" w:cs="Times New Roman"/>
          <w:sz w:val="24"/>
          <w:szCs w:val="24"/>
          <w:lang w:val="ru-RU"/>
        </w:rPr>
        <w:t>корректировать порядок предложений и частей текста;</w:t>
      </w:r>
    </w:p>
    <w:p w14:paraId="34823DC0" w14:textId="7301B104" w:rsidR="00E12588" w:rsidRPr="00E12588" w:rsidRDefault="00E12588" w:rsidP="00E12588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2588">
        <w:rPr>
          <w:rFonts w:ascii="Times New Roman" w:hAnsi="Times New Roman" w:cs="Times New Roman"/>
          <w:sz w:val="24"/>
          <w:szCs w:val="24"/>
          <w:lang w:val="ru-RU"/>
        </w:rPr>
        <w:t>—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12588">
        <w:rPr>
          <w:rFonts w:ascii="Times New Roman" w:hAnsi="Times New Roman" w:cs="Times New Roman"/>
          <w:sz w:val="24"/>
          <w:szCs w:val="24"/>
          <w:lang w:val="ru-RU"/>
        </w:rPr>
        <w:t>составлять план к заданным текстам;</w:t>
      </w:r>
    </w:p>
    <w:p w14:paraId="0387C00D" w14:textId="0C5DC8EC" w:rsidR="00E12588" w:rsidRPr="00E12588" w:rsidRDefault="00E12588" w:rsidP="00E12588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2588">
        <w:rPr>
          <w:rFonts w:ascii="Times New Roman" w:hAnsi="Times New Roman" w:cs="Times New Roman"/>
          <w:sz w:val="24"/>
          <w:szCs w:val="24"/>
          <w:lang w:val="ru-RU"/>
        </w:rPr>
        <w:t>—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12588">
        <w:rPr>
          <w:rFonts w:ascii="Times New Roman" w:hAnsi="Times New Roman" w:cs="Times New Roman"/>
          <w:sz w:val="24"/>
          <w:szCs w:val="24"/>
          <w:lang w:val="ru-RU"/>
        </w:rPr>
        <w:t>осуществлять подробный пересказ текста (устно и письменно);</w:t>
      </w:r>
    </w:p>
    <w:p w14:paraId="09DF6946" w14:textId="4669D4AA" w:rsidR="00E12588" w:rsidRPr="00E12588" w:rsidRDefault="00E12588" w:rsidP="00E12588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2588">
        <w:rPr>
          <w:rFonts w:ascii="Times New Roman" w:hAnsi="Times New Roman" w:cs="Times New Roman"/>
          <w:sz w:val="24"/>
          <w:szCs w:val="24"/>
          <w:lang w:val="ru-RU"/>
        </w:rPr>
        <w:t>—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12588">
        <w:rPr>
          <w:rFonts w:ascii="Times New Roman" w:hAnsi="Times New Roman" w:cs="Times New Roman"/>
          <w:sz w:val="24"/>
          <w:szCs w:val="24"/>
          <w:lang w:val="ru-RU"/>
        </w:rPr>
        <w:t>осуществлять выборочный пересказ текста (устно);</w:t>
      </w:r>
    </w:p>
    <w:p w14:paraId="5AD65EE5" w14:textId="3C87D694" w:rsidR="00E12588" w:rsidRPr="00E12588" w:rsidRDefault="00E12588" w:rsidP="00E12588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2588">
        <w:rPr>
          <w:rFonts w:ascii="Times New Roman" w:hAnsi="Times New Roman" w:cs="Times New Roman"/>
          <w:sz w:val="24"/>
          <w:szCs w:val="24"/>
          <w:lang w:val="ru-RU"/>
        </w:rPr>
        <w:t>—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12588">
        <w:rPr>
          <w:rFonts w:ascii="Times New Roman" w:hAnsi="Times New Roman" w:cs="Times New Roman"/>
          <w:sz w:val="24"/>
          <w:szCs w:val="24"/>
          <w:lang w:val="ru-RU"/>
        </w:rPr>
        <w:t>писать (после предварительной подготовки) сочинения по заданным темам;</w:t>
      </w:r>
    </w:p>
    <w:p w14:paraId="6D03676E" w14:textId="61542D23" w:rsidR="00E12588" w:rsidRPr="00E12588" w:rsidRDefault="00E12588" w:rsidP="00E12588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2588">
        <w:rPr>
          <w:rFonts w:ascii="Times New Roman" w:hAnsi="Times New Roman" w:cs="Times New Roman"/>
          <w:sz w:val="24"/>
          <w:szCs w:val="24"/>
          <w:lang w:val="ru-RU"/>
        </w:rPr>
        <w:t>—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12588">
        <w:rPr>
          <w:rFonts w:ascii="Times New Roman" w:hAnsi="Times New Roman" w:cs="Times New Roman"/>
          <w:sz w:val="24"/>
          <w:szCs w:val="24"/>
          <w:lang w:val="ru-RU"/>
        </w:rPr>
        <w:t>осуществлять ознакомительное, изучающее чтение,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</w:t>
      </w:r>
    </w:p>
    <w:p w14:paraId="36A3EAE9" w14:textId="4666A5CC" w:rsidR="00E12588" w:rsidRPr="00E12588" w:rsidRDefault="00E12588" w:rsidP="00E12588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2588">
        <w:rPr>
          <w:rFonts w:ascii="Times New Roman" w:hAnsi="Times New Roman" w:cs="Times New Roman"/>
          <w:sz w:val="24"/>
          <w:szCs w:val="24"/>
          <w:lang w:val="ru-RU"/>
        </w:rPr>
        <w:t>—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12588">
        <w:rPr>
          <w:rFonts w:ascii="Times New Roman" w:hAnsi="Times New Roman" w:cs="Times New Roman"/>
          <w:sz w:val="24"/>
          <w:szCs w:val="24"/>
          <w:lang w:val="ru-RU"/>
        </w:rPr>
        <w:t>объяснять своими словами значение изученных понятий; использовать изученные понятия;</w:t>
      </w:r>
    </w:p>
    <w:p w14:paraId="76ED8F82" w14:textId="1569E624" w:rsidR="00E12588" w:rsidRPr="00E12588" w:rsidRDefault="00E12588" w:rsidP="00E12588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2588">
        <w:rPr>
          <w:rFonts w:ascii="Times New Roman" w:hAnsi="Times New Roman" w:cs="Times New Roman"/>
          <w:sz w:val="24"/>
          <w:szCs w:val="24"/>
          <w:lang w:val="ru-RU"/>
        </w:rPr>
        <w:t>—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12588">
        <w:rPr>
          <w:rFonts w:ascii="Times New Roman" w:hAnsi="Times New Roman" w:cs="Times New Roman"/>
          <w:sz w:val="24"/>
          <w:szCs w:val="24"/>
          <w:lang w:val="ru-RU"/>
        </w:rPr>
        <w:t>уточнять значение слова с помощью толкового словаря (на бумажном и электронном носителе), в Интернете в условиях контролируемого входа.</w:t>
      </w:r>
    </w:p>
    <w:p w14:paraId="5147B2D5" w14:textId="77777777" w:rsidR="00726BFA" w:rsidRPr="00726BFA" w:rsidRDefault="00726BFA" w:rsidP="00726BFA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D7AE57A" w14:textId="1D61F02D" w:rsidR="00726BFA" w:rsidRPr="00726BFA" w:rsidRDefault="00726BFA" w:rsidP="00726BFA">
      <w:pPr>
        <w:pStyle w:val="a9"/>
        <w:rPr>
          <w:rFonts w:ascii="Times New Roman" w:hAnsi="Times New Roman" w:cs="Times New Roman"/>
          <w:b/>
          <w:bCs/>
          <w:sz w:val="24"/>
          <w:szCs w:val="24"/>
          <w:lang w:val="ru-RU"/>
        </w:rPr>
        <w:sectPr w:rsidR="00726BFA" w:rsidRPr="00726BFA">
          <w:pgSz w:w="11900" w:h="16840"/>
          <w:pgMar w:top="298" w:right="716" w:bottom="1440" w:left="666" w:header="720" w:footer="720" w:gutter="0"/>
          <w:cols w:space="720" w:equalWidth="0">
            <w:col w:w="10518" w:space="0"/>
          </w:cols>
          <w:docGrid w:linePitch="360"/>
        </w:sectPr>
      </w:pPr>
    </w:p>
    <w:p w14:paraId="366393ED" w14:textId="5C4CB4D6" w:rsidR="00921941" w:rsidRDefault="00274380" w:rsidP="00E12588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color w:val="000000"/>
          <w:w w:val="101"/>
          <w:sz w:val="19"/>
        </w:rPr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lastRenderedPageBreak/>
        <w:t xml:space="preserve">IV. </w:t>
      </w:r>
      <w:r w:rsidR="00AA22DB">
        <w:rPr>
          <w:rFonts w:ascii="Times New Roman" w:eastAsia="Times New Roman" w:hAnsi="Times New Roman"/>
          <w:b/>
          <w:color w:val="000000"/>
          <w:w w:val="101"/>
          <w:sz w:val="19"/>
        </w:rPr>
        <w:t xml:space="preserve">ТЕМАТИЧЕСКОЕ ПЛАНИРОВАНИЕ </w:t>
      </w:r>
    </w:p>
    <w:p w14:paraId="3C01472F" w14:textId="2F846400" w:rsidR="00E12588" w:rsidRPr="001870C2" w:rsidRDefault="00E12588" w:rsidP="00E12588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color w:val="000000"/>
          <w:w w:val="101"/>
          <w:sz w:val="18"/>
          <w:szCs w:val="18"/>
          <w:lang w:val="ru-RU"/>
        </w:rPr>
      </w:pPr>
      <w:r w:rsidRPr="001870C2">
        <w:rPr>
          <w:rFonts w:ascii="Times New Roman" w:eastAsia="Times New Roman" w:hAnsi="Times New Roman"/>
          <w:b/>
          <w:color w:val="000000"/>
          <w:w w:val="101"/>
          <w:sz w:val="18"/>
          <w:szCs w:val="18"/>
          <w:lang w:val="ru-RU"/>
        </w:rPr>
        <w:t>1 класс</w:t>
      </w:r>
    </w:p>
    <w:p w14:paraId="04FD162A" w14:textId="77777777" w:rsidR="00E12588" w:rsidRPr="00E12588" w:rsidRDefault="00E12588" w:rsidP="00E12588">
      <w:pPr>
        <w:autoSpaceDE w:val="0"/>
        <w:autoSpaceDN w:val="0"/>
        <w:spacing w:after="0" w:line="240" w:lineRule="auto"/>
        <w:rPr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4864"/>
        <w:gridCol w:w="528"/>
        <w:gridCol w:w="1104"/>
        <w:gridCol w:w="1140"/>
        <w:gridCol w:w="866"/>
        <w:gridCol w:w="3614"/>
        <w:gridCol w:w="1020"/>
        <w:gridCol w:w="1898"/>
      </w:tblGrid>
      <w:tr w:rsidR="00921941" w14:paraId="71B62179" w14:textId="77777777">
        <w:trPr>
          <w:trHeight w:hRule="exact" w:val="348"/>
        </w:trPr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52EC2B1" w14:textId="77777777" w:rsidR="00921941" w:rsidRDefault="00AA22DB">
            <w:pPr>
              <w:autoSpaceDE w:val="0"/>
              <w:autoSpaceDN w:val="0"/>
              <w:spacing w:before="78" w:after="0" w:line="245" w:lineRule="auto"/>
              <w:ind w:right="144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48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DEFC0BE" w14:textId="77777777" w:rsidR="00921941" w:rsidRPr="00482F2A" w:rsidRDefault="00AA22DB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482F2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27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C1F497" w14:textId="77777777" w:rsidR="00921941" w:rsidRDefault="00AA22D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 часов</w:t>
            </w:r>
          </w:p>
        </w:tc>
        <w:tc>
          <w:tcPr>
            <w:tcW w:w="8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D12E34" w14:textId="77777777" w:rsidR="00921941" w:rsidRDefault="00AA22DB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изучения</w:t>
            </w:r>
          </w:p>
        </w:tc>
        <w:tc>
          <w:tcPr>
            <w:tcW w:w="36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BE66991" w14:textId="77777777" w:rsidR="00921941" w:rsidRDefault="00AA22D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 деятельности</w:t>
            </w:r>
          </w:p>
        </w:tc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6CAFFF" w14:textId="77777777" w:rsidR="00921941" w:rsidRDefault="00AA22DB">
            <w:pPr>
              <w:autoSpaceDE w:val="0"/>
              <w:autoSpaceDN w:val="0"/>
              <w:spacing w:before="78" w:after="0" w:line="247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Виды,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формы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контроля</w:t>
            </w:r>
          </w:p>
        </w:tc>
        <w:tc>
          <w:tcPr>
            <w:tcW w:w="18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A8BF0C" w14:textId="77777777" w:rsidR="00921941" w:rsidRDefault="00AA22DB">
            <w:pPr>
              <w:autoSpaceDE w:val="0"/>
              <w:autoSpaceDN w:val="0"/>
              <w:spacing w:before="78" w:after="0" w:line="250" w:lineRule="auto"/>
              <w:ind w:left="72" w:right="576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Электронные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(цифровые)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образовательные ресурсы</w:t>
            </w:r>
          </w:p>
        </w:tc>
      </w:tr>
      <w:tr w:rsidR="00921941" w14:paraId="55AD1EF7" w14:textId="77777777">
        <w:trPr>
          <w:trHeight w:hRule="exact" w:val="576"/>
        </w:trPr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F115F" w14:textId="77777777" w:rsidR="00921941" w:rsidRDefault="00921941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A516F" w14:textId="77777777" w:rsidR="00921941" w:rsidRDefault="00921941"/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D30D21" w14:textId="77777777" w:rsidR="00921941" w:rsidRDefault="00AA22DB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AB83EE" w14:textId="77777777" w:rsidR="00921941" w:rsidRDefault="00AA22DB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 работы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F10C3E" w14:textId="77777777" w:rsidR="00921941" w:rsidRDefault="00AA22DB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 работы</w:t>
            </w: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F64A4" w14:textId="77777777" w:rsidR="00921941" w:rsidRDefault="00921941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4B14E" w14:textId="77777777" w:rsidR="00921941" w:rsidRDefault="00921941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2F359" w14:textId="77777777" w:rsidR="00921941" w:rsidRDefault="00921941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E7A77" w14:textId="77777777" w:rsidR="00921941" w:rsidRDefault="00921941"/>
        </w:tc>
      </w:tr>
      <w:tr w:rsidR="00921941" w14:paraId="5AA7781F" w14:textId="77777777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89CDC2" w14:textId="77777777" w:rsidR="00921941" w:rsidRDefault="00AA22D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ОБУЧЕНИЕ ГРАМОТЕ</w:t>
            </w:r>
          </w:p>
        </w:tc>
      </w:tr>
      <w:tr w:rsidR="00921941" w14:paraId="648E78C4" w14:textId="77777777">
        <w:trPr>
          <w:trHeight w:hRule="exact" w:val="350"/>
        </w:trPr>
        <w:tc>
          <w:tcPr>
            <w:tcW w:w="15502" w:type="dxa"/>
            <w:gridSpan w:val="9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5B825C9" w14:textId="77777777" w:rsidR="00921941" w:rsidRDefault="00AA22DB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Раздел 1.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Развитие речи</w:t>
            </w:r>
          </w:p>
        </w:tc>
      </w:tr>
      <w:tr w:rsidR="00921941" w14:paraId="6969292F" w14:textId="77777777">
        <w:trPr>
          <w:trHeight w:hRule="exact" w:val="572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BBF4DC" w14:textId="77777777" w:rsidR="00921941" w:rsidRDefault="00AA22DB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AD66D9" w14:textId="77777777" w:rsidR="00921941" w:rsidRPr="00482F2A" w:rsidRDefault="00AA22DB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Составление небольших рассказов повествовательного характера по серии сюжетных картинок, материалам собственных игр, занятий, наблюдений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4F8540" w14:textId="77777777" w:rsidR="00921941" w:rsidRDefault="00AA22D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B7A9CF" w14:textId="77777777" w:rsidR="00921941" w:rsidRDefault="00AA22D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FA67EE" w14:textId="77777777" w:rsidR="00921941" w:rsidRDefault="00AA22D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71E783" w14:textId="03A23541" w:rsidR="00921941" w:rsidRDefault="00921941">
            <w:pPr>
              <w:autoSpaceDE w:val="0"/>
              <w:autoSpaceDN w:val="0"/>
              <w:spacing w:before="76" w:after="0" w:line="245" w:lineRule="auto"/>
              <w:jc w:val="center"/>
            </w:pPr>
          </w:p>
        </w:tc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CB3C19" w14:textId="77777777" w:rsidR="00921941" w:rsidRPr="00482F2A" w:rsidRDefault="00AA22DB">
            <w:pPr>
              <w:autoSpaceDE w:val="0"/>
              <w:autoSpaceDN w:val="0"/>
              <w:spacing w:before="76" w:after="0" w:line="257" w:lineRule="auto"/>
              <w:ind w:left="72"/>
              <w:rPr>
                <w:lang w:val="ru-RU"/>
              </w:rPr>
            </w:pP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с серией сюжетных картинок, выстроенных в пра​вильной последовательности: анализ </w:t>
            </w:r>
            <w:r w:rsidRPr="00482F2A">
              <w:rPr>
                <w:lang w:val="ru-RU"/>
              </w:rPr>
              <w:br/>
            </w: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изображённых собы​тий, обсуждение сюжета, </w:t>
            </w:r>
            <w:r w:rsidRPr="00482F2A">
              <w:rPr>
                <w:lang w:val="ru-RU"/>
              </w:rPr>
              <w:br/>
            </w: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составление устного рассказа с опорой на </w:t>
            </w:r>
            <w:r w:rsidRPr="00482F2A">
              <w:rPr>
                <w:lang w:val="ru-RU"/>
              </w:rPr>
              <w:br/>
            </w: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картинки; </w:t>
            </w:r>
            <w:r w:rsidRPr="00482F2A">
              <w:rPr>
                <w:lang w:val="ru-RU"/>
              </w:rPr>
              <w:br/>
            </w: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с серией сюжетных картинок с нарушенной последо​вательностью, анализ изображённых </w:t>
            </w:r>
            <w:r w:rsidRPr="00482F2A">
              <w:rPr>
                <w:lang w:val="ru-RU"/>
              </w:rPr>
              <w:br/>
            </w: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событий, установление правильной </w:t>
            </w:r>
            <w:r w:rsidRPr="00482F2A">
              <w:rPr>
                <w:lang w:val="ru-RU"/>
              </w:rPr>
              <w:br/>
            </w: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последовательности событий, объяснение ошибки художника, внесение изменений в последователь​</w:t>
            </w:r>
            <w:r w:rsidRPr="00482F2A">
              <w:rPr>
                <w:rFonts w:ascii="DejaVu Serif" w:eastAsia="DejaVu Serif" w:hAnsi="DejaVu Serif"/>
                <w:color w:val="000000"/>
                <w:w w:val="97"/>
                <w:sz w:val="16"/>
                <w:lang w:val="ru-RU"/>
              </w:rPr>
              <w:t>‐</w:t>
            </w: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ность картинок, составление устного рассказа по восстанов​ленной серии картинок; </w:t>
            </w:r>
            <w:r w:rsidRPr="00482F2A">
              <w:rPr>
                <w:lang w:val="ru-RU"/>
              </w:rPr>
              <w:br/>
            </w: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Совместная работа по составлению небольших рассказов повествовательного характера </w:t>
            </w:r>
            <w:r w:rsidRPr="00482F2A">
              <w:rPr>
                <w:lang w:val="ru-RU"/>
              </w:rPr>
              <w:br/>
            </w: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(например, рассказ о случаях из школьной жизни и т. д.); </w:t>
            </w:r>
            <w:r w:rsidRPr="00482F2A">
              <w:rPr>
                <w:lang w:val="ru-RU"/>
              </w:rPr>
              <w:br/>
            </w: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Совместная работа по составлению небольших рассказов опи​сательного характера (например, описание как результат совместных наблюдений, описание модели звукового состава слова и т. д.); Самостоятельная работа: составление короткого рассказа по опорным словам; </w:t>
            </w:r>
            <w:r w:rsidRPr="00482F2A">
              <w:rPr>
                <w:lang w:val="ru-RU"/>
              </w:rPr>
              <w:br/>
            </w: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Учебный диалог по результатам совместного </w:t>
            </w:r>
            <w:r w:rsidRPr="00482F2A">
              <w:rPr>
                <w:lang w:val="ru-RU"/>
              </w:rPr>
              <w:br/>
            </w: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составления рассказов, объяснение уместности или неуместности использования тех или иных речевых средств, участие в диалоге, высказывание и </w:t>
            </w:r>
            <w:r w:rsidRPr="00482F2A">
              <w:rPr>
                <w:lang w:val="ru-RU"/>
              </w:rPr>
              <w:br/>
            </w: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обоснование своей точки зрения; </w:t>
            </w:r>
            <w:r w:rsidRPr="00482F2A">
              <w:rPr>
                <w:lang w:val="ru-RU"/>
              </w:rPr>
              <w:br/>
            </w: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Слушание текста, понимание текста при его </w:t>
            </w:r>
            <w:r w:rsidRPr="00482F2A">
              <w:rPr>
                <w:lang w:val="ru-RU"/>
              </w:rPr>
              <w:br/>
            </w: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прослушивании;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CD44B4" w14:textId="77777777" w:rsidR="00921941" w:rsidRDefault="00AA22DB">
            <w:pPr>
              <w:autoSpaceDE w:val="0"/>
              <w:autoSpaceDN w:val="0"/>
              <w:spacing w:before="76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D17B03" w14:textId="77777777" w:rsidR="00921941" w:rsidRDefault="00AA22DB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https://uchi.ru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https://resh.edu.ru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https://education.yandex.ru/</w:t>
            </w:r>
          </w:p>
        </w:tc>
      </w:tr>
      <w:tr w:rsidR="00921941" w14:paraId="57EF4815" w14:textId="77777777">
        <w:trPr>
          <w:trHeight w:hRule="exact" w:val="348"/>
        </w:trPr>
        <w:tc>
          <w:tcPr>
            <w:tcW w:w="5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5DDD19" w14:textId="77777777" w:rsidR="00921941" w:rsidRDefault="00AA22D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5F7C692" w14:textId="77777777" w:rsidR="00921941" w:rsidRDefault="00AA22D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96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89BB9C" w14:textId="77777777" w:rsidR="00921941" w:rsidRDefault="00921941"/>
        </w:tc>
      </w:tr>
      <w:tr w:rsidR="00921941" w14:paraId="3A3A7EFE" w14:textId="77777777">
        <w:trPr>
          <w:trHeight w:hRule="exact" w:val="32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AD2393" w14:textId="77777777" w:rsidR="00921941" w:rsidRDefault="00AA22D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Раздел 2.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Фонетика</w:t>
            </w:r>
          </w:p>
        </w:tc>
      </w:tr>
    </w:tbl>
    <w:p w14:paraId="71269FC7" w14:textId="77777777" w:rsidR="00921941" w:rsidRDefault="00921941">
      <w:pPr>
        <w:autoSpaceDE w:val="0"/>
        <w:autoSpaceDN w:val="0"/>
        <w:spacing w:after="0" w:line="14" w:lineRule="exact"/>
      </w:pPr>
    </w:p>
    <w:p w14:paraId="71CC7666" w14:textId="77777777" w:rsidR="00921941" w:rsidRDefault="00921941">
      <w:pPr>
        <w:sectPr w:rsidR="00921941" w:rsidSect="00EB1D13">
          <w:pgSz w:w="16840" w:h="11900" w:orient="landscape"/>
          <w:pgMar w:top="1402" w:right="666" w:bottom="282" w:left="640" w:header="720" w:footer="720" w:gutter="0"/>
          <w:cols w:space="720" w:equalWidth="0">
            <w:col w:w="15892" w:space="0"/>
          </w:cols>
          <w:docGrid w:linePitch="360"/>
        </w:sectPr>
      </w:pPr>
    </w:p>
    <w:p w14:paraId="4BE7107A" w14:textId="77777777" w:rsidR="00921941" w:rsidRDefault="00921941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4864"/>
        <w:gridCol w:w="528"/>
        <w:gridCol w:w="1104"/>
        <w:gridCol w:w="1140"/>
        <w:gridCol w:w="866"/>
        <w:gridCol w:w="3614"/>
        <w:gridCol w:w="1020"/>
        <w:gridCol w:w="1898"/>
      </w:tblGrid>
      <w:tr w:rsidR="00921941" w14:paraId="19886DBC" w14:textId="77777777">
        <w:trPr>
          <w:trHeight w:hRule="exact" w:val="246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A700809" w14:textId="77777777" w:rsidR="00921941" w:rsidRDefault="00AA22DB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2.1.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F13ACE" w14:textId="77777777" w:rsidR="00921941" w:rsidRPr="00482F2A" w:rsidRDefault="00AA22DB">
            <w:pPr>
              <w:autoSpaceDE w:val="0"/>
              <w:autoSpaceDN w:val="0"/>
              <w:spacing w:before="78" w:after="0" w:line="250" w:lineRule="auto"/>
              <w:ind w:left="72" w:right="288"/>
              <w:rPr>
                <w:lang w:val="ru-RU"/>
              </w:rPr>
            </w:pP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Звуки речи. Интонационное выделение звука в слове. Определение частотного звука в стихотворении. Называние слов с заданным звуком. Дифференциация близких по акустико-артикуляционным признакам звуков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69BC4A" w14:textId="77777777" w:rsidR="00921941" w:rsidRDefault="00AA22D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693959" w14:textId="77777777" w:rsidR="00921941" w:rsidRDefault="00AA22D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C9FCB3" w14:textId="77777777" w:rsidR="00921941" w:rsidRDefault="00AA22D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F03220" w14:textId="00E1B132" w:rsidR="00921941" w:rsidRDefault="00921941">
            <w:pPr>
              <w:autoSpaceDE w:val="0"/>
              <w:autoSpaceDN w:val="0"/>
              <w:spacing w:before="78" w:after="0" w:line="245" w:lineRule="auto"/>
              <w:jc w:val="center"/>
            </w:pPr>
          </w:p>
        </w:tc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1BFB9F7" w14:textId="77777777" w:rsidR="00921941" w:rsidRPr="00482F2A" w:rsidRDefault="00AA22DB">
            <w:pPr>
              <w:autoSpaceDE w:val="0"/>
              <w:autoSpaceDN w:val="0"/>
              <w:spacing w:before="78" w:after="0" w:line="254" w:lineRule="auto"/>
              <w:ind w:left="72" w:right="144"/>
              <w:rPr>
                <w:lang w:val="ru-RU"/>
              </w:rPr>
            </w:pP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Игровое упражнение «Скажи так, как я»</w:t>
            </w:r>
            <w:r w:rsidRPr="00482F2A">
              <w:rPr>
                <w:lang w:val="ru-RU"/>
              </w:rPr>
              <w:br/>
            </w: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(отрабатывается умение воспроизводить заданный учителем образец интона​ционного выделения звука в слове); </w:t>
            </w:r>
            <w:r w:rsidRPr="00482F2A">
              <w:rPr>
                <w:lang w:val="ru-RU"/>
              </w:rPr>
              <w:br/>
            </w: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Игровое упражнение «Есть ли в слове заданный звук?» (ловить мяч нужно только тогда, когда ведущий называет слово с заданным звуком, </w:t>
            </w:r>
            <w:r w:rsidRPr="00482F2A">
              <w:rPr>
                <w:lang w:val="ru-RU"/>
              </w:rPr>
              <w:br/>
            </w: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отрабатывается умение определять наличие </w:t>
            </w:r>
            <w:r w:rsidRPr="00482F2A">
              <w:rPr>
                <w:lang w:val="ru-RU"/>
              </w:rPr>
              <w:br/>
            </w: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заданного звука в слове); </w:t>
            </w:r>
            <w:r w:rsidRPr="00482F2A">
              <w:rPr>
                <w:lang w:val="ru-RU"/>
              </w:rPr>
              <w:br/>
            </w: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Игра​соревнование «Кто запомнит больше слов с заданным звуком при прослушивании </w:t>
            </w:r>
            <w:r w:rsidRPr="00482F2A">
              <w:rPr>
                <w:lang w:val="ru-RU"/>
              </w:rPr>
              <w:br/>
            </w: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стихотворения»;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34DDF05" w14:textId="77777777" w:rsidR="00921941" w:rsidRDefault="00AA22DB">
            <w:pPr>
              <w:autoSpaceDE w:val="0"/>
              <w:autoSpaceDN w:val="0"/>
              <w:spacing w:before="78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 контроль;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D7195B0" w14:textId="77777777" w:rsidR="00921941" w:rsidRDefault="00AA22DB">
            <w:pPr>
              <w:autoSpaceDE w:val="0"/>
              <w:autoSpaceDN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https://uchi.ru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https://resh.edu.ru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https://education.yandex.ru</w:t>
            </w:r>
          </w:p>
        </w:tc>
      </w:tr>
      <w:tr w:rsidR="00921941" w14:paraId="28A26203" w14:textId="77777777">
        <w:trPr>
          <w:trHeight w:hRule="exact" w:val="269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E6953F" w14:textId="77777777" w:rsidR="00921941" w:rsidRDefault="00AA22DB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2.2.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5F86476" w14:textId="77777777" w:rsidR="00921941" w:rsidRPr="00482F2A" w:rsidRDefault="00AA22DB">
            <w:pPr>
              <w:autoSpaceDE w:val="0"/>
              <w:autoSpaceDN w:val="0"/>
              <w:spacing w:before="76" w:after="0" w:line="252" w:lineRule="auto"/>
              <w:ind w:left="72"/>
              <w:rPr>
                <w:lang w:val="ru-RU"/>
              </w:rPr>
            </w:pP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Установление последовательности звуков в слове и количества звуков. Сопоставление слов, различающихся одним или несколькими звуками. Звуковой анализ слова, работа со звуковыми моделями: построение модели звукового состава слова, подбор слов, </w:t>
            </w:r>
            <w:r w:rsidRPr="00482F2A">
              <w:rPr>
                <w:lang w:val="ru-RU"/>
              </w:rPr>
              <w:br/>
            </w: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соответствующих заданной модели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32BCC9" w14:textId="77777777" w:rsidR="00921941" w:rsidRDefault="00AA22D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815485" w14:textId="77777777" w:rsidR="00921941" w:rsidRDefault="00AA22D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944290" w14:textId="77777777" w:rsidR="00921941" w:rsidRDefault="00AA22D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CA7CC1" w14:textId="6D576F94" w:rsidR="00921941" w:rsidRDefault="00921941">
            <w:pPr>
              <w:autoSpaceDE w:val="0"/>
              <w:autoSpaceDN w:val="0"/>
              <w:spacing w:before="76" w:after="0" w:line="245" w:lineRule="auto"/>
              <w:jc w:val="center"/>
            </w:pPr>
          </w:p>
        </w:tc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20EE46" w14:textId="77777777" w:rsidR="00921941" w:rsidRPr="00482F2A" w:rsidRDefault="00AA22DB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Упражнение: подбор слов с заданным звуком; </w:t>
            </w:r>
            <w:r w:rsidRPr="00482F2A">
              <w:rPr>
                <w:lang w:val="ru-RU"/>
              </w:rPr>
              <w:br/>
            </w: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с моделью: выбрать нужную модель в </w:t>
            </w:r>
            <w:r w:rsidRPr="00482F2A">
              <w:rPr>
                <w:lang w:val="ru-RU"/>
              </w:rPr>
              <w:br/>
            </w: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зависимости от места заданного звука в слове </w:t>
            </w:r>
            <w:r w:rsidRPr="00482F2A">
              <w:rPr>
                <w:lang w:val="ru-RU"/>
              </w:rPr>
              <w:br/>
            </w: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(начало, середина, конец слова); </w:t>
            </w:r>
            <w:r w:rsidRPr="00482F2A">
              <w:rPr>
                <w:lang w:val="ru-RU"/>
              </w:rPr>
              <w:br/>
            </w: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Совместная работа: группировка слов по первому звуку(по последнему звуку), по наличию близких в акустико-артикуляционном отношении звуков ([н]— [м], [р] — [л], [с] — [ш] и др.); </w:t>
            </w:r>
            <w:r w:rsidRPr="00482F2A">
              <w:rPr>
                <w:lang w:val="ru-RU"/>
              </w:rPr>
              <w:br/>
            </w: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Игра «Живые звуки»: моделирование звукового состава слова в игровых ситуациях; </w:t>
            </w:r>
            <w:r w:rsidRPr="00482F2A">
              <w:rPr>
                <w:lang w:val="ru-RU"/>
              </w:rPr>
              <w:br/>
            </w: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Моделирование звукового состава слов с </w:t>
            </w:r>
            <w:r w:rsidRPr="00482F2A">
              <w:rPr>
                <w:lang w:val="ru-RU"/>
              </w:rPr>
              <w:br/>
            </w: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использованием фишек разного цвета для </w:t>
            </w:r>
            <w:r w:rsidRPr="00482F2A">
              <w:rPr>
                <w:lang w:val="ru-RU"/>
              </w:rPr>
              <w:br/>
            </w: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фиксации качественных характеристик звуков;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61DE6D" w14:textId="77777777" w:rsidR="00921941" w:rsidRDefault="00AA22DB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 контроль;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9EE41F" w14:textId="77777777" w:rsidR="00921941" w:rsidRDefault="00AA22DB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https://uchi.ru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https://resh.edu.ru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https://education.yandex.ru</w:t>
            </w:r>
          </w:p>
        </w:tc>
      </w:tr>
      <w:tr w:rsidR="00921941" w14:paraId="1A3CFA31" w14:textId="77777777">
        <w:trPr>
          <w:trHeight w:hRule="exact" w:val="247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96E461" w14:textId="77777777" w:rsidR="00921941" w:rsidRDefault="00AA22DB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2.3.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FC44E87" w14:textId="77777777" w:rsidR="00921941" w:rsidRPr="00482F2A" w:rsidRDefault="00AA22DB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Особенность гласных звуков. Особенность согласных звуков.</w:t>
            </w:r>
          </w:p>
          <w:p w14:paraId="39058376" w14:textId="77777777" w:rsidR="00921941" w:rsidRDefault="00AA22DB">
            <w:pPr>
              <w:autoSpaceDE w:val="0"/>
              <w:autoSpaceDN w:val="0"/>
              <w:spacing w:before="20" w:after="0" w:line="245" w:lineRule="auto"/>
              <w:ind w:left="72" w:right="144"/>
            </w:pP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Различение гласных и согласных звуков. Определение места </w:t>
            </w:r>
            <w:r w:rsidRPr="00482F2A">
              <w:rPr>
                <w:lang w:val="ru-RU"/>
              </w:rPr>
              <w:br/>
            </w: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ударения. Различение гласных ударных и безударных.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Ударный слог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91075B" w14:textId="77777777" w:rsidR="00921941" w:rsidRDefault="00AA22D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DD3FE76" w14:textId="77777777" w:rsidR="00921941" w:rsidRDefault="00AA22D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8D5A486" w14:textId="77777777" w:rsidR="00921941" w:rsidRDefault="00AA22D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15703C" w14:textId="753B3BC1" w:rsidR="00921941" w:rsidRDefault="00921941">
            <w:pPr>
              <w:autoSpaceDE w:val="0"/>
              <w:autoSpaceDN w:val="0"/>
              <w:spacing w:before="78" w:after="0" w:line="245" w:lineRule="auto"/>
              <w:jc w:val="center"/>
            </w:pPr>
          </w:p>
        </w:tc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C7F998B" w14:textId="77777777" w:rsidR="00921941" w:rsidRPr="00482F2A" w:rsidRDefault="00AA22DB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в парах: сравнение двух моделей звукового состава (нахождение сходства и различия); </w:t>
            </w:r>
            <w:r w:rsidRPr="00482F2A">
              <w:rPr>
                <w:lang w:val="ru-RU"/>
              </w:rPr>
              <w:br/>
            </w: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Учебный диалог «Чем гласные звуки отличаются по произношению от согласных звуков?»; как </w:t>
            </w:r>
            <w:r w:rsidRPr="00482F2A">
              <w:rPr>
                <w:lang w:val="ru-RU"/>
              </w:rPr>
              <w:br/>
            </w: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результат участия в диалоге: различение гласных и согласных звуков по отсутствию/наличию </w:t>
            </w:r>
            <w:r w:rsidRPr="00482F2A">
              <w:rPr>
                <w:lang w:val="ru-RU"/>
              </w:rPr>
              <w:br/>
            </w: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преграды; </w:t>
            </w:r>
            <w:r w:rsidRPr="00482F2A">
              <w:rPr>
                <w:lang w:val="ru-RU"/>
              </w:rPr>
              <w:br/>
            </w: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Совместная работа: характеристика особенностей гласных, согласных звуков, обоснование своей точки зрения, выслушивание одноклассников; Контролировать этапы своей работы, оценивать процесс и результат выполнения задания;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324AFA" w14:textId="77777777" w:rsidR="00921941" w:rsidRDefault="00AA22DB">
            <w:pPr>
              <w:autoSpaceDE w:val="0"/>
              <w:autoSpaceDN w:val="0"/>
              <w:spacing w:before="78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 контроль;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733ECD" w14:textId="77777777" w:rsidR="00921941" w:rsidRDefault="00AA22DB">
            <w:pPr>
              <w:autoSpaceDE w:val="0"/>
              <w:autoSpaceDN w:val="0"/>
              <w:spacing w:before="78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https://uchi.ru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https://resh.edu.ru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https://education.yandex.ru</w:t>
            </w:r>
          </w:p>
        </w:tc>
      </w:tr>
      <w:tr w:rsidR="00921941" w14:paraId="54526D01" w14:textId="77777777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56FABA" w14:textId="77777777" w:rsidR="00921941" w:rsidRDefault="00AA22DB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2.4.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3DD82A5" w14:textId="77777777" w:rsidR="00921941" w:rsidRDefault="00AA22DB">
            <w:pPr>
              <w:autoSpaceDE w:val="0"/>
              <w:autoSpaceDN w:val="0"/>
              <w:spacing w:before="78" w:after="0" w:line="245" w:lineRule="auto"/>
              <w:ind w:left="72" w:right="288"/>
            </w:pP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Твёрдость и мягкость согласных звуков как смыслоразличительная функция.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Различение твёрдых и мягких согласных звуков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3E9BBF3" w14:textId="77777777" w:rsidR="00921941" w:rsidRDefault="00AA22D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8DC221C" w14:textId="77777777" w:rsidR="00921941" w:rsidRDefault="00AA22D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1554EE" w14:textId="77777777" w:rsidR="00921941" w:rsidRDefault="00AA22D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67F03F" w14:textId="7C705432" w:rsidR="00921941" w:rsidRDefault="00921941">
            <w:pPr>
              <w:autoSpaceDE w:val="0"/>
              <w:autoSpaceDN w:val="0"/>
              <w:spacing w:before="78" w:after="0" w:line="245" w:lineRule="auto"/>
              <w:jc w:val="center"/>
            </w:pPr>
          </w:p>
        </w:tc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788D28" w14:textId="77777777" w:rsidR="00921941" w:rsidRPr="00482F2A" w:rsidRDefault="00AA22DB">
            <w:pPr>
              <w:autoSpaceDE w:val="0"/>
              <w:autoSpaceDN w:val="0"/>
              <w:spacing w:before="78" w:after="0" w:line="250" w:lineRule="auto"/>
              <w:ind w:left="72" w:right="144"/>
              <w:rPr>
                <w:lang w:val="ru-RU"/>
              </w:rPr>
            </w:pP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Игровое упражнение «Назови братца» (парный по твёрдости — мягкости звук); </w:t>
            </w:r>
            <w:r w:rsidRPr="00482F2A">
              <w:rPr>
                <w:lang w:val="ru-RU"/>
              </w:rPr>
              <w:br/>
            </w: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Учебный диалог «Чем твёрдые согласные звуки отличаются от мягких согласных звуков?»;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CC2380" w14:textId="77777777" w:rsidR="00921941" w:rsidRDefault="00AA22DB">
            <w:pPr>
              <w:autoSpaceDE w:val="0"/>
              <w:autoSpaceDN w:val="0"/>
              <w:spacing w:before="78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 контроль;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7ADBE4" w14:textId="77777777" w:rsidR="00921941" w:rsidRDefault="00AA22DB">
            <w:pPr>
              <w:autoSpaceDE w:val="0"/>
              <w:autoSpaceDN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https://uchi.ru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https://resh.edu.ru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https://education.yandex.ru</w:t>
            </w:r>
          </w:p>
        </w:tc>
      </w:tr>
      <w:tr w:rsidR="00921941" w14:paraId="06C572BB" w14:textId="77777777">
        <w:trPr>
          <w:trHeight w:hRule="exact" w:val="906"/>
        </w:trPr>
        <w:tc>
          <w:tcPr>
            <w:tcW w:w="4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2C9B86" w14:textId="77777777" w:rsidR="00921941" w:rsidRDefault="00AA22DB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2.5.</w:t>
            </w:r>
          </w:p>
        </w:tc>
        <w:tc>
          <w:tcPr>
            <w:tcW w:w="48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F574D8E" w14:textId="77777777" w:rsidR="00921941" w:rsidRPr="00482F2A" w:rsidRDefault="00AA22DB">
            <w:pPr>
              <w:autoSpaceDE w:val="0"/>
              <w:autoSpaceDN w:val="0"/>
              <w:spacing w:before="76" w:after="0" w:line="250" w:lineRule="auto"/>
              <w:ind w:left="72" w:right="288"/>
              <w:rPr>
                <w:lang w:val="ru-RU"/>
              </w:rPr>
            </w:pP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Дифференциация парных по твёрдости — мягкости согласных звуков.  Дифференциация парных по звонкости — глухости звуков (без введения терминов «звонкость», «глухость»)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3470D64" w14:textId="77777777" w:rsidR="00921941" w:rsidRDefault="00AA22DB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7D96FC6" w14:textId="77777777" w:rsidR="00921941" w:rsidRDefault="00AA22DB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BA1CC7B" w14:textId="77777777" w:rsidR="00921941" w:rsidRDefault="00AA22DB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2E6472" w14:textId="7C5AF061" w:rsidR="00921941" w:rsidRDefault="00921941">
            <w:pPr>
              <w:autoSpaceDE w:val="0"/>
              <w:autoSpaceDN w:val="0"/>
              <w:spacing w:before="76" w:after="0" w:line="245" w:lineRule="auto"/>
              <w:jc w:val="center"/>
            </w:pPr>
          </w:p>
        </w:tc>
        <w:tc>
          <w:tcPr>
            <w:tcW w:w="361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3D05A7B" w14:textId="77777777" w:rsidR="00921941" w:rsidRPr="00482F2A" w:rsidRDefault="00AA22DB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Игровое упражнение «Назови братца» (парный по твёрдости — мягкости звук); </w:t>
            </w:r>
            <w:r w:rsidRPr="00482F2A">
              <w:rPr>
                <w:lang w:val="ru-RU"/>
              </w:rPr>
              <w:br/>
            </w: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Учебный диалог «Чем твёрдые согласные звуки отличаются от мягких согласных звуков?»;</w:t>
            </w:r>
          </w:p>
        </w:tc>
        <w:tc>
          <w:tcPr>
            <w:tcW w:w="10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B2BFE31" w14:textId="77777777" w:rsidR="00921941" w:rsidRDefault="00AA22DB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 контроль;</w:t>
            </w:r>
          </w:p>
        </w:tc>
        <w:tc>
          <w:tcPr>
            <w:tcW w:w="189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C39204" w14:textId="77777777" w:rsidR="00921941" w:rsidRDefault="00AA22DB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https://uchi.ru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https://resh.edu.ru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https://education.yandex.ru</w:t>
            </w:r>
          </w:p>
        </w:tc>
      </w:tr>
    </w:tbl>
    <w:p w14:paraId="5FCF2A27" w14:textId="77777777" w:rsidR="00921941" w:rsidRDefault="00921941">
      <w:pPr>
        <w:autoSpaceDE w:val="0"/>
        <w:autoSpaceDN w:val="0"/>
        <w:spacing w:after="0" w:line="14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4864"/>
        <w:gridCol w:w="528"/>
        <w:gridCol w:w="1104"/>
        <w:gridCol w:w="1140"/>
        <w:gridCol w:w="866"/>
        <w:gridCol w:w="3614"/>
        <w:gridCol w:w="1020"/>
        <w:gridCol w:w="1898"/>
      </w:tblGrid>
      <w:tr w:rsidR="00921941" w14:paraId="3BF96352" w14:textId="77777777">
        <w:trPr>
          <w:trHeight w:hRule="exact" w:val="150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D4226E6" w14:textId="77777777" w:rsidR="00921941" w:rsidRDefault="00AA22DB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lastRenderedPageBreak/>
              <w:t>2.6.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DDB2DA0" w14:textId="77777777" w:rsidR="00921941" w:rsidRPr="00482F2A" w:rsidRDefault="00AA22DB">
            <w:pPr>
              <w:autoSpaceDE w:val="0"/>
              <w:autoSpaceDN w:val="0"/>
              <w:spacing w:before="78" w:after="0" w:line="245" w:lineRule="auto"/>
              <w:ind w:left="72"/>
              <w:rPr>
                <w:lang w:val="ru-RU"/>
              </w:rPr>
            </w:pP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Слог как минимальная произносительная единица. Слогообразующая функция гласных звуков. Определение количества слогов в слове.</w:t>
            </w:r>
          </w:p>
          <w:p w14:paraId="5C725ECA" w14:textId="77777777" w:rsidR="00921941" w:rsidRPr="00482F2A" w:rsidRDefault="00AA22DB">
            <w:pPr>
              <w:autoSpaceDE w:val="0"/>
              <w:autoSpaceDN w:val="0"/>
              <w:spacing w:before="20" w:after="0" w:line="230" w:lineRule="auto"/>
              <w:ind w:left="72"/>
              <w:rPr>
                <w:lang w:val="ru-RU"/>
              </w:rPr>
            </w:pP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Деление слов на слоги (простые однозначные случаи)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AB5B67" w14:textId="77777777" w:rsidR="00921941" w:rsidRDefault="00AA22D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DE471A" w14:textId="77777777" w:rsidR="00921941" w:rsidRDefault="00AA22D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C5A6B44" w14:textId="77777777" w:rsidR="00921941" w:rsidRDefault="00AA22D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D1D9BC" w14:textId="622A68DD" w:rsidR="00921941" w:rsidRDefault="00921941">
            <w:pPr>
              <w:autoSpaceDE w:val="0"/>
              <w:autoSpaceDN w:val="0"/>
              <w:spacing w:before="78" w:after="0" w:line="245" w:lineRule="auto"/>
              <w:jc w:val="center"/>
            </w:pPr>
          </w:p>
        </w:tc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49AC675" w14:textId="77777777" w:rsidR="00921941" w:rsidRPr="00482F2A" w:rsidRDefault="00AA22DB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со слогоударными схемами: подбор слов, соответствующих схеме; </w:t>
            </w:r>
            <w:r w:rsidRPr="00482F2A">
              <w:rPr>
                <w:lang w:val="ru-RU"/>
              </w:rPr>
              <w:br/>
            </w: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в группах: объединять слова по количеству слогов в слове и месту ударения; </w:t>
            </w:r>
            <w:r w:rsidRPr="00482F2A">
              <w:rPr>
                <w:lang w:val="ru-RU"/>
              </w:rPr>
              <w:br/>
            </w: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в группах: нахождение и исправление </w:t>
            </w:r>
            <w:r w:rsidRPr="00482F2A">
              <w:rPr>
                <w:lang w:val="ru-RU"/>
              </w:rPr>
              <w:br/>
            </w: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ошибок, допущенных при делении слов на слоги, в определении ударного звука;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BC4314" w14:textId="77777777" w:rsidR="00921941" w:rsidRDefault="00AA22DB">
            <w:pPr>
              <w:autoSpaceDE w:val="0"/>
              <w:autoSpaceDN w:val="0"/>
              <w:spacing w:before="78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 контроль;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664888" w14:textId="77777777" w:rsidR="00921941" w:rsidRDefault="00AA22DB">
            <w:pPr>
              <w:autoSpaceDE w:val="0"/>
              <w:autoSpaceDN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https://uchi.ru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https://resh.edu.ru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https://education.yandex.ru</w:t>
            </w:r>
          </w:p>
        </w:tc>
      </w:tr>
      <w:tr w:rsidR="00921941" w14:paraId="63DD8580" w14:textId="77777777">
        <w:trPr>
          <w:trHeight w:hRule="exact" w:val="348"/>
        </w:trPr>
        <w:tc>
          <w:tcPr>
            <w:tcW w:w="5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64196D" w14:textId="77777777" w:rsidR="00921941" w:rsidRDefault="00AA22D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30663B" w14:textId="77777777" w:rsidR="00921941" w:rsidRDefault="00AA22D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25</w:t>
            </w:r>
          </w:p>
        </w:tc>
        <w:tc>
          <w:tcPr>
            <w:tcW w:w="96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BCEB409" w14:textId="77777777" w:rsidR="00921941" w:rsidRDefault="00921941"/>
        </w:tc>
      </w:tr>
      <w:tr w:rsidR="00921941" w:rsidRPr="0069551C" w14:paraId="66A0A98D" w14:textId="77777777">
        <w:trPr>
          <w:trHeight w:hRule="exact" w:val="350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575D3C" w14:textId="77777777" w:rsidR="00921941" w:rsidRPr="00482F2A" w:rsidRDefault="00AA22DB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Раздел 3.</w:t>
            </w:r>
            <w:r w:rsidRPr="00482F2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 Письмо. Орфография и пунктуация</w:t>
            </w:r>
          </w:p>
        </w:tc>
      </w:tr>
      <w:tr w:rsidR="00921941" w14:paraId="0BA6466D" w14:textId="77777777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956F7F" w14:textId="77777777" w:rsidR="00921941" w:rsidRDefault="00AA22DB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3.1.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E33CD8" w14:textId="77777777" w:rsidR="00921941" w:rsidRDefault="00AA22DB">
            <w:pPr>
              <w:autoSpaceDE w:val="0"/>
              <w:autoSpaceDN w:val="0"/>
              <w:spacing w:before="76" w:after="0" w:line="250" w:lineRule="auto"/>
              <w:ind w:left="72" w:right="144"/>
            </w:pP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Развитие мелкой моторики пальцев и движения руки. Развитие умения ориентироваться на пространстве листа в тетради и на пространстве классной доски.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Усвоение гигиенических требований, которые необходимо соблюдать во время письма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A1FEE9" w14:textId="77777777" w:rsidR="00921941" w:rsidRDefault="00AA22D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BD25AF" w14:textId="77777777" w:rsidR="00921941" w:rsidRDefault="00AA22D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F5B79C7" w14:textId="77777777" w:rsidR="00921941" w:rsidRDefault="00AA22D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5B7A8B" w14:textId="07001703" w:rsidR="00921941" w:rsidRDefault="00921941">
            <w:pPr>
              <w:autoSpaceDE w:val="0"/>
              <w:autoSpaceDN w:val="0"/>
              <w:spacing w:before="76" w:after="0" w:line="245" w:lineRule="auto"/>
              <w:jc w:val="center"/>
            </w:pPr>
          </w:p>
        </w:tc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77909A1" w14:textId="77777777" w:rsidR="00921941" w:rsidRPr="00482F2A" w:rsidRDefault="00AA22DB">
            <w:pPr>
              <w:autoSpaceDE w:val="0"/>
              <w:autoSpaceDN w:val="0"/>
              <w:spacing w:before="76" w:after="0" w:line="245" w:lineRule="auto"/>
              <w:ind w:left="72" w:right="288"/>
              <w:rPr>
                <w:lang w:val="ru-RU"/>
              </w:rPr>
            </w:pP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Моделирование (из пластилина, из проволоки) букв;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7324E0" w14:textId="77777777" w:rsidR="00921941" w:rsidRDefault="00AA22DB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 контроль;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15A98D8" w14:textId="77777777" w:rsidR="00921941" w:rsidRDefault="00AA22DB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https://uchi.ru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https://resh.edu.ru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https://education.yandex.ru</w:t>
            </w:r>
          </w:p>
        </w:tc>
      </w:tr>
      <w:tr w:rsidR="00921941" w14:paraId="088927DA" w14:textId="77777777">
        <w:trPr>
          <w:trHeight w:hRule="exact" w:val="265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4E880AB" w14:textId="77777777" w:rsidR="00921941" w:rsidRDefault="00AA22DB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3.2.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9CE085" w14:textId="77777777" w:rsidR="00921941" w:rsidRDefault="00AA22DB">
            <w:pPr>
              <w:autoSpaceDE w:val="0"/>
              <w:autoSpaceDN w:val="0"/>
              <w:spacing w:before="76" w:after="0" w:line="250" w:lineRule="auto"/>
              <w:ind w:left="72" w:right="288"/>
            </w:pP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Анализ начертаний письменных заглавных и строчных букв. Создание единства звука, зрительного образа обозначающего его буквы и двигательного образа этой буквы.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Овладение начертанием письменных прописных и строчных букв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5E3FF2" w14:textId="77777777" w:rsidR="00921941" w:rsidRDefault="00AA22D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C7FF2E" w14:textId="77777777" w:rsidR="00921941" w:rsidRDefault="00AA22D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8956080" w14:textId="77777777" w:rsidR="00921941" w:rsidRDefault="00AA22D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A3F1B4" w14:textId="297F768E" w:rsidR="00921941" w:rsidRDefault="00921941">
            <w:pPr>
              <w:autoSpaceDE w:val="0"/>
              <w:autoSpaceDN w:val="0"/>
              <w:spacing w:before="76" w:after="0" w:line="245" w:lineRule="auto"/>
              <w:jc w:val="center"/>
            </w:pPr>
          </w:p>
        </w:tc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7C731D" w14:textId="77777777" w:rsidR="00921941" w:rsidRPr="00482F2A" w:rsidRDefault="00AA22DB">
            <w:pPr>
              <w:autoSpaceDE w:val="0"/>
              <w:autoSpaceDN w:val="0"/>
              <w:spacing w:before="76" w:after="0" w:line="254" w:lineRule="auto"/>
              <w:ind w:left="72" w:right="144"/>
              <w:rPr>
                <w:lang w:val="ru-RU"/>
              </w:rPr>
            </w:pP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Совместная работа: анализ поэлементного состава букв; </w:t>
            </w:r>
            <w:r w:rsidRPr="00482F2A">
              <w:rPr>
                <w:lang w:val="ru-RU"/>
              </w:rPr>
              <w:br/>
            </w: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Игровое упражнение «Конструктор букв», </w:t>
            </w:r>
            <w:r w:rsidRPr="00482F2A">
              <w:rPr>
                <w:lang w:val="ru-RU"/>
              </w:rPr>
              <w:br/>
            </w: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направленное на составление буквы из элементов; Игровое упражнение «Назови букву», </w:t>
            </w:r>
            <w:r w:rsidRPr="00482F2A">
              <w:rPr>
                <w:lang w:val="ru-RU"/>
              </w:rPr>
              <w:br/>
            </w: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направленное на различение букв, имеющих </w:t>
            </w:r>
            <w:r w:rsidRPr="00482F2A">
              <w:rPr>
                <w:lang w:val="ru-RU"/>
              </w:rPr>
              <w:br/>
            </w: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оптическое и кинетическое сходство; </w:t>
            </w:r>
            <w:r w:rsidRPr="00482F2A">
              <w:rPr>
                <w:lang w:val="ru-RU"/>
              </w:rPr>
              <w:br/>
            </w: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Игровое упражнение «Что случилось с буквой»: анализ деформированных букв, определение </w:t>
            </w:r>
            <w:r w:rsidRPr="00482F2A">
              <w:rPr>
                <w:lang w:val="ru-RU"/>
              </w:rPr>
              <w:br/>
            </w: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недостающих элементов; </w:t>
            </w:r>
            <w:r w:rsidRPr="00482F2A">
              <w:rPr>
                <w:lang w:val="ru-RU"/>
              </w:rPr>
              <w:br/>
            </w: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Практическая работа: контролировать </w:t>
            </w:r>
            <w:r w:rsidRPr="00482F2A">
              <w:rPr>
                <w:lang w:val="ru-RU"/>
              </w:rPr>
              <w:br/>
            </w: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правильность написа​ния буквы, сравнивать свои буквы с предложенным образцом;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58E883" w14:textId="77777777" w:rsidR="00921941" w:rsidRDefault="00AA22DB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 контроль;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DCE6A4" w14:textId="77777777" w:rsidR="00921941" w:rsidRDefault="00AA22DB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https://uchi.ru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https://resh.edu.ru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https://education.yandex.ru</w:t>
            </w:r>
          </w:p>
        </w:tc>
      </w:tr>
      <w:tr w:rsidR="00921941" w14:paraId="75F2275D" w14:textId="77777777">
        <w:trPr>
          <w:trHeight w:hRule="exact" w:val="188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CA9CDB" w14:textId="77777777" w:rsidR="00921941" w:rsidRDefault="00AA22DB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3.3.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F03C0C" w14:textId="77777777" w:rsidR="00921941" w:rsidRDefault="00AA22DB">
            <w:pPr>
              <w:autoSpaceDE w:val="0"/>
              <w:autoSpaceDN w:val="0"/>
              <w:spacing w:before="76" w:after="0" w:line="250" w:lineRule="auto"/>
              <w:ind w:left="72" w:right="720"/>
            </w:pP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Письмо букв, буквосочетаний, слогов, слов, предложений с соблюдением гигиенических норм.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Овладение разборчивым аккуратным письмом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3C84EE" w14:textId="77777777" w:rsidR="00921941" w:rsidRDefault="00AA22D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C47FDE" w14:textId="77777777" w:rsidR="00921941" w:rsidRDefault="00AA22D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F6A4696" w14:textId="77777777" w:rsidR="00921941" w:rsidRDefault="00AA22D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22A14A" w14:textId="19F3DC5C" w:rsidR="00921941" w:rsidRDefault="00921941">
            <w:pPr>
              <w:autoSpaceDE w:val="0"/>
              <w:autoSpaceDN w:val="0"/>
              <w:spacing w:before="76" w:after="0" w:line="245" w:lineRule="auto"/>
              <w:jc w:val="center"/>
            </w:pPr>
          </w:p>
        </w:tc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926196" w14:textId="77777777" w:rsidR="00921941" w:rsidRPr="00482F2A" w:rsidRDefault="00AA22DB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Игровое упражнение «Что случилось с буквой»: анализ деформированных букв, определение </w:t>
            </w:r>
            <w:r w:rsidRPr="00482F2A">
              <w:rPr>
                <w:lang w:val="ru-RU"/>
              </w:rPr>
              <w:br/>
            </w: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недостающих элементов; </w:t>
            </w:r>
            <w:r w:rsidRPr="00482F2A">
              <w:rPr>
                <w:lang w:val="ru-RU"/>
              </w:rPr>
              <w:br/>
            </w: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Практическая работа: контролировать </w:t>
            </w:r>
            <w:r w:rsidRPr="00482F2A">
              <w:rPr>
                <w:lang w:val="ru-RU"/>
              </w:rPr>
              <w:br/>
            </w: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правильность написа​ния буквы, сравнивать свои буквы с предложенным образцом; </w:t>
            </w:r>
            <w:r w:rsidRPr="00482F2A">
              <w:rPr>
                <w:lang w:val="ru-RU"/>
              </w:rPr>
              <w:br/>
            </w: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Упражнение: запись письменными буквами </w:t>
            </w:r>
            <w:r w:rsidRPr="00482F2A">
              <w:rPr>
                <w:lang w:val="ru-RU"/>
              </w:rPr>
              <w:br/>
            </w: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слова/предло​жения/короткого текста, написанного печатными буквами;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B678D5" w14:textId="77777777" w:rsidR="00921941" w:rsidRDefault="00AA22DB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 контроль;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4645D6" w14:textId="77777777" w:rsidR="00921941" w:rsidRDefault="00AA22DB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https://uchi.ru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https://resh.edu.ru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https://education.yandex.ru</w:t>
            </w:r>
          </w:p>
        </w:tc>
      </w:tr>
      <w:tr w:rsidR="00921941" w14:paraId="30E2D884" w14:textId="77777777">
        <w:trPr>
          <w:trHeight w:hRule="exact" w:val="92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5DD081B" w14:textId="77777777" w:rsidR="00921941" w:rsidRDefault="00AA22DB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3.4.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8CCE3F" w14:textId="77777777" w:rsidR="00921941" w:rsidRPr="00482F2A" w:rsidRDefault="00AA22DB">
            <w:pPr>
              <w:autoSpaceDE w:val="0"/>
              <w:autoSpaceDN w:val="0"/>
              <w:spacing w:before="78" w:after="0" w:line="245" w:lineRule="auto"/>
              <w:ind w:left="72" w:right="288"/>
              <w:rPr>
                <w:lang w:val="ru-RU"/>
              </w:rPr>
            </w:pP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Письмо под диктовку слов и предложений, написание которых не расходится с их произношением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3D129F2" w14:textId="77777777" w:rsidR="00921941" w:rsidRDefault="00AA22D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A42E17C" w14:textId="77777777" w:rsidR="00921941" w:rsidRDefault="00AA22D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2D13134" w14:textId="77777777" w:rsidR="00921941" w:rsidRDefault="00AA22D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E598BF4" w14:textId="3B5986CB" w:rsidR="00921941" w:rsidRDefault="00921941">
            <w:pPr>
              <w:autoSpaceDE w:val="0"/>
              <w:autoSpaceDN w:val="0"/>
              <w:spacing w:before="78" w:after="0" w:line="245" w:lineRule="auto"/>
              <w:jc w:val="center"/>
            </w:pPr>
          </w:p>
        </w:tc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C5AF758" w14:textId="77777777" w:rsidR="00921941" w:rsidRPr="00482F2A" w:rsidRDefault="00AA22DB">
            <w:pPr>
              <w:autoSpaceDE w:val="0"/>
              <w:autoSpaceDN w:val="0"/>
              <w:spacing w:before="78" w:after="0" w:line="247" w:lineRule="auto"/>
              <w:ind w:left="72" w:right="144"/>
              <w:rPr>
                <w:lang w:val="ru-RU"/>
              </w:rPr>
            </w:pP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Упражнение: запись под диктовку слов и </w:t>
            </w:r>
            <w:r w:rsidRPr="00482F2A">
              <w:rPr>
                <w:lang w:val="ru-RU"/>
              </w:rPr>
              <w:br/>
            </w: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предложений, состоящих из трёх — пяти слов со звуками в сильной позиции;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8CFAD6F" w14:textId="77777777" w:rsidR="00921941" w:rsidRDefault="00AA22DB">
            <w:pPr>
              <w:autoSpaceDE w:val="0"/>
              <w:autoSpaceDN w:val="0"/>
              <w:spacing w:before="78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 контроль;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3D3338" w14:textId="77777777" w:rsidR="00921941" w:rsidRDefault="00AA22DB">
            <w:pPr>
              <w:autoSpaceDE w:val="0"/>
              <w:autoSpaceDN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https://uchi.ru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https://resh.edu.ru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https://education.yandex.ru</w:t>
            </w:r>
          </w:p>
        </w:tc>
      </w:tr>
      <w:tr w:rsidR="00921941" w14:paraId="7C6B17BF" w14:textId="77777777">
        <w:trPr>
          <w:trHeight w:hRule="exact" w:val="128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990C75" w14:textId="77777777" w:rsidR="00921941" w:rsidRDefault="00AA22DB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3.5.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F7FA970" w14:textId="77777777" w:rsidR="00921941" w:rsidRPr="00482F2A" w:rsidRDefault="00AA22DB">
            <w:pPr>
              <w:autoSpaceDE w:val="0"/>
              <w:autoSpaceDN w:val="0"/>
              <w:spacing w:before="76" w:after="0" w:line="245" w:lineRule="auto"/>
              <w:ind w:left="72" w:right="432"/>
              <w:rPr>
                <w:lang w:val="ru-RU"/>
              </w:rPr>
            </w:pP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Усвоение приёмов последовательности правильного списывания текста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940BB8" w14:textId="77777777" w:rsidR="00921941" w:rsidRDefault="00AA22DB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D92907A" w14:textId="77777777" w:rsidR="00921941" w:rsidRDefault="00AA22DB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BD4AE6" w14:textId="77777777" w:rsidR="00921941" w:rsidRDefault="00AA22DB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EF2455" w14:textId="7494FD9F" w:rsidR="00921941" w:rsidRDefault="00921941">
            <w:pPr>
              <w:autoSpaceDE w:val="0"/>
              <w:autoSpaceDN w:val="0"/>
              <w:spacing w:before="76" w:after="0" w:line="245" w:lineRule="auto"/>
              <w:jc w:val="center"/>
            </w:pPr>
          </w:p>
        </w:tc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51B55B" w14:textId="77777777" w:rsidR="00921941" w:rsidRPr="00482F2A" w:rsidRDefault="00AA22DB">
            <w:pPr>
              <w:autoSpaceDE w:val="0"/>
              <w:autoSpaceDN w:val="0"/>
              <w:spacing w:before="76" w:after="0" w:line="252" w:lineRule="auto"/>
              <w:ind w:left="72" w:right="432"/>
              <w:rPr>
                <w:lang w:val="ru-RU"/>
              </w:rPr>
            </w:pP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Моделирование в процессе совместного </w:t>
            </w:r>
            <w:r w:rsidRPr="00482F2A">
              <w:rPr>
                <w:lang w:val="ru-RU"/>
              </w:rPr>
              <w:br/>
            </w: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обсуждения алгорит​ма списывания; </w:t>
            </w:r>
            <w:r w:rsidRPr="00482F2A">
              <w:rPr>
                <w:lang w:val="ru-RU"/>
              </w:rPr>
              <w:br/>
            </w: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Практическая работа: списывание </w:t>
            </w:r>
            <w:r w:rsidRPr="00482F2A">
              <w:rPr>
                <w:lang w:val="ru-RU"/>
              </w:rPr>
              <w:br/>
            </w: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слов/предложений в соответствии с заданным алгоритмом, контролирование этапов своей работы;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A7543A" w14:textId="77777777" w:rsidR="00921941" w:rsidRDefault="00AA22DB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 контроль;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570BC3" w14:textId="77777777" w:rsidR="00921941" w:rsidRDefault="00AA22DB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https://uchi.ru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https://resh.edu.ru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https://education.yandex.ru</w:t>
            </w:r>
          </w:p>
        </w:tc>
      </w:tr>
    </w:tbl>
    <w:p w14:paraId="337AE769" w14:textId="77777777" w:rsidR="00921941" w:rsidRDefault="00921941">
      <w:pPr>
        <w:autoSpaceDE w:val="0"/>
        <w:autoSpaceDN w:val="0"/>
        <w:spacing w:after="0" w:line="14" w:lineRule="exact"/>
      </w:pPr>
    </w:p>
    <w:p w14:paraId="0D0C65B7" w14:textId="77777777" w:rsidR="00921941" w:rsidRDefault="00921941">
      <w:pPr>
        <w:sectPr w:rsidR="00921941" w:rsidSect="00EB1D13">
          <w:pgSz w:w="16840" w:h="11900" w:orient="landscape"/>
          <w:pgMar w:top="712" w:right="666" w:bottom="284" w:left="640" w:header="720" w:footer="720" w:gutter="0"/>
          <w:cols w:space="720" w:equalWidth="0">
            <w:col w:w="15890" w:space="0"/>
          </w:cols>
          <w:docGrid w:linePitch="360"/>
        </w:sectPr>
      </w:pPr>
    </w:p>
    <w:p w14:paraId="2FA6C44B" w14:textId="77777777" w:rsidR="00921941" w:rsidRDefault="00921941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4864"/>
        <w:gridCol w:w="528"/>
        <w:gridCol w:w="1104"/>
        <w:gridCol w:w="1140"/>
        <w:gridCol w:w="866"/>
        <w:gridCol w:w="3614"/>
        <w:gridCol w:w="1020"/>
        <w:gridCol w:w="1898"/>
      </w:tblGrid>
      <w:tr w:rsidR="00921941" w14:paraId="13F9CC4A" w14:textId="77777777">
        <w:trPr>
          <w:trHeight w:hRule="exact" w:val="150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C54E89" w14:textId="77777777" w:rsidR="00921941" w:rsidRDefault="00AA22DB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3.6.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6296B7" w14:textId="77777777" w:rsidR="00921941" w:rsidRPr="00482F2A" w:rsidRDefault="00AA22DB">
            <w:pPr>
              <w:autoSpaceDE w:val="0"/>
              <w:autoSpaceDN w:val="0"/>
              <w:spacing w:before="78" w:after="0" w:line="245" w:lineRule="auto"/>
              <w:ind w:left="72" w:right="288"/>
              <w:rPr>
                <w:lang w:val="ru-RU"/>
              </w:rPr>
            </w:pP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Понимание функции небуквенных графических средств: пробела между словами, знака переноса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3CC61F" w14:textId="77777777" w:rsidR="00921941" w:rsidRDefault="00AA22D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894C5B" w14:textId="77777777" w:rsidR="00921941" w:rsidRDefault="00AA22D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C4328A1" w14:textId="77777777" w:rsidR="00921941" w:rsidRDefault="00AA22D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7AA611" w14:textId="161150CB" w:rsidR="00921941" w:rsidRDefault="00921941">
            <w:pPr>
              <w:autoSpaceDE w:val="0"/>
              <w:autoSpaceDN w:val="0"/>
              <w:spacing w:before="78" w:after="0" w:line="245" w:lineRule="auto"/>
              <w:jc w:val="center"/>
            </w:pPr>
          </w:p>
        </w:tc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41C47F" w14:textId="77777777" w:rsidR="00921941" w:rsidRPr="00374FEA" w:rsidRDefault="00AA22DB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Обсуждение проблемной ситуации «Что делать, если строка заканчивается, а слово не входит?», введение знака переноса, сообщение правила </w:t>
            </w:r>
            <w:r w:rsidRPr="00482F2A">
              <w:rPr>
                <w:lang w:val="ru-RU"/>
              </w:rPr>
              <w:br/>
            </w: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переноса слов (первичное знакомство); </w:t>
            </w:r>
            <w:r w:rsidRPr="00482F2A">
              <w:rPr>
                <w:lang w:val="ru-RU"/>
              </w:rPr>
              <w:br/>
            </w: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Учебный диалог «Почему слова пишутся отдельно друг от друга? </w:t>
            </w:r>
            <w:r w:rsidRPr="00374FE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Удобно ли читать предложение, записанное без пробелов между словами?»;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11C32AC" w14:textId="77777777" w:rsidR="00921941" w:rsidRDefault="00AA22DB">
            <w:pPr>
              <w:autoSpaceDE w:val="0"/>
              <w:autoSpaceDN w:val="0"/>
              <w:spacing w:before="78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 контроль;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D0D7F7" w14:textId="77777777" w:rsidR="00921941" w:rsidRDefault="00AA22DB">
            <w:pPr>
              <w:autoSpaceDE w:val="0"/>
              <w:autoSpaceDN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https://uchi.ru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https://resh.edu.ru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https://education.yandex.ru</w:t>
            </w:r>
          </w:p>
        </w:tc>
      </w:tr>
      <w:tr w:rsidR="00921941" w:rsidRPr="0069551C" w14:paraId="6061B3EF" w14:textId="77777777">
        <w:trPr>
          <w:trHeight w:hRule="exact" w:val="150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1EF724" w14:textId="77777777" w:rsidR="00921941" w:rsidRDefault="00AA22DB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3.7.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FC0C20" w14:textId="77777777" w:rsidR="00921941" w:rsidRPr="00482F2A" w:rsidRDefault="00AA22DB">
            <w:pPr>
              <w:autoSpaceDE w:val="0"/>
              <w:autoSpaceDN w:val="0"/>
              <w:spacing w:before="78" w:after="0" w:line="245" w:lineRule="auto"/>
              <w:ind w:left="72"/>
              <w:rPr>
                <w:lang w:val="ru-RU"/>
              </w:rPr>
            </w:pP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Знакомство с правилами правописания и их применением: раздельное написание слов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F69FEC5" w14:textId="77777777" w:rsidR="00921941" w:rsidRDefault="00AA22D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5F888F" w14:textId="77777777" w:rsidR="00921941" w:rsidRDefault="00AA22D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06AA3F" w14:textId="77777777" w:rsidR="00921941" w:rsidRDefault="00AA22D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BDF3A1" w14:textId="31552B1A" w:rsidR="00921941" w:rsidRDefault="00921941">
            <w:pPr>
              <w:autoSpaceDE w:val="0"/>
              <w:autoSpaceDN w:val="0"/>
              <w:spacing w:before="78" w:after="0" w:line="245" w:lineRule="auto"/>
              <w:jc w:val="center"/>
            </w:pPr>
          </w:p>
        </w:tc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381892" w14:textId="77777777" w:rsidR="00921941" w:rsidRPr="00482F2A" w:rsidRDefault="00AA22DB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Упражнение: запись предложения, составленного из набора слов, с правильным оформлением начала и конца предложе​ния, с соблюдением пробелов между словами; </w:t>
            </w:r>
            <w:r w:rsidRPr="00482F2A">
              <w:rPr>
                <w:lang w:val="ru-RU"/>
              </w:rPr>
              <w:br/>
            </w: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Комментированная запись предложений с </w:t>
            </w:r>
            <w:r w:rsidRPr="00482F2A">
              <w:rPr>
                <w:lang w:val="ru-RU"/>
              </w:rPr>
              <w:br/>
            </w: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обязательным объяснением случаев употребления заглавной буквы;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134B8A" w14:textId="77777777" w:rsidR="00921941" w:rsidRPr="00482F2A" w:rsidRDefault="00AA22DB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</w:t>
            </w:r>
            <w:r w:rsidRPr="00482F2A">
              <w:rPr>
                <w:lang w:val="ru-RU"/>
              </w:rPr>
              <w:br/>
            </w: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опрос; </w:t>
            </w:r>
            <w:r w:rsidRPr="00482F2A">
              <w:rPr>
                <w:lang w:val="ru-RU"/>
              </w:rPr>
              <w:br/>
            </w: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Письменный контроль; </w:t>
            </w:r>
            <w:r w:rsidRPr="00482F2A">
              <w:rPr>
                <w:lang w:val="ru-RU"/>
              </w:rPr>
              <w:br/>
            </w: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Контрольная работа;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645D74F" w14:textId="77777777" w:rsidR="00921941" w:rsidRPr="00482F2A" w:rsidRDefault="00AA22DB">
            <w:pPr>
              <w:autoSpaceDE w:val="0"/>
              <w:autoSpaceDN w:val="0"/>
              <w:spacing w:before="78" w:after="0" w:line="247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uchi</w:t>
            </w: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482F2A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482F2A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education</w:t>
            </w: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yandex</w:t>
            </w: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</w:p>
        </w:tc>
      </w:tr>
      <w:tr w:rsidR="00921941" w14:paraId="7CB53F80" w14:textId="77777777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F40C78B" w14:textId="77777777" w:rsidR="00921941" w:rsidRDefault="00AA22DB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3.8.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333F2AB" w14:textId="77777777" w:rsidR="00921941" w:rsidRPr="00482F2A" w:rsidRDefault="00AA22DB">
            <w:pPr>
              <w:autoSpaceDE w:val="0"/>
              <w:autoSpaceDN w:val="0"/>
              <w:spacing w:before="76" w:after="0" w:line="250" w:lineRule="auto"/>
              <w:ind w:left="72" w:right="576"/>
              <w:rPr>
                <w:lang w:val="ru-RU"/>
              </w:rPr>
            </w:pP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Знакомство с правилами правописания и их применением: обозначение гласных после шипящих в сочетаниях жи, ши (в положении под ударением)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F1556C" w14:textId="77777777" w:rsidR="00921941" w:rsidRDefault="00AA22D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766FF21" w14:textId="77777777" w:rsidR="00921941" w:rsidRDefault="00AA22D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56683C" w14:textId="77777777" w:rsidR="00921941" w:rsidRDefault="00AA22D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E99811" w14:textId="2B63567E" w:rsidR="00921941" w:rsidRDefault="00921941">
            <w:pPr>
              <w:autoSpaceDE w:val="0"/>
              <w:autoSpaceDN w:val="0"/>
              <w:spacing w:before="76" w:after="0" w:line="245" w:lineRule="auto"/>
              <w:jc w:val="center"/>
            </w:pPr>
          </w:p>
        </w:tc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7BAEF2" w14:textId="77777777" w:rsidR="00921941" w:rsidRPr="00482F2A" w:rsidRDefault="00AA22DB">
            <w:pPr>
              <w:autoSpaceDE w:val="0"/>
              <w:autoSpaceDN w:val="0"/>
              <w:spacing w:before="76" w:after="0" w:line="245" w:lineRule="auto"/>
              <w:ind w:left="72"/>
              <w:rPr>
                <w:lang w:val="ru-RU"/>
              </w:rPr>
            </w:pP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Совместный анализ текста на наличие в нём слов с буквосо​ четаниями жи, ши, ча, ща, чу, щу;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DF373E7" w14:textId="77777777" w:rsidR="00921941" w:rsidRDefault="00AA22DB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 контроль;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FB20D4E" w14:textId="77777777" w:rsidR="00921941" w:rsidRDefault="00AA22DB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https://uchi.ru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https://resh.edu.ru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https://education.yandex.ru</w:t>
            </w:r>
          </w:p>
        </w:tc>
      </w:tr>
      <w:tr w:rsidR="00921941" w14:paraId="37006BF1" w14:textId="77777777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520D5B" w14:textId="77777777" w:rsidR="00921941" w:rsidRDefault="00AA22DB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3.9.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D73FA3" w14:textId="77777777" w:rsidR="00921941" w:rsidRPr="00482F2A" w:rsidRDefault="00AA22DB">
            <w:pPr>
              <w:autoSpaceDE w:val="0"/>
              <w:autoSpaceDN w:val="0"/>
              <w:spacing w:before="78" w:after="0" w:line="245" w:lineRule="auto"/>
              <w:ind w:left="72"/>
              <w:rPr>
                <w:lang w:val="ru-RU"/>
              </w:rPr>
            </w:pP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Знакомство с правилами правописания и их применением: </w:t>
            </w:r>
            <w:r w:rsidRPr="00482F2A">
              <w:rPr>
                <w:rFonts w:ascii="Times New Roman" w:eastAsia="Times New Roman" w:hAnsi="Times New Roman"/>
                <w:b/>
                <w:i/>
                <w:color w:val="000000"/>
                <w:w w:val="97"/>
                <w:sz w:val="16"/>
                <w:lang w:val="ru-RU"/>
              </w:rPr>
              <w:t>ча, ща, чу, щу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B1396A" w14:textId="77777777" w:rsidR="00921941" w:rsidRDefault="00AA22D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F4723F" w14:textId="77777777" w:rsidR="00921941" w:rsidRDefault="00AA22D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CFB374" w14:textId="77777777" w:rsidR="00921941" w:rsidRDefault="00AA22D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A243770" w14:textId="1CF9F5A5" w:rsidR="00921941" w:rsidRDefault="00921941">
            <w:pPr>
              <w:autoSpaceDE w:val="0"/>
              <w:autoSpaceDN w:val="0"/>
              <w:spacing w:before="78" w:after="0" w:line="245" w:lineRule="auto"/>
              <w:jc w:val="center"/>
            </w:pPr>
          </w:p>
        </w:tc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6FBCC6" w14:textId="77777777" w:rsidR="00921941" w:rsidRPr="00482F2A" w:rsidRDefault="00AA22DB">
            <w:pPr>
              <w:autoSpaceDE w:val="0"/>
              <w:autoSpaceDN w:val="0"/>
              <w:spacing w:before="78" w:after="0" w:line="245" w:lineRule="auto"/>
              <w:ind w:right="576"/>
              <w:jc w:val="center"/>
              <w:rPr>
                <w:lang w:val="ru-RU"/>
              </w:rPr>
            </w:pP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Упражнение: выписывание из текста слов с буквосочетания​ ми ча, ща, чу, щу, жи, ши;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A9BFC9" w14:textId="77777777" w:rsidR="00921941" w:rsidRDefault="00AA22DB">
            <w:pPr>
              <w:autoSpaceDE w:val="0"/>
              <w:autoSpaceDN w:val="0"/>
              <w:spacing w:before="78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 контроль;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2F6346" w14:textId="77777777" w:rsidR="00921941" w:rsidRDefault="00AA22DB">
            <w:pPr>
              <w:autoSpaceDE w:val="0"/>
              <w:autoSpaceDN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https://uchi.ru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https://resh.edu.ru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https://education.yandex.ru</w:t>
            </w:r>
          </w:p>
        </w:tc>
      </w:tr>
      <w:tr w:rsidR="00921941" w14:paraId="6DDAD579" w14:textId="77777777">
        <w:trPr>
          <w:trHeight w:hRule="exact" w:val="111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639CB87" w14:textId="77777777" w:rsidR="00921941" w:rsidRDefault="00AA22DB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3.10.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41BEC1" w14:textId="77777777" w:rsidR="00921941" w:rsidRPr="00482F2A" w:rsidRDefault="00AA22DB">
            <w:pPr>
              <w:autoSpaceDE w:val="0"/>
              <w:autoSpaceDN w:val="0"/>
              <w:spacing w:before="78" w:after="0" w:line="247" w:lineRule="auto"/>
              <w:ind w:left="72"/>
              <w:rPr>
                <w:lang w:val="ru-RU"/>
              </w:rPr>
            </w:pP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Знакомство с правилами правописания и их применением: прописная буква в начале предложения, в именах собственных (имена людей, клички животных)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F3FBB3D" w14:textId="77777777" w:rsidR="00921941" w:rsidRDefault="00AA22D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FF1E27" w14:textId="77777777" w:rsidR="00921941" w:rsidRDefault="00AA22D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83495E9" w14:textId="77777777" w:rsidR="00921941" w:rsidRDefault="00AA22D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67DA05" w14:textId="3C517490" w:rsidR="00921941" w:rsidRDefault="00921941">
            <w:pPr>
              <w:autoSpaceDE w:val="0"/>
              <w:autoSpaceDN w:val="0"/>
              <w:spacing w:before="78" w:after="0" w:line="245" w:lineRule="auto"/>
              <w:jc w:val="center"/>
            </w:pPr>
          </w:p>
        </w:tc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23CB82" w14:textId="77777777" w:rsidR="00921941" w:rsidRPr="00482F2A" w:rsidRDefault="00AA22DB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Комментированная запись предложений с </w:t>
            </w:r>
            <w:r w:rsidRPr="00482F2A">
              <w:rPr>
                <w:lang w:val="ru-RU"/>
              </w:rPr>
              <w:br/>
            </w: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обязательным объяснением случаев употребления заглавной буквы; </w:t>
            </w:r>
            <w:r w:rsidRPr="00482F2A">
              <w:rPr>
                <w:lang w:val="ru-RU"/>
              </w:rPr>
              <w:br/>
            </w: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Игра «Кто больше»: подбор и запись имён </w:t>
            </w:r>
            <w:r w:rsidRPr="00482F2A">
              <w:rPr>
                <w:lang w:val="ru-RU"/>
              </w:rPr>
              <w:br/>
            </w: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собственных на заданную букву;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42FDF7" w14:textId="77777777" w:rsidR="00921941" w:rsidRDefault="00AA22DB">
            <w:pPr>
              <w:autoSpaceDE w:val="0"/>
              <w:autoSpaceDN w:val="0"/>
              <w:spacing w:before="78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 контроль;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415A800" w14:textId="77777777" w:rsidR="00921941" w:rsidRDefault="00AA22DB">
            <w:pPr>
              <w:autoSpaceDE w:val="0"/>
              <w:autoSpaceDN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https://uchi.ru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https://resh.edu.ru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https://education.yandex.ru</w:t>
            </w:r>
          </w:p>
        </w:tc>
      </w:tr>
      <w:tr w:rsidR="00921941" w14:paraId="17C535BB" w14:textId="77777777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F3C7C1D" w14:textId="77777777" w:rsidR="00921941" w:rsidRDefault="00AA22DB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3.11.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7259CC" w14:textId="77777777" w:rsidR="00921941" w:rsidRPr="00482F2A" w:rsidRDefault="00AA22DB">
            <w:pPr>
              <w:autoSpaceDE w:val="0"/>
              <w:autoSpaceDN w:val="0"/>
              <w:spacing w:before="76" w:after="0" w:line="245" w:lineRule="auto"/>
              <w:ind w:left="72" w:right="288"/>
              <w:rPr>
                <w:lang w:val="ru-RU"/>
              </w:rPr>
            </w:pP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Знакомство с правилами правописания и их применением: перенос слов по слогам без стечения согласных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3EBCB4B" w14:textId="77777777" w:rsidR="00921941" w:rsidRDefault="00AA22D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E2AA1A" w14:textId="77777777" w:rsidR="00921941" w:rsidRDefault="00AA22D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DA48794" w14:textId="77777777" w:rsidR="00921941" w:rsidRDefault="00AA22D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BF21455" w14:textId="5136A4E0" w:rsidR="00921941" w:rsidRDefault="00921941">
            <w:pPr>
              <w:autoSpaceDE w:val="0"/>
              <w:autoSpaceDN w:val="0"/>
              <w:spacing w:before="76" w:after="0" w:line="245" w:lineRule="auto"/>
              <w:jc w:val="center"/>
            </w:pPr>
          </w:p>
        </w:tc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02B302" w14:textId="77777777" w:rsidR="00921941" w:rsidRPr="00482F2A" w:rsidRDefault="00AA22DB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Упражнение: запись предложения, составленного из набора слов, с правильным оформлением начала и конца предложе​ния, с соблюдением пробелов между словами;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F9A1B0F" w14:textId="77777777" w:rsidR="00921941" w:rsidRDefault="00AA22DB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 контроль;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0CE54A" w14:textId="77777777" w:rsidR="00921941" w:rsidRDefault="00AA22DB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https://uchi.ru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https://resh.edu.ru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https://education.yandex.ru</w:t>
            </w:r>
          </w:p>
        </w:tc>
      </w:tr>
      <w:tr w:rsidR="00921941" w14:paraId="512CF93F" w14:textId="77777777">
        <w:trPr>
          <w:trHeight w:hRule="exact" w:val="130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AB055A" w14:textId="77777777" w:rsidR="00921941" w:rsidRDefault="00AA22DB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3.12.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2F90CEF" w14:textId="77777777" w:rsidR="00921941" w:rsidRPr="00482F2A" w:rsidRDefault="00AA22DB">
            <w:pPr>
              <w:autoSpaceDE w:val="0"/>
              <w:autoSpaceDN w:val="0"/>
              <w:spacing w:before="76" w:after="0" w:line="245" w:lineRule="auto"/>
              <w:ind w:left="72" w:right="432"/>
              <w:rPr>
                <w:lang w:val="ru-RU"/>
              </w:rPr>
            </w:pP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Знакомство с правилами правописания и их применением: знаки препинания в конце предложения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72125A" w14:textId="77777777" w:rsidR="00921941" w:rsidRDefault="00AA22D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36E542" w14:textId="77777777" w:rsidR="00921941" w:rsidRDefault="00AA22D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05D14C" w14:textId="77777777" w:rsidR="00921941" w:rsidRDefault="00AA22D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3B0C8D" w14:textId="38601924" w:rsidR="00921941" w:rsidRDefault="00921941">
            <w:pPr>
              <w:autoSpaceDE w:val="0"/>
              <w:autoSpaceDN w:val="0"/>
              <w:spacing w:before="76" w:after="0" w:line="245" w:lineRule="auto"/>
              <w:jc w:val="center"/>
            </w:pPr>
          </w:p>
        </w:tc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5D630C" w14:textId="77777777" w:rsidR="00921941" w:rsidRPr="00482F2A" w:rsidRDefault="00AA22DB">
            <w:pPr>
              <w:autoSpaceDE w:val="0"/>
              <w:autoSpaceDN w:val="0"/>
              <w:spacing w:before="76" w:after="0" w:line="252" w:lineRule="auto"/>
              <w:ind w:left="72"/>
              <w:rPr>
                <w:lang w:val="ru-RU"/>
              </w:rPr>
            </w:pP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Упражнение: запись предложения, составленного из набора слов, с правильным оформлением начала и конца предложе​ния, с соблюдением пробелов между словами; </w:t>
            </w:r>
            <w:r w:rsidRPr="00482F2A">
              <w:rPr>
                <w:lang w:val="ru-RU"/>
              </w:rPr>
              <w:br/>
            </w: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Практическая работа: списывание и запись под диктовку с применением изученных правил;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EADBDDE" w14:textId="77777777" w:rsidR="00921941" w:rsidRDefault="00AA22DB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 контроль;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59C6D1" w14:textId="77777777" w:rsidR="00921941" w:rsidRDefault="00AA22DB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https://uchi.ru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https://resh.edu.ru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https://education.yandex.ru</w:t>
            </w:r>
          </w:p>
        </w:tc>
      </w:tr>
      <w:tr w:rsidR="00921941" w14:paraId="495715B8" w14:textId="77777777">
        <w:trPr>
          <w:trHeight w:hRule="exact" w:val="348"/>
        </w:trPr>
        <w:tc>
          <w:tcPr>
            <w:tcW w:w="5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62BE01" w14:textId="77777777" w:rsidR="00921941" w:rsidRDefault="00AA22D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1FF737" w14:textId="77777777" w:rsidR="00921941" w:rsidRDefault="00AA22D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65</w:t>
            </w:r>
          </w:p>
        </w:tc>
        <w:tc>
          <w:tcPr>
            <w:tcW w:w="9642" w:type="dxa"/>
            <w:gridSpan w:val="6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D5BE46D" w14:textId="77777777" w:rsidR="00921941" w:rsidRDefault="00921941"/>
        </w:tc>
      </w:tr>
      <w:tr w:rsidR="00921941" w14:paraId="045FBD02" w14:textId="77777777">
        <w:trPr>
          <w:trHeight w:hRule="exact" w:val="350"/>
        </w:trPr>
        <w:tc>
          <w:tcPr>
            <w:tcW w:w="15502" w:type="dxa"/>
            <w:gridSpan w:val="9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E911E1" w14:textId="77777777" w:rsidR="00921941" w:rsidRDefault="00AA22DB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СИСТЕМАТИЧЕСКИЙ КУРС</w:t>
            </w:r>
          </w:p>
        </w:tc>
      </w:tr>
      <w:tr w:rsidR="00921941" w:rsidRPr="0069551C" w14:paraId="7D59C35F" w14:textId="77777777">
        <w:trPr>
          <w:trHeight w:hRule="exact" w:val="32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E2A827" w14:textId="77777777" w:rsidR="00921941" w:rsidRPr="00482F2A" w:rsidRDefault="00AA22DB">
            <w:pPr>
              <w:autoSpaceDE w:val="0"/>
              <w:autoSpaceDN w:val="0"/>
              <w:spacing w:before="76" w:after="0" w:line="230" w:lineRule="auto"/>
              <w:ind w:left="72"/>
              <w:rPr>
                <w:lang w:val="ru-RU"/>
              </w:rPr>
            </w:pP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Раздел 1.</w:t>
            </w:r>
            <w:r w:rsidRPr="00482F2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 Общие сведения о языке</w:t>
            </w:r>
          </w:p>
        </w:tc>
      </w:tr>
    </w:tbl>
    <w:p w14:paraId="77A9003B" w14:textId="77777777" w:rsidR="00921941" w:rsidRPr="00482F2A" w:rsidRDefault="00921941">
      <w:pPr>
        <w:autoSpaceDE w:val="0"/>
        <w:autoSpaceDN w:val="0"/>
        <w:spacing w:after="0" w:line="14" w:lineRule="exact"/>
        <w:rPr>
          <w:lang w:val="ru-RU"/>
        </w:rPr>
      </w:pPr>
    </w:p>
    <w:p w14:paraId="297AC6DB" w14:textId="77777777" w:rsidR="00921941" w:rsidRPr="00482F2A" w:rsidRDefault="00921941">
      <w:pPr>
        <w:rPr>
          <w:lang w:val="ru-RU"/>
        </w:rPr>
        <w:sectPr w:rsidR="00921941" w:rsidRPr="00482F2A" w:rsidSect="00EB1D13">
          <w:pgSz w:w="16840" w:h="11900" w:orient="landscape"/>
          <w:pgMar w:top="1036" w:right="666" w:bottom="284" w:left="640" w:header="720" w:footer="720" w:gutter="0"/>
          <w:cols w:space="720" w:equalWidth="0">
            <w:col w:w="15890" w:space="0"/>
          </w:cols>
          <w:docGrid w:linePitch="360"/>
        </w:sectPr>
      </w:pPr>
    </w:p>
    <w:p w14:paraId="662B76EE" w14:textId="77777777" w:rsidR="00921941" w:rsidRPr="00482F2A" w:rsidRDefault="00921941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4864"/>
        <w:gridCol w:w="528"/>
        <w:gridCol w:w="1104"/>
        <w:gridCol w:w="1140"/>
        <w:gridCol w:w="866"/>
        <w:gridCol w:w="3614"/>
        <w:gridCol w:w="1020"/>
        <w:gridCol w:w="1898"/>
      </w:tblGrid>
      <w:tr w:rsidR="00921941" w14:paraId="356D18D9" w14:textId="77777777">
        <w:trPr>
          <w:trHeight w:hRule="exact" w:val="241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7E6B38" w14:textId="77777777" w:rsidR="00921941" w:rsidRDefault="00AA22DB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E40642" w14:textId="77777777" w:rsidR="00921941" w:rsidRPr="00482F2A" w:rsidRDefault="00AA22DB">
            <w:pPr>
              <w:autoSpaceDE w:val="0"/>
              <w:autoSpaceDN w:val="0"/>
              <w:spacing w:before="78" w:after="0" w:line="245" w:lineRule="auto"/>
              <w:ind w:left="72" w:right="1152"/>
              <w:rPr>
                <w:lang w:val="ru-RU"/>
              </w:rPr>
            </w:pP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Язык как основное средство человеческого общения. Осознание целей и ситуаций общения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D0CD52" w14:textId="77777777" w:rsidR="00921941" w:rsidRDefault="00AA22D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B61973C" w14:textId="77777777" w:rsidR="00921941" w:rsidRDefault="00AA22D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F3A77A" w14:textId="77777777" w:rsidR="00921941" w:rsidRDefault="00AA22D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6C9C28" w14:textId="59B145E8" w:rsidR="00921941" w:rsidRDefault="00921941">
            <w:pPr>
              <w:autoSpaceDE w:val="0"/>
              <w:autoSpaceDN w:val="0"/>
              <w:spacing w:before="78" w:after="0" w:line="230" w:lineRule="auto"/>
              <w:jc w:val="center"/>
            </w:pPr>
          </w:p>
        </w:tc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AF8425" w14:textId="77777777" w:rsidR="00921941" w:rsidRPr="00482F2A" w:rsidRDefault="00AA22DB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 учителя на тему «Язык — средство </w:t>
            </w:r>
            <w:r w:rsidRPr="00482F2A">
              <w:rPr>
                <w:lang w:val="ru-RU"/>
              </w:rPr>
              <w:br/>
            </w: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общения людей»; </w:t>
            </w:r>
            <w:r w:rsidRPr="00482F2A">
              <w:rPr>
                <w:lang w:val="ru-RU"/>
              </w:rPr>
              <w:br/>
            </w: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Учебный диалог «Можно ли общаться без помощи языка?»; </w:t>
            </w:r>
            <w:r w:rsidRPr="00482F2A">
              <w:rPr>
                <w:lang w:val="ru-RU"/>
              </w:rPr>
              <w:br/>
            </w: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Коллективное формулирование вывода о языке как основном средстве человеческого общения; </w:t>
            </w:r>
            <w:r w:rsidRPr="00482F2A">
              <w:rPr>
                <w:lang w:val="ru-RU"/>
              </w:rPr>
              <w:br/>
            </w: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с рисунками и текстом как основа анализа особенно​стей ситуаций устного и письменного общения; </w:t>
            </w:r>
            <w:r w:rsidRPr="00482F2A">
              <w:rPr>
                <w:lang w:val="ru-RU"/>
              </w:rPr>
              <w:br/>
            </w: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Творческое задание: придумать ситуацию, когда необходимо воспользоваться письменной речью;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6D6292" w14:textId="77777777" w:rsidR="00921941" w:rsidRDefault="00AA22DB">
            <w:pPr>
              <w:autoSpaceDE w:val="0"/>
              <w:autoSpaceDN w:val="0"/>
              <w:spacing w:before="78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 контроль;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6B60CA" w14:textId="77777777" w:rsidR="00921941" w:rsidRDefault="00AA22DB">
            <w:pPr>
              <w:autoSpaceDE w:val="0"/>
              <w:autoSpaceDN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https://uchi.ru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https://resh.edu.ru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https://education.yandex.ru</w:t>
            </w:r>
          </w:p>
        </w:tc>
      </w:tr>
      <w:tr w:rsidR="00921941" w14:paraId="7D57CD77" w14:textId="77777777">
        <w:trPr>
          <w:trHeight w:hRule="exact" w:val="348"/>
        </w:trPr>
        <w:tc>
          <w:tcPr>
            <w:tcW w:w="5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5F1327" w14:textId="77777777" w:rsidR="00921941" w:rsidRDefault="00AA22D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B6E7C3D" w14:textId="77777777" w:rsidR="00921941" w:rsidRDefault="00AA22D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A0E50E" w14:textId="77777777" w:rsidR="00921941" w:rsidRDefault="00921941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F80536E" w14:textId="77777777" w:rsidR="00921941" w:rsidRDefault="00921941"/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0D7ADB" w14:textId="77777777" w:rsidR="00921941" w:rsidRDefault="00921941"/>
        </w:tc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52ED981" w14:textId="77777777" w:rsidR="00921941" w:rsidRDefault="00921941"/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5B21AC" w14:textId="77777777" w:rsidR="00921941" w:rsidRDefault="00921941"/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27AE55" w14:textId="77777777" w:rsidR="00921941" w:rsidRDefault="00921941"/>
        </w:tc>
      </w:tr>
      <w:tr w:rsidR="00921941" w14:paraId="35F04440" w14:textId="77777777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723F39" w14:textId="77777777" w:rsidR="00921941" w:rsidRDefault="00AA22D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 2.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Фонетика</w:t>
            </w:r>
          </w:p>
        </w:tc>
      </w:tr>
      <w:tr w:rsidR="00921941" w14:paraId="65B38B30" w14:textId="77777777">
        <w:trPr>
          <w:trHeight w:hRule="exact" w:val="246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D771D38" w14:textId="77777777" w:rsidR="00921941" w:rsidRDefault="00AA22DB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2.1.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A8E29B" w14:textId="77777777" w:rsidR="00921941" w:rsidRDefault="00AA22DB">
            <w:pPr>
              <w:autoSpaceDE w:val="0"/>
              <w:autoSpaceDN w:val="0"/>
              <w:spacing w:before="76" w:after="0" w:line="250" w:lineRule="auto"/>
              <w:ind w:left="72"/>
            </w:pP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Звуки речи. Гласные и согласные звуки, их различение. Ударение в слове. Гласные ударные и безударные.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Твёрдые и мягкие согласные звуки, их различение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30A386A" w14:textId="77777777" w:rsidR="00921941" w:rsidRDefault="00AA22D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2307C3" w14:textId="77777777" w:rsidR="00921941" w:rsidRDefault="00AA22D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ED81BA" w14:textId="77777777" w:rsidR="00921941" w:rsidRDefault="00AA22D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E96BE1F" w14:textId="39BFEAE9" w:rsidR="00921941" w:rsidRDefault="00921941">
            <w:pPr>
              <w:autoSpaceDE w:val="0"/>
              <w:autoSpaceDN w:val="0"/>
              <w:spacing w:before="76" w:after="0" w:line="245" w:lineRule="auto"/>
              <w:jc w:val="center"/>
            </w:pPr>
          </w:p>
        </w:tc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8088759" w14:textId="77777777" w:rsidR="00921941" w:rsidRPr="00482F2A" w:rsidRDefault="00AA22DB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Беседа «Что мы знаем о звуках русского языка», в ходе которой актуализируются знания, </w:t>
            </w:r>
            <w:r w:rsidRPr="00482F2A">
              <w:rPr>
                <w:lang w:val="ru-RU"/>
              </w:rPr>
              <w:br/>
            </w: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приобретённые в период обучения грамоте; </w:t>
            </w:r>
            <w:r w:rsidRPr="00482F2A">
              <w:rPr>
                <w:lang w:val="ru-RU"/>
              </w:rPr>
              <w:br/>
            </w: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Игровое упражнение «Назови звук»: ведущий </w:t>
            </w:r>
            <w:r w:rsidRPr="00482F2A">
              <w:rPr>
                <w:lang w:val="ru-RU"/>
              </w:rPr>
              <w:br/>
            </w: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кидает мяч и просит привести пример звука </w:t>
            </w:r>
            <w:r w:rsidRPr="00482F2A">
              <w:rPr>
                <w:lang w:val="ru-RU"/>
              </w:rPr>
              <w:br/>
            </w: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(гласного звука; твёрдого согласного; мягкого согласного; звонкого согласного; глухого </w:t>
            </w:r>
            <w:r w:rsidRPr="00482F2A">
              <w:rPr>
                <w:lang w:val="ru-RU"/>
              </w:rPr>
              <w:br/>
            </w: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согласного); </w:t>
            </w:r>
            <w:r w:rsidRPr="00482F2A">
              <w:rPr>
                <w:lang w:val="ru-RU"/>
              </w:rPr>
              <w:br/>
            </w: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Упражнение: характеризовать (устно) звуки по заданным признакам; </w:t>
            </w:r>
            <w:r w:rsidRPr="00482F2A">
              <w:rPr>
                <w:lang w:val="ru-RU"/>
              </w:rPr>
              <w:br/>
            </w: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Учебный диалог «Объясняем особенности гласных и соглас​ных звуков»;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3D443D" w14:textId="77777777" w:rsidR="00921941" w:rsidRDefault="00AA22DB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 контроль;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B6FA902" w14:textId="77777777" w:rsidR="00921941" w:rsidRDefault="00AA22DB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https://uchi.ru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https://resh.edu.ru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https://education.yandex.ru</w:t>
            </w:r>
          </w:p>
        </w:tc>
      </w:tr>
      <w:tr w:rsidR="00921941" w14:paraId="41D96F5B" w14:textId="77777777">
        <w:trPr>
          <w:trHeight w:hRule="exact" w:val="188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3EFABFF" w14:textId="77777777" w:rsidR="00921941" w:rsidRDefault="00AA22DB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2.2.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CA61D46" w14:textId="77777777" w:rsidR="00921941" w:rsidRDefault="00AA22DB">
            <w:pPr>
              <w:autoSpaceDE w:val="0"/>
              <w:autoSpaceDN w:val="0"/>
              <w:spacing w:before="76" w:after="0" w:line="245" w:lineRule="auto"/>
              <w:ind w:left="72" w:right="288"/>
            </w:pP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Звонкие и глухие согласные звуки, их различение. Согласный звук </w:t>
            </w:r>
            <w:r w:rsidRPr="00482F2A">
              <w:rPr>
                <w:rFonts w:ascii="Times New Roman" w:eastAsia="Times New Roman" w:hAnsi="Times New Roman"/>
                <w:b/>
                <w:i/>
                <w:color w:val="000000"/>
                <w:w w:val="97"/>
                <w:sz w:val="16"/>
                <w:lang w:val="ru-RU"/>
              </w:rPr>
              <w:t>[й’]</w:t>
            </w: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и гласный звук </w:t>
            </w:r>
            <w:r w:rsidRPr="00482F2A">
              <w:rPr>
                <w:rFonts w:ascii="Times New Roman" w:eastAsia="Times New Roman" w:hAnsi="Times New Roman"/>
                <w:b/>
                <w:i/>
                <w:color w:val="000000"/>
                <w:w w:val="97"/>
                <w:sz w:val="16"/>
                <w:lang w:val="ru-RU"/>
              </w:rPr>
              <w:t>[и]</w:t>
            </w: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.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Шипящие </w:t>
            </w:r>
            <w:r>
              <w:rPr>
                <w:rFonts w:ascii="Times New Roman" w:eastAsia="Times New Roman" w:hAnsi="Times New Roman"/>
                <w:b/>
                <w:i/>
                <w:color w:val="000000"/>
                <w:w w:val="97"/>
                <w:sz w:val="16"/>
              </w:rPr>
              <w:t>[ж], [ш], [ч’], [щ’]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BBDAC6B" w14:textId="77777777" w:rsidR="00921941" w:rsidRDefault="00AA22D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8C623C" w14:textId="77777777" w:rsidR="00921941" w:rsidRDefault="00AA22D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A157B6" w14:textId="77777777" w:rsidR="00921941" w:rsidRDefault="00AA22D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AEB8A3" w14:textId="12A3BF98" w:rsidR="00921941" w:rsidRDefault="00921941">
            <w:pPr>
              <w:autoSpaceDE w:val="0"/>
              <w:autoSpaceDN w:val="0"/>
              <w:spacing w:before="76" w:after="0" w:line="245" w:lineRule="auto"/>
              <w:jc w:val="center"/>
            </w:pPr>
          </w:p>
        </w:tc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EDFEB0" w14:textId="77777777" w:rsidR="00921941" w:rsidRPr="00482F2A" w:rsidRDefault="00AA22DB">
            <w:pPr>
              <w:autoSpaceDE w:val="0"/>
              <w:autoSpaceDN w:val="0"/>
              <w:spacing w:before="76" w:after="0" w:line="254" w:lineRule="auto"/>
              <w:ind w:left="72" w:right="144"/>
              <w:rPr>
                <w:lang w:val="ru-RU"/>
              </w:rPr>
            </w:pP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Упражнение: характеризовать (устно) звуки по заданным признакам; </w:t>
            </w:r>
            <w:r w:rsidRPr="00482F2A">
              <w:rPr>
                <w:lang w:val="ru-RU"/>
              </w:rPr>
              <w:br/>
            </w: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Игра «Отгадай звук» (определение звука по его характери​стике); </w:t>
            </w:r>
            <w:r w:rsidRPr="00482F2A">
              <w:rPr>
                <w:lang w:val="ru-RU"/>
              </w:rPr>
              <w:br/>
            </w: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Упражнение: соотнесение звука (выбирая из ряда предло​женных) и его качественной </w:t>
            </w:r>
            <w:r w:rsidRPr="00482F2A">
              <w:rPr>
                <w:lang w:val="ru-RU"/>
              </w:rPr>
              <w:br/>
            </w: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характеристики; </w:t>
            </w:r>
            <w:r w:rsidRPr="00482F2A">
              <w:rPr>
                <w:lang w:val="ru-RU"/>
              </w:rPr>
              <w:br/>
            </w: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Работа в парах: группировка звуков по заданному основанию;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5065A0" w14:textId="77777777" w:rsidR="00921941" w:rsidRDefault="00AA22DB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 контроль;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357941A" w14:textId="77777777" w:rsidR="00921941" w:rsidRDefault="00AA22DB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https://uchi.ru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https://resh.edu.ru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https://education.yandex.ru</w:t>
            </w:r>
          </w:p>
        </w:tc>
      </w:tr>
      <w:tr w:rsidR="00921941" w14:paraId="339F7374" w14:textId="77777777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D91BB97" w14:textId="77777777" w:rsidR="00921941" w:rsidRDefault="00AA22DB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2.3.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D67F46" w14:textId="77777777" w:rsidR="00921941" w:rsidRPr="00482F2A" w:rsidRDefault="00AA22DB">
            <w:pPr>
              <w:autoSpaceDE w:val="0"/>
              <w:autoSpaceDN w:val="0"/>
              <w:spacing w:before="78" w:after="0" w:line="245" w:lineRule="auto"/>
              <w:ind w:left="72"/>
              <w:rPr>
                <w:lang w:val="ru-RU"/>
              </w:rPr>
            </w:pP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Слог. Определение количества слогов в слове. Ударный слог. Деление слов на слоги (простые случаи, без стечения согласных)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DD7E17" w14:textId="77777777" w:rsidR="00921941" w:rsidRDefault="00AA22D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3B144A" w14:textId="77777777" w:rsidR="00921941" w:rsidRDefault="00AA22D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865638" w14:textId="77777777" w:rsidR="00921941" w:rsidRDefault="00AA22D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A65512" w14:textId="2EF9E09E" w:rsidR="00921941" w:rsidRDefault="00921941">
            <w:pPr>
              <w:autoSpaceDE w:val="0"/>
              <w:autoSpaceDN w:val="0"/>
              <w:spacing w:before="78" w:after="0" w:line="245" w:lineRule="auto"/>
              <w:jc w:val="center"/>
            </w:pPr>
          </w:p>
        </w:tc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E1A6C41" w14:textId="77777777" w:rsidR="00921941" w:rsidRPr="00482F2A" w:rsidRDefault="00AA22DB">
            <w:pPr>
              <w:autoSpaceDE w:val="0"/>
              <w:autoSpaceDN w:val="0"/>
              <w:spacing w:before="78" w:after="0" w:line="247" w:lineRule="auto"/>
              <w:ind w:left="72"/>
              <w:rPr>
                <w:lang w:val="ru-RU"/>
              </w:rPr>
            </w:pP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Дидактическая игра «Детективы», в ходе игры нужно в ряду предложенных слов находить слова с заданными характеристиками звукового состава;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B7D5DA" w14:textId="77777777" w:rsidR="00921941" w:rsidRDefault="00AA22DB">
            <w:pPr>
              <w:autoSpaceDE w:val="0"/>
              <w:autoSpaceDN w:val="0"/>
              <w:spacing w:before="78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 контроль;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593D6AD" w14:textId="77777777" w:rsidR="00921941" w:rsidRDefault="00AA22DB">
            <w:pPr>
              <w:autoSpaceDE w:val="0"/>
              <w:autoSpaceDN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https://uchi.ru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https://resh.edu.ru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https://education.yandex.ru</w:t>
            </w:r>
          </w:p>
        </w:tc>
      </w:tr>
      <w:tr w:rsidR="00921941" w14:paraId="6D70F3AA" w14:textId="77777777">
        <w:trPr>
          <w:trHeight w:hRule="exact" w:val="348"/>
        </w:trPr>
        <w:tc>
          <w:tcPr>
            <w:tcW w:w="5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1D035C" w14:textId="77777777" w:rsidR="00921941" w:rsidRDefault="00AA22D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F168835" w14:textId="77777777" w:rsidR="00921941" w:rsidRDefault="00AA22D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9642" w:type="dxa"/>
            <w:gridSpan w:val="6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744467" w14:textId="77777777" w:rsidR="00921941" w:rsidRDefault="00921941"/>
        </w:tc>
      </w:tr>
      <w:tr w:rsidR="00921941" w14:paraId="498E2DD7" w14:textId="77777777">
        <w:trPr>
          <w:trHeight w:hRule="exact" w:val="330"/>
        </w:trPr>
        <w:tc>
          <w:tcPr>
            <w:tcW w:w="15502" w:type="dxa"/>
            <w:gridSpan w:val="9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40AF34" w14:textId="77777777" w:rsidR="00921941" w:rsidRDefault="00AA22DB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 3.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Графика</w:t>
            </w:r>
          </w:p>
        </w:tc>
      </w:tr>
    </w:tbl>
    <w:p w14:paraId="6E8163AD" w14:textId="77777777" w:rsidR="00921941" w:rsidRDefault="00921941">
      <w:pPr>
        <w:autoSpaceDE w:val="0"/>
        <w:autoSpaceDN w:val="0"/>
        <w:spacing w:after="0" w:line="14" w:lineRule="exact"/>
      </w:pPr>
    </w:p>
    <w:p w14:paraId="74D9C421" w14:textId="77777777" w:rsidR="00921941" w:rsidRDefault="00921941">
      <w:pPr>
        <w:sectPr w:rsidR="00921941" w:rsidSect="00EB1D13">
          <w:pgSz w:w="16840" w:h="11900" w:orient="landscape"/>
          <w:pgMar w:top="1120" w:right="666" w:bottom="284" w:left="640" w:header="720" w:footer="720" w:gutter="0"/>
          <w:cols w:space="720" w:equalWidth="0">
            <w:col w:w="15890" w:space="0"/>
          </w:cols>
          <w:docGrid w:linePitch="360"/>
        </w:sect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4864"/>
        <w:gridCol w:w="528"/>
        <w:gridCol w:w="1104"/>
        <w:gridCol w:w="1140"/>
        <w:gridCol w:w="866"/>
        <w:gridCol w:w="3614"/>
        <w:gridCol w:w="1020"/>
        <w:gridCol w:w="1898"/>
      </w:tblGrid>
      <w:tr w:rsidR="00921941" w14:paraId="7BF76C33" w14:textId="77777777">
        <w:trPr>
          <w:trHeight w:hRule="exact" w:val="342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CFDE9A" w14:textId="77777777" w:rsidR="00921941" w:rsidRDefault="00AA22DB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lastRenderedPageBreak/>
              <w:t>3.1.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9BAB3C" w14:textId="77777777" w:rsidR="00921941" w:rsidRPr="00482F2A" w:rsidRDefault="00AA22DB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Звук и буква. Различение звуков и букв. Обозначение на письме твёрдости согласных звуков буквами </w:t>
            </w:r>
            <w:r w:rsidRPr="00482F2A">
              <w:rPr>
                <w:rFonts w:ascii="Times New Roman" w:eastAsia="Times New Roman" w:hAnsi="Times New Roman"/>
                <w:b/>
                <w:i/>
                <w:color w:val="000000"/>
                <w:w w:val="97"/>
                <w:sz w:val="16"/>
                <w:lang w:val="ru-RU"/>
              </w:rPr>
              <w:t>а, о, у, ы, э</w:t>
            </w: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слова с буквой </w:t>
            </w:r>
            <w:r w:rsidRPr="00482F2A">
              <w:rPr>
                <w:rFonts w:ascii="Times New Roman" w:eastAsia="Times New Roman" w:hAnsi="Times New Roman"/>
                <w:b/>
                <w:i/>
                <w:color w:val="000000"/>
                <w:w w:val="97"/>
                <w:sz w:val="16"/>
                <w:lang w:val="ru-RU"/>
              </w:rPr>
              <w:t>э</w:t>
            </w: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. Обозначение на письме мягкости согласных звуков буквами </w:t>
            </w:r>
            <w:r w:rsidRPr="00482F2A">
              <w:rPr>
                <w:rFonts w:ascii="Times New Roman" w:eastAsia="Times New Roman" w:hAnsi="Times New Roman"/>
                <w:b/>
                <w:i/>
                <w:color w:val="000000"/>
                <w:w w:val="97"/>
                <w:sz w:val="16"/>
                <w:lang w:val="ru-RU"/>
              </w:rPr>
              <w:t>е, ё, ю, я, и</w:t>
            </w: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. Функции букв </w:t>
            </w:r>
            <w:r w:rsidRPr="00482F2A">
              <w:rPr>
                <w:rFonts w:ascii="Times New Roman" w:eastAsia="Times New Roman" w:hAnsi="Times New Roman"/>
                <w:b/>
                <w:i/>
                <w:color w:val="000000"/>
                <w:w w:val="97"/>
                <w:sz w:val="16"/>
                <w:lang w:val="ru-RU"/>
              </w:rPr>
              <w:t>е, ё, ю, я</w:t>
            </w: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 Мягкий знак как показатель мягкости предшествующего согласного звука в конце слова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B050F36" w14:textId="77777777" w:rsidR="00921941" w:rsidRDefault="00AA22D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C257277" w14:textId="77777777" w:rsidR="00921941" w:rsidRDefault="00AA22D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A535FD" w14:textId="77777777" w:rsidR="00921941" w:rsidRDefault="00AA22D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415275E" w14:textId="7353B600" w:rsidR="00921941" w:rsidRDefault="00921941">
            <w:pPr>
              <w:autoSpaceDE w:val="0"/>
              <w:autoSpaceDN w:val="0"/>
              <w:spacing w:before="78" w:after="0" w:line="245" w:lineRule="auto"/>
              <w:jc w:val="center"/>
            </w:pPr>
          </w:p>
        </w:tc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A940FBF" w14:textId="77777777" w:rsidR="00921941" w:rsidRPr="00482F2A" w:rsidRDefault="00AA22DB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Моделировать звуко​буквенный состав слов; </w:t>
            </w:r>
            <w:r w:rsidRPr="00482F2A">
              <w:rPr>
                <w:lang w:val="ru-RU"/>
              </w:rPr>
              <w:br/>
            </w: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Учебный диалог «Сравниваем звуковой и </w:t>
            </w:r>
            <w:r w:rsidRPr="00482F2A">
              <w:rPr>
                <w:lang w:val="ru-RU"/>
              </w:rPr>
              <w:br/>
            </w: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буквенный состав слов», в ходе диалога </w:t>
            </w:r>
            <w:r w:rsidRPr="00482F2A">
              <w:rPr>
                <w:lang w:val="ru-RU"/>
              </w:rPr>
              <w:br/>
            </w: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формулируются выводы о возможных </w:t>
            </w:r>
            <w:r w:rsidRPr="00482F2A">
              <w:rPr>
                <w:lang w:val="ru-RU"/>
              </w:rPr>
              <w:br/>
            </w: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соотношениях звукового и буквенного состава слов; </w:t>
            </w:r>
            <w:r w:rsidRPr="00482F2A">
              <w:rPr>
                <w:lang w:val="ru-RU"/>
              </w:rPr>
              <w:br/>
            </w: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с таблицей: заполнение таблицы примерами слов с разным соотношением количества звуков и букв для каждой из трёх колонок: количество </w:t>
            </w:r>
            <w:r w:rsidRPr="00482F2A">
              <w:rPr>
                <w:lang w:val="ru-RU"/>
              </w:rPr>
              <w:br/>
            </w: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звуков равно количеству букв, количество звуков меньше количества букв, количество звуков </w:t>
            </w:r>
            <w:r w:rsidRPr="00482F2A">
              <w:rPr>
                <w:lang w:val="ru-RU"/>
              </w:rPr>
              <w:br/>
            </w: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больше количества букв; </w:t>
            </w:r>
            <w:r w:rsidRPr="00482F2A">
              <w:rPr>
                <w:lang w:val="ru-RU"/>
              </w:rPr>
              <w:br/>
            </w: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Беседа о функциях ь (разделительный и показатель мягко​сти предшествующего согласного); </w:t>
            </w:r>
            <w:r w:rsidRPr="00482F2A">
              <w:rPr>
                <w:lang w:val="ru-RU"/>
              </w:rPr>
              <w:br/>
            </w: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Практическая работа: нахождение в тексте слов по заданным основаниям (ь обозначает мягкость </w:t>
            </w:r>
            <w:r w:rsidRPr="00482F2A">
              <w:rPr>
                <w:lang w:val="ru-RU"/>
              </w:rPr>
              <w:br/>
            </w: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предшествующего согласного);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D2D00FA" w14:textId="77777777" w:rsidR="00921941" w:rsidRDefault="00AA22DB">
            <w:pPr>
              <w:autoSpaceDE w:val="0"/>
              <w:autoSpaceDN w:val="0"/>
              <w:spacing w:before="78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 контроль;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28B7AEB" w14:textId="77777777" w:rsidR="00921941" w:rsidRDefault="00AA22DB">
            <w:pPr>
              <w:autoSpaceDE w:val="0"/>
              <w:autoSpaceDN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https://uchi.ru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https://resh.edu.ru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https://education.yandex.ru</w:t>
            </w:r>
          </w:p>
        </w:tc>
      </w:tr>
      <w:tr w:rsidR="00921941" w14:paraId="1B22C252" w14:textId="77777777">
        <w:trPr>
          <w:trHeight w:hRule="exact" w:val="121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DFED0C5" w14:textId="77777777" w:rsidR="00921941" w:rsidRDefault="00AA22DB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3.2.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39BF34E" w14:textId="77777777" w:rsidR="00921941" w:rsidRPr="00482F2A" w:rsidRDefault="00AA22DB">
            <w:pPr>
              <w:autoSpaceDE w:val="0"/>
              <w:autoSpaceDN w:val="0"/>
              <w:spacing w:before="76" w:after="0" w:line="245" w:lineRule="auto"/>
              <w:ind w:left="72" w:right="144"/>
              <w:rPr>
                <w:lang w:val="ru-RU"/>
              </w:rPr>
            </w:pP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Установление соотношения звукового и буквенного состава слова в словах типа стол, конь.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D1B3BA" w14:textId="77777777" w:rsidR="00921941" w:rsidRDefault="00AA22D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E8CFD8" w14:textId="77777777" w:rsidR="00921941" w:rsidRDefault="00AA22D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7A732C" w14:textId="77777777" w:rsidR="00921941" w:rsidRDefault="00AA22D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A159CB" w14:textId="6D7A0759" w:rsidR="00921941" w:rsidRDefault="00921941">
            <w:pPr>
              <w:autoSpaceDE w:val="0"/>
              <w:autoSpaceDN w:val="0"/>
              <w:spacing w:before="76" w:after="0" w:line="245" w:lineRule="auto"/>
              <w:jc w:val="center"/>
            </w:pPr>
          </w:p>
        </w:tc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DFE8F6B" w14:textId="77777777" w:rsidR="00921941" w:rsidRPr="00482F2A" w:rsidRDefault="00AA22DB">
            <w:pPr>
              <w:autoSpaceDE w:val="0"/>
              <w:autoSpaceDN w:val="0"/>
              <w:spacing w:before="76" w:after="0" w:line="252" w:lineRule="auto"/>
              <w:ind w:left="72" w:right="288"/>
              <w:rPr>
                <w:lang w:val="ru-RU"/>
              </w:rPr>
            </w:pP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Учебный диалог «Сравниваем звуковой и </w:t>
            </w:r>
            <w:r w:rsidRPr="00482F2A">
              <w:rPr>
                <w:lang w:val="ru-RU"/>
              </w:rPr>
              <w:br/>
            </w: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буквенный состав слов», в ходе диалога </w:t>
            </w:r>
            <w:r w:rsidRPr="00482F2A">
              <w:rPr>
                <w:lang w:val="ru-RU"/>
              </w:rPr>
              <w:br/>
            </w: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формулируются выводы о возможных </w:t>
            </w:r>
            <w:r w:rsidRPr="00482F2A">
              <w:rPr>
                <w:lang w:val="ru-RU"/>
              </w:rPr>
              <w:br/>
            </w: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соотношениях звукового и буквенного состава слов;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D0F170" w14:textId="77777777" w:rsidR="00921941" w:rsidRDefault="00AA22DB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 контроль;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CB08F1" w14:textId="77777777" w:rsidR="00921941" w:rsidRDefault="00AA22DB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https://uchi.ru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https://resh.edu.ru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https://education.yandex.ru</w:t>
            </w:r>
          </w:p>
        </w:tc>
      </w:tr>
      <w:tr w:rsidR="00921941" w14:paraId="15F03361" w14:textId="77777777">
        <w:trPr>
          <w:trHeight w:hRule="exact" w:val="92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F85832E" w14:textId="77777777" w:rsidR="00921941" w:rsidRDefault="00AA22DB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3.3.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0648CF" w14:textId="77777777" w:rsidR="00921941" w:rsidRPr="00482F2A" w:rsidRDefault="00AA22DB">
            <w:pPr>
              <w:autoSpaceDE w:val="0"/>
              <w:autoSpaceDN w:val="0"/>
              <w:spacing w:before="78" w:after="0" w:line="245" w:lineRule="auto"/>
              <w:ind w:left="72" w:right="288"/>
              <w:rPr>
                <w:lang w:val="ru-RU"/>
              </w:rPr>
            </w:pP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Использование небуквенных графических средств: пробела между словами, знака переноса.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C2429E1" w14:textId="77777777" w:rsidR="00921941" w:rsidRDefault="00AA22D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267802B" w14:textId="77777777" w:rsidR="00921941" w:rsidRDefault="00AA22D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7ACCCF6" w14:textId="77777777" w:rsidR="00921941" w:rsidRDefault="00AA22D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B3FBCF4" w14:textId="7D78CA27" w:rsidR="00921941" w:rsidRDefault="00921941">
            <w:pPr>
              <w:autoSpaceDE w:val="0"/>
              <w:autoSpaceDN w:val="0"/>
              <w:spacing w:before="78" w:after="0" w:line="245" w:lineRule="auto"/>
              <w:jc w:val="center"/>
            </w:pPr>
          </w:p>
        </w:tc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40B056" w14:textId="77777777" w:rsidR="00921941" w:rsidRPr="00482F2A" w:rsidRDefault="00AA22DB">
            <w:pPr>
              <w:autoSpaceDE w:val="0"/>
              <w:autoSpaceDN w:val="0"/>
              <w:spacing w:before="78" w:after="0" w:line="247" w:lineRule="auto"/>
              <w:ind w:left="72" w:right="144"/>
              <w:rPr>
                <w:lang w:val="ru-RU"/>
              </w:rPr>
            </w:pP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Упражнение: определение количества слогов в слове, объяс​нение основания для деления слов на слоги;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B9A8F6" w14:textId="77777777" w:rsidR="00921941" w:rsidRDefault="00AA22DB">
            <w:pPr>
              <w:autoSpaceDE w:val="0"/>
              <w:autoSpaceDN w:val="0"/>
              <w:spacing w:before="78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 контроль;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893B76A" w14:textId="77777777" w:rsidR="00921941" w:rsidRDefault="00AA22DB">
            <w:pPr>
              <w:autoSpaceDE w:val="0"/>
              <w:autoSpaceDN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https://uchi.ru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https://resh.edu.ru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https://education.yandex.ru</w:t>
            </w:r>
          </w:p>
        </w:tc>
      </w:tr>
      <w:tr w:rsidR="00921941" w14:paraId="3EEA0C04" w14:textId="77777777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EFC9DC" w14:textId="77777777" w:rsidR="00921941" w:rsidRDefault="00AA22DB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3.4.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C1FCA8D" w14:textId="77777777" w:rsidR="00921941" w:rsidRDefault="00AA22DB">
            <w:pPr>
              <w:autoSpaceDE w:val="0"/>
              <w:autoSpaceDN w:val="0"/>
              <w:spacing w:before="76" w:after="0" w:line="250" w:lineRule="auto"/>
              <w:ind w:left="72" w:right="432"/>
            </w:pP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Русский алфавит: правильное название букв, знание их </w:t>
            </w:r>
            <w:r w:rsidRPr="00482F2A">
              <w:rPr>
                <w:lang w:val="ru-RU"/>
              </w:rPr>
              <w:br/>
            </w: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последовательности.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Использование алфавита для упорядочения списка слов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AA3D98" w14:textId="77777777" w:rsidR="00921941" w:rsidRDefault="00AA22D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09B6CD" w14:textId="77777777" w:rsidR="00921941" w:rsidRDefault="00AA22D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FB6B45B" w14:textId="77777777" w:rsidR="00921941" w:rsidRDefault="00AA22D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31F7C1" w14:textId="1DF03EDE" w:rsidR="00921941" w:rsidRDefault="00921941">
            <w:pPr>
              <w:autoSpaceDE w:val="0"/>
              <w:autoSpaceDN w:val="0"/>
              <w:spacing w:before="76" w:after="0" w:line="245" w:lineRule="auto"/>
              <w:jc w:val="center"/>
            </w:pPr>
          </w:p>
        </w:tc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FA61C9" w14:textId="77777777" w:rsidR="00921941" w:rsidRPr="00482F2A" w:rsidRDefault="00AA22DB">
            <w:pPr>
              <w:autoSpaceDE w:val="0"/>
              <w:autoSpaceDN w:val="0"/>
              <w:spacing w:before="76" w:after="0" w:line="250" w:lineRule="auto"/>
              <w:ind w:left="72" w:right="288"/>
              <w:rPr>
                <w:lang w:val="ru-RU"/>
              </w:rPr>
            </w:pP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Игра-​соревнование «Повтори алфавит»; </w:t>
            </w:r>
            <w:r w:rsidRPr="00482F2A">
              <w:rPr>
                <w:lang w:val="ru-RU"/>
              </w:rPr>
              <w:br/>
            </w: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Совместное выполнение упражнения «Запиши слова по алфавиту»;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86181C" w14:textId="77777777" w:rsidR="00921941" w:rsidRDefault="00AA22DB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 контроль;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D57DDF0" w14:textId="77777777" w:rsidR="00921941" w:rsidRDefault="00AA22DB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https://uchi.ru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https://resh.edu.ru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https://education.yandex.ru</w:t>
            </w:r>
          </w:p>
        </w:tc>
      </w:tr>
      <w:tr w:rsidR="00921941" w14:paraId="42CF0D69" w14:textId="77777777">
        <w:trPr>
          <w:trHeight w:hRule="exact" w:val="348"/>
        </w:trPr>
        <w:tc>
          <w:tcPr>
            <w:tcW w:w="5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3DBC866" w14:textId="77777777" w:rsidR="00921941" w:rsidRDefault="00AA22D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A3CDD2" w14:textId="77777777" w:rsidR="00921941" w:rsidRDefault="00AA22D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9</w:t>
            </w:r>
          </w:p>
        </w:tc>
        <w:tc>
          <w:tcPr>
            <w:tcW w:w="96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1B9FD2" w14:textId="77777777" w:rsidR="00921941" w:rsidRDefault="00921941"/>
        </w:tc>
      </w:tr>
      <w:tr w:rsidR="00921941" w14:paraId="374FE60C" w14:textId="77777777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C4251FC" w14:textId="77777777" w:rsidR="00921941" w:rsidRDefault="00AA22D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 4.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Лексика и морфология</w:t>
            </w:r>
          </w:p>
        </w:tc>
      </w:tr>
      <w:tr w:rsidR="00921941" w14:paraId="31D9A635" w14:textId="77777777">
        <w:trPr>
          <w:trHeight w:hRule="exact" w:val="90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F39285D" w14:textId="77777777" w:rsidR="00921941" w:rsidRDefault="00AA22DB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4.1.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CE2EA3" w14:textId="77777777" w:rsidR="00921941" w:rsidRPr="00482F2A" w:rsidRDefault="00AA22DB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Слово как единица языка (ознакомление).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DFD531" w14:textId="77777777" w:rsidR="00921941" w:rsidRDefault="00AA22D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02988F" w14:textId="77777777" w:rsidR="00921941" w:rsidRDefault="00AA22D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A38508" w14:textId="77777777" w:rsidR="00921941" w:rsidRDefault="00AA22D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337101" w14:textId="24A89880" w:rsidR="00921941" w:rsidRDefault="00921941">
            <w:pPr>
              <w:autoSpaceDE w:val="0"/>
              <w:autoSpaceDN w:val="0"/>
              <w:spacing w:before="78" w:after="0" w:line="245" w:lineRule="auto"/>
              <w:jc w:val="center"/>
            </w:pPr>
          </w:p>
        </w:tc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82F8D2" w14:textId="77777777" w:rsidR="00921941" w:rsidRPr="00482F2A" w:rsidRDefault="00AA22DB">
            <w:pPr>
              <w:autoSpaceDE w:val="0"/>
              <w:autoSpaceDN w:val="0"/>
              <w:spacing w:before="78" w:after="0" w:line="245" w:lineRule="auto"/>
              <w:ind w:left="72"/>
              <w:rPr>
                <w:lang w:val="ru-RU"/>
              </w:rPr>
            </w:pP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Учебный диалог «На какие вопросы могут отвечать слова?»;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9078BE" w14:textId="77777777" w:rsidR="00921941" w:rsidRDefault="00AA22DB">
            <w:pPr>
              <w:autoSpaceDE w:val="0"/>
              <w:autoSpaceDN w:val="0"/>
              <w:spacing w:before="78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 контроль;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E74CC98" w14:textId="77777777" w:rsidR="00921941" w:rsidRDefault="00AA22DB">
            <w:pPr>
              <w:autoSpaceDE w:val="0"/>
              <w:autoSpaceDN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https://uchi.ru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https://resh.edu.ru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https://education.yandex.ru</w:t>
            </w:r>
          </w:p>
        </w:tc>
      </w:tr>
    </w:tbl>
    <w:p w14:paraId="05CA0192" w14:textId="77777777" w:rsidR="00921941" w:rsidRDefault="00921941">
      <w:pPr>
        <w:autoSpaceDE w:val="0"/>
        <w:autoSpaceDN w:val="0"/>
        <w:spacing w:after="0" w:line="14" w:lineRule="exact"/>
      </w:pPr>
    </w:p>
    <w:p w14:paraId="31AAE800" w14:textId="77777777" w:rsidR="00921941" w:rsidRDefault="00921941">
      <w:pPr>
        <w:sectPr w:rsidR="00921941" w:rsidSect="00EB1D13">
          <w:pgSz w:w="16840" w:h="11900" w:orient="landscape"/>
          <w:pgMar w:top="1440" w:right="666" w:bottom="284" w:left="640" w:header="720" w:footer="720" w:gutter="0"/>
          <w:cols w:space="720" w:equalWidth="0">
            <w:col w:w="15890" w:space="0"/>
          </w:cols>
          <w:docGrid w:linePitch="360"/>
        </w:sectPr>
      </w:pPr>
    </w:p>
    <w:p w14:paraId="0493170E" w14:textId="77777777" w:rsidR="00921941" w:rsidRDefault="00921941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4864"/>
        <w:gridCol w:w="528"/>
        <w:gridCol w:w="1104"/>
        <w:gridCol w:w="1140"/>
        <w:gridCol w:w="866"/>
        <w:gridCol w:w="3614"/>
        <w:gridCol w:w="1020"/>
        <w:gridCol w:w="1898"/>
      </w:tblGrid>
      <w:tr w:rsidR="00921941" w14:paraId="6A47730A" w14:textId="77777777">
        <w:trPr>
          <w:trHeight w:hRule="exact" w:val="391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E81967" w14:textId="77777777" w:rsidR="00921941" w:rsidRDefault="00AA22DB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4.2.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23496C" w14:textId="77777777" w:rsidR="00921941" w:rsidRPr="00482F2A" w:rsidRDefault="00AA22DB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Слово как название предмета, признака предмета, действия предмета (ознакомление).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C4BF99" w14:textId="77777777" w:rsidR="00921941" w:rsidRDefault="00AA22D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F74B18" w14:textId="77777777" w:rsidR="00921941" w:rsidRDefault="00AA22D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4088A99" w14:textId="77777777" w:rsidR="00921941" w:rsidRDefault="00AA22D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B9CFDF" w14:textId="72EF35C5" w:rsidR="00921941" w:rsidRDefault="00921941">
            <w:pPr>
              <w:autoSpaceDE w:val="0"/>
              <w:autoSpaceDN w:val="0"/>
              <w:spacing w:before="78" w:after="0" w:line="245" w:lineRule="auto"/>
              <w:jc w:val="center"/>
            </w:pPr>
          </w:p>
        </w:tc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687202" w14:textId="77777777" w:rsidR="00921941" w:rsidRPr="00482F2A" w:rsidRDefault="00AA22DB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Наблюдение за словами, отвечающими на вопросы«кто?», «что?»; </w:t>
            </w:r>
            <w:r w:rsidRPr="00482F2A">
              <w:rPr>
                <w:lang w:val="ru-RU"/>
              </w:rPr>
              <w:br/>
            </w: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Совместное выполнение группировки слов по </w:t>
            </w:r>
            <w:r w:rsidRPr="00482F2A">
              <w:rPr>
                <w:lang w:val="ru-RU"/>
              </w:rPr>
              <w:br/>
            </w: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заданному признаку: отвечают на вопрос «что?» / отвечают на вопрос«кто?»; </w:t>
            </w:r>
            <w:r w:rsidRPr="00482F2A">
              <w:rPr>
                <w:lang w:val="ru-RU"/>
              </w:rPr>
              <w:br/>
            </w: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Наблюдение за словами, отвечающими на вопросы«какой?», «какая?», «какое?», «какие?»; </w:t>
            </w:r>
            <w:r w:rsidRPr="00482F2A">
              <w:rPr>
                <w:lang w:val="ru-RU"/>
              </w:rPr>
              <w:br/>
            </w: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Комментированное выполнение задания: </w:t>
            </w:r>
            <w:r w:rsidRPr="00482F2A">
              <w:rPr>
                <w:lang w:val="ru-RU"/>
              </w:rPr>
              <w:br/>
            </w: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нахождение в тексте слов по заданным основаниям, например поиск слов, отвечающих на вопрос</w:t>
            </w:r>
            <w:r w:rsidRPr="00482F2A">
              <w:rPr>
                <w:lang w:val="ru-RU"/>
              </w:rPr>
              <w:br/>
            </w: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«какая?»; </w:t>
            </w:r>
            <w:r w:rsidRPr="00482F2A">
              <w:rPr>
                <w:lang w:val="ru-RU"/>
              </w:rPr>
              <w:br/>
            </w: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Наблюдение за словами, отвечающими на вопросы«что делать?», «что сделать?»; </w:t>
            </w:r>
            <w:r w:rsidRPr="00482F2A">
              <w:rPr>
                <w:lang w:val="ru-RU"/>
              </w:rPr>
              <w:br/>
            </w: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в парах: отработка умения задавать к </w:t>
            </w:r>
            <w:r w:rsidRPr="00482F2A">
              <w:rPr>
                <w:lang w:val="ru-RU"/>
              </w:rPr>
              <w:br/>
            </w: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приведённым словам вопросы «что делать?», «что сделать?»; </w:t>
            </w:r>
            <w:r w:rsidRPr="00482F2A">
              <w:rPr>
                <w:lang w:val="ru-RU"/>
              </w:rPr>
              <w:br/>
            </w: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Работа в группах: нахождение в тексте слов по заданному основанию, например слов, отвечающих на вопрос «что делает?»;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EEA81F5" w14:textId="77777777" w:rsidR="00921941" w:rsidRDefault="00AA22DB">
            <w:pPr>
              <w:autoSpaceDE w:val="0"/>
              <w:autoSpaceDN w:val="0"/>
              <w:spacing w:before="78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 контроль;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5885591" w14:textId="77777777" w:rsidR="00921941" w:rsidRDefault="00AA22DB">
            <w:pPr>
              <w:autoSpaceDE w:val="0"/>
              <w:autoSpaceDN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https://uchi.ru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https://resh.edu.ru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https://education.yandex.ru</w:t>
            </w:r>
          </w:p>
        </w:tc>
      </w:tr>
      <w:tr w:rsidR="00921941" w14:paraId="4B86BAAA" w14:textId="77777777">
        <w:trPr>
          <w:trHeight w:hRule="exact" w:val="380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2153EE4" w14:textId="77777777" w:rsidR="00921941" w:rsidRDefault="00AA22DB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4.3.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1A9F20" w14:textId="77777777" w:rsidR="00921941" w:rsidRPr="00482F2A" w:rsidRDefault="00AA22DB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Выявление слов, значение которых требует уточнения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57507C" w14:textId="77777777" w:rsidR="00921941" w:rsidRDefault="00AA22D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CB7984A" w14:textId="77777777" w:rsidR="00921941" w:rsidRDefault="00AA22D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5A104B" w14:textId="77777777" w:rsidR="00921941" w:rsidRDefault="00AA22D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2FFD09" w14:textId="5DEECD83" w:rsidR="00921941" w:rsidRDefault="00921941">
            <w:pPr>
              <w:autoSpaceDE w:val="0"/>
              <w:autoSpaceDN w:val="0"/>
              <w:spacing w:before="78" w:after="0" w:line="245" w:lineRule="auto"/>
              <w:jc w:val="center"/>
            </w:pPr>
          </w:p>
        </w:tc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0B42C5" w14:textId="77777777" w:rsidR="00921941" w:rsidRPr="00482F2A" w:rsidRDefault="00AA22DB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Наблюдение за словами, отвечающими на вопросы«кто?», «что?»; </w:t>
            </w:r>
            <w:r w:rsidRPr="00482F2A">
              <w:rPr>
                <w:lang w:val="ru-RU"/>
              </w:rPr>
              <w:br/>
            </w: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Совместное выполнение группировки слов по </w:t>
            </w:r>
            <w:r w:rsidRPr="00482F2A">
              <w:rPr>
                <w:lang w:val="ru-RU"/>
              </w:rPr>
              <w:br/>
            </w: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заданному признаку: отвечают на вопрос «что?» / отвечают на вопрос«кто?»; </w:t>
            </w:r>
            <w:r w:rsidRPr="00482F2A">
              <w:rPr>
                <w:lang w:val="ru-RU"/>
              </w:rPr>
              <w:br/>
            </w: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Наблюдение за словами, отвечающими на вопросы«какой?», «какая?», «какое?», «какие?»; </w:t>
            </w:r>
            <w:r w:rsidRPr="00482F2A">
              <w:rPr>
                <w:lang w:val="ru-RU"/>
              </w:rPr>
              <w:br/>
            </w: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Комментированное выполнение задания: </w:t>
            </w:r>
            <w:r w:rsidRPr="00482F2A">
              <w:rPr>
                <w:lang w:val="ru-RU"/>
              </w:rPr>
              <w:br/>
            </w: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нахождение в тексте слов по заданным основаниям, например поиск слов, отвечающих на вопрос</w:t>
            </w:r>
            <w:r w:rsidRPr="00482F2A">
              <w:rPr>
                <w:lang w:val="ru-RU"/>
              </w:rPr>
              <w:br/>
            </w: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«какая?»; </w:t>
            </w:r>
            <w:r w:rsidRPr="00482F2A">
              <w:rPr>
                <w:lang w:val="ru-RU"/>
              </w:rPr>
              <w:br/>
            </w: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Наблюдение за словами, отвечающими на вопросы«что делать?», «что сделать?»; </w:t>
            </w:r>
            <w:r w:rsidRPr="00482F2A">
              <w:rPr>
                <w:lang w:val="ru-RU"/>
              </w:rPr>
              <w:br/>
            </w: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в парах: отработка умения задавать к </w:t>
            </w:r>
            <w:r w:rsidRPr="00482F2A">
              <w:rPr>
                <w:lang w:val="ru-RU"/>
              </w:rPr>
              <w:br/>
            </w: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приведённым словам вопросы «что делать?», «что сделать?»; </w:t>
            </w:r>
            <w:r w:rsidRPr="00482F2A">
              <w:rPr>
                <w:lang w:val="ru-RU"/>
              </w:rPr>
              <w:br/>
            </w: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Работа в группах: нахождение в тексте слов по заданному основанию, например слов, отвечающих на вопрос «что делает?»;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0D6D30" w14:textId="77777777" w:rsidR="00921941" w:rsidRDefault="00AA22DB">
            <w:pPr>
              <w:autoSpaceDE w:val="0"/>
              <w:autoSpaceDN w:val="0"/>
              <w:spacing w:before="78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 контроль;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229A4F" w14:textId="77777777" w:rsidR="00921941" w:rsidRDefault="00AA22DB">
            <w:pPr>
              <w:autoSpaceDE w:val="0"/>
              <w:autoSpaceDN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https://uchi.ru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https://resh.edu.ru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https://education.yandex.ru</w:t>
            </w:r>
          </w:p>
        </w:tc>
      </w:tr>
      <w:tr w:rsidR="00921941" w14:paraId="547FBC61" w14:textId="77777777">
        <w:trPr>
          <w:trHeight w:hRule="exact" w:val="348"/>
        </w:trPr>
        <w:tc>
          <w:tcPr>
            <w:tcW w:w="5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B3F03D" w14:textId="77777777" w:rsidR="00921941" w:rsidRDefault="00AA22D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141DE4" w14:textId="77777777" w:rsidR="00921941" w:rsidRDefault="00AA22D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15</w:t>
            </w:r>
          </w:p>
        </w:tc>
        <w:tc>
          <w:tcPr>
            <w:tcW w:w="96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CB837B" w14:textId="77777777" w:rsidR="00921941" w:rsidRDefault="00921941"/>
        </w:tc>
      </w:tr>
      <w:tr w:rsidR="00921941" w14:paraId="723B135D" w14:textId="77777777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6AC602" w14:textId="77777777" w:rsidR="00921941" w:rsidRDefault="00AA22D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 5.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Синтаксис</w:t>
            </w:r>
          </w:p>
        </w:tc>
      </w:tr>
      <w:tr w:rsidR="00921941" w14:paraId="5C2A191D" w14:textId="77777777">
        <w:trPr>
          <w:trHeight w:hRule="exact" w:val="148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62D26A" w14:textId="77777777" w:rsidR="00921941" w:rsidRDefault="00AA22DB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5.1.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2F219E" w14:textId="77777777" w:rsidR="00921941" w:rsidRPr="00482F2A" w:rsidRDefault="00AA22DB">
            <w:pPr>
              <w:autoSpaceDE w:val="0"/>
              <w:autoSpaceDN w:val="0"/>
              <w:spacing w:before="78" w:after="0" w:line="245" w:lineRule="auto"/>
              <w:ind w:left="72"/>
              <w:rPr>
                <w:lang w:val="ru-RU"/>
              </w:rPr>
            </w:pP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Предложение как единица языка (ознакомление). Слово, предложение (наблюдение над сходством и различием).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29A6EE" w14:textId="77777777" w:rsidR="00921941" w:rsidRDefault="00AA22D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CF5CE1B" w14:textId="77777777" w:rsidR="00921941" w:rsidRDefault="00AA22D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F0ACE3" w14:textId="77777777" w:rsidR="00921941" w:rsidRDefault="00AA22D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255A74" w14:textId="2D4EF9AD" w:rsidR="00921941" w:rsidRDefault="00921941">
            <w:pPr>
              <w:autoSpaceDE w:val="0"/>
              <w:autoSpaceDN w:val="0"/>
              <w:spacing w:before="78" w:after="0" w:line="245" w:lineRule="auto"/>
              <w:jc w:val="center"/>
            </w:pPr>
          </w:p>
        </w:tc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0BF3BF" w14:textId="77777777" w:rsidR="00921941" w:rsidRPr="00482F2A" w:rsidRDefault="00AA22DB">
            <w:pPr>
              <w:autoSpaceDE w:val="0"/>
              <w:autoSpaceDN w:val="0"/>
              <w:spacing w:before="78" w:after="0" w:line="254" w:lineRule="auto"/>
              <w:ind w:left="72" w:right="144"/>
              <w:rPr>
                <w:lang w:val="ru-RU"/>
              </w:rPr>
            </w:pP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со схемой предложения: умение читать схему предло​жения, преобразовывать </w:t>
            </w:r>
            <w:r w:rsidRPr="00482F2A">
              <w:rPr>
                <w:lang w:val="ru-RU"/>
              </w:rPr>
              <w:br/>
            </w: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информацию, полученную из схемы: составлять предложения, соответствующие схеме, с учётом знаков препинания в конце схемы; </w:t>
            </w:r>
            <w:r w:rsidRPr="00482F2A">
              <w:rPr>
                <w:lang w:val="ru-RU"/>
              </w:rPr>
              <w:br/>
            </w: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Совместная работа: составление предложения из набора слов;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92DDE6" w14:textId="77777777" w:rsidR="00921941" w:rsidRDefault="00AA22DB">
            <w:pPr>
              <w:autoSpaceDE w:val="0"/>
              <w:autoSpaceDN w:val="0"/>
              <w:spacing w:before="78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 контроль;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578F88" w14:textId="77777777" w:rsidR="00921941" w:rsidRDefault="00AA22DB">
            <w:pPr>
              <w:autoSpaceDE w:val="0"/>
              <w:autoSpaceDN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https://uchi.ru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https://resh.edu.ru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https://education.yandex.ru</w:t>
            </w:r>
          </w:p>
        </w:tc>
      </w:tr>
    </w:tbl>
    <w:p w14:paraId="56125D07" w14:textId="77777777" w:rsidR="00921941" w:rsidRDefault="00921941">
      <w:pPr>
        <w:autoSpaceDE w:val="0"/>
        <w:autoSpaceDN w:val="0"/>
        <w:spacing w:after="0" w:line="14" w:lineRule="exact"/>
      </w:pPr>
    </w:p>
    <w:p w14:paraId="06FE01A7" w14:textId="77777777" w:rsidR="00921941" w:rsidRDefault="00921941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4864"/>
        <w:gridCol w:w="528"/>
        <w:gridCol w:w="1104"/>
        <w:gridCol w:w="1140"/>
        <w:gridCol w:w="866"/>
        <w:gridCol w:w="3614"/>
        <w:gridCol w:w="1020"/>
        <w:gridCol w:w="1898"/>
      </w:tblGrid>
      <w:tr w:rsidR="00921941" w14:paraId="088BE793" w14:textId="77777777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922B13" w14:textId="77777777" w:rsidR="00921941" w:rsidRDefault="00AA22DB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5.2.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8B55B6" w14:textId="77777777" w:rsidR="00921941" w:rsidRPr="00482F2A" w:rsidRDefault="00AA22DB">
            <w:pPr>
              <w:autoSpaceDE w:val="0"/>
              <w:autoSpaceDN w:val="0"/>
              <w:spacing w:before="78" w:after="0" w:line="245" w:lineRule="auto"/>
              <w:ind w:left="72" w:right="288"/>
              <w:rPr>
                <w:lang w:val="ru-RU"/>
              </w:rPr>
            </w:pP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Установление связи слов в предложении при помощи смысловых вопросов.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76410D8" w14:textId="77777777" w:rsidR="00921941" w:rsidRDefault="00AA22D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E6ED41" w14:textId="77777777" w:rsidR="00921941" w:rsidRDefault="00AA22D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A28DF0E" w14:textId="77777777" w:rsidR="00921941" w:rsidRDefault="00AA22D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21372" w14:textId="27CA8F4B" w:rsidR="00921941" w:rsidRDefault="00921941">
            <w:pPr>
              <w:autoSpaceDE w:val="0"/>
              <w:autoSpaceDN w:val="0"/>
              <w:spacing w:before="78" w:after="0" w:line="245" w:lineRule="auto"/>
              <w:jc w:val="center"/>
            </w:pPr>
          </w:p>
        </w:tc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B0E3D2" w14:textId="77777777" w:rsidR="00921941" w:rsidRPr="00482F2A" w:rsidRDefault="00AA22DB">
            <w:pPr>
              <w:autoSpaceDE w:val="0"/>
              <w:autoSpaceDN w:val="0"/>
              <w:spacing w:before="78" w:after="0" w:line="247" w:lineRule="auto"/>
              <w:ind w:left="72" w:right="222"/>
              <w:jc w:val="both"/>
              <w:rPr>
                <w:lang w:val="ru-RU"/>
              </w:rPr>
            </w:pP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Работа в группах: восстановление предложения в процессе выбора нужной формы слова, данного в скобках;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2095E1" w14:textId="77777777" w:rsidR="00921941" w:rsidRDefault="00AA22DB">
            <w:pPr>
              <w:autoSpaceDE w:val="0"/>
              <w:autoSpaceDN w:val="0"/>
              <w:spacing w:before="78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 контроль;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122A11E" w14:textId="77777777" w:rsidR="00921941" w:rsidRDefault="00AA22DB">
            <w:pPr>
              <w:autoSpaceDE w:val="0"/>
              <w:autoSpaceDN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https://uchi.ru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https://resh.edu.ru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https://education.yandex.ru</w:t>
            </w:r>
          </w:p>
        </w:tc>
      </w:tr>
      <w:tr w:rsidR="00921941" w14:paraId="5845D92C" w14:textId="77777777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A3FA68D" w14:textId="77777777" w:rsidR="00921941" w:rsidRDefault="00AA22DB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5.3.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E5593E" w14:textId="77777777" w:rsidR="00921941" w:rsidRDefault="00AA22D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Восстановление деформированных предложений.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9DA0A0" w14:textId="77777777" w:rsidR="00921941" w:rsidRDefault="00AA22D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527F2C4" w14:textId="77777777" w:rsidR="00921941" w:rsidRDefault="00AA22D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991E78" w14:textId="77777777" w:rsidR="00921941" w:rsidRDefault="00AA22D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532D68F" w14:textId="20E7ED9D" w:rsidR="00921941" w:rsidRDefault="00921941">
            <w:pPr>
              <w:autoSpaceDE w:val="0"/>
              <w:autoSpaceDN w:val="0"/>
              <w:spacing w:before="78" w:after="0" w:line="245" w:lineRule="auto"/>
              <w:jc w:val="center"/>
            </w:pPr>
          </w:p>
        </w:tc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5DF442" w14:textId="77777777" w:rsidR="00921941" w:rsidRPr="00482F2A" w:rsidRDefault="00AA22DB">
            <w:pPr>
              <w:autoSpaceDE w:val="0"/>
              <w:autoSpaceDN w:val="0"/>
              <w:spacing w:before="78" w:after="0" w:line="250" w:lineRule="auto"/>
              <w:ind w:left="72"/>
              <w:rPr>
                <w:lang w:val="ru-RU"/>
              </w:rPr>
            </w:pP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Практическая работа: деление деформированного текста на предложения, корректировка оформления предложений, списывание с учётом правильного оформления предложе​ний;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704650" w14:textId="77777777" w:rsidR="00921941" w:rsidRDefault="00AA22DB">
            <w:pPr>
              <w:autoSpaceDE w:val="0"/>
              <w:autoSpaceDN w:val="0"/>
              <w:spacing w:before="78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 контроль;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46700F" w14:textId="77777777" w:rsidR="00921941" w:rsidRDefault="00AA22DB">
            <w:pPr>
              <w:autoSpaceDE w:val="0"/>
              <w:autoSpaceDN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https://uchi.ru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https://resh.edu.ru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https://education.yandex.ru</w:t>
            </w:r>
          </w:p>
        </w:tc>
      </w:tr>
      <w:tr w:rsidR="00921941" w14:paraId="5A3E3A5F" w14:textId="77777777">
        <w:trPr>
          <w:trHeight w:hRule="exact" w:val="111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A95237" w14:textId="77777777" w:rsidR="00921941" w:rsidRDefault="00AA22DB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5.4.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CC3CAAB" w14:textId="77777777" w:rsidR="00921941" w:rsidRPr="00482F2A" w:rsidRDefault="00AA22DB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Составление предложений из набора форм слов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42CEED" w14:textId="77777777" w:rsidR="00921941" w:rsidRDefault="00AA22D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409148C" w14:textId="77777777" w:rsidR="00921941" w:rsidRDefault="00AA22D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65E60B" w14:textId="77777777" w:rsidR="00921941" w:rsidRDefault="00AA22D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F373420" w14:textId="7C9370CE" w:rsidR="00921941" w:rsidRDefault="00921941">
            <w:pPr>
              <w:autoSpaceDE w:val="0"/>
              <w:autoSpaceDN w:val="0"/>
              <w:spacing w:before="78" w:after="0" w:line="245" w:lineRule="auto"/>
              <w:jc w:val="center"/>
            </w:pPr>
          </w:p>
        </w:tc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D77A7A" w14:textId="77777777" w:rsidR="00921941" w:rsidRPr="00482F2A" w:rsidRDefault="00AA22DB">
            <w:pPr>
              <w:autoSpaceDE w:val="0"/>
              <w:autoSpaceDN w:val="0"/>
              <w:spacing w:before="78" w:after="0" w:line="252" w:lineRule="auto"/>
              <w:ind w:left="72" w:right="288"/>
              <w:rPr>
                <w:lang w:val="ru-RU"/>
              </w:rPr>
            </w:pP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со схемой предложения: умение читать схему предло​жения, преобразовывать </w:t>
            </w:r>
            <w:r w:rsidRPr="00482F2A">
              <w:rPr>
                <w:lang w:val="ru-RU"/>
              </w:rPr>
              <w:br/>
            </w: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информацию, полученную из схемы: составлять предложения, соответствующие схеме, с учётом знаков препинания в конце схемы;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8285C5" w14:textId="77777777" w:rsidR="00921941" w:rsidRDefault="00AA22DB">
            <w:pPr>
              <w:autoSpaceDE w:val="0"/>
              <w:autoSpaceDN w:val="0"/>
              <w:spacing w:before="78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 контроль;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529C2C" w14:textId="77777777" w:rsidR="00921941" w:rsidRDefault="00AA22DB">
            <w:pPr>
              <w:autoSpaceDE w:val="0"/>
              <w:autoSpaceDN w:val="0"/>
              <w:spacing w:before="78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https://uchi.ru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https://resh.edu.ru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https://education.yandex.ru</w:t>
            </w:r>
          </w:p>
        </w:tc>
      </w:tr>
      <w:tr w:rsidR="00921941" w14:paraId="144B148D" w14:textId="77777777">
        <w:trPr>
          <w:trHeight w:hRule="exact" w:val="348"/>
        </w:trPr>
        <w:tc>
          <w:tcPr>
            <w:tcW w:w="5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52280E" w14:textId="77777777" w:rsidR="00921941" w:rsidRDefault="00AA22D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D756E3" w14:textId="77777777" w:rsidR="00921941" w:rsidRDefault="00AA22D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9</w:t>
            </w:r>
          </w:p>
        </w:tc>
        <w:tc>
          <w:tcPr>
            <w:tcW w:w="96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2D05FB" w14:textId="77777777" w:rsidR="00921941" w:rsidRDefault="00921941"/>
        </w:tc>
      </w:tr>
      <w:tr w:rsidR="00921941" w14:paraId="44A073B4" w14:textId="77777777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F6018B4" w14:textId="77777777" w:rsidR="00921941" w:rsidRDefault="00AA22D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Раздел 6.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Орфография и пунктуация</w:t>
            </w:r>
          </w:p>
        </w:tc>
      </w:tr>
      <w:tr w:rsidR="00921941" w14:paraId="29B23B1C" w14:textId="77777777" w:rsidTr="00CB497B">
        <w:trPr>
          <w:trHeight w:hRule="exact" w:val="5881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A8390B6" w14:textId="77777777" w:rsidR="00921941" w:rsidRDefault="00AA22DB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6.1.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4538B89" w14:textId="77777777" w:rsidR="00921941" w:rsidRPr="00482F2A" w:rsidRDefault="00AA22DB">
            <w:pPr>
              <w:autoSpaceDE w:val="0"/>
              <w:autoSpaceDN w:val="0"/>
              <w:spacing w:before="78" w:after="0" w:line="254" w:lineRule="auto"/>
              <w:ind w:left="72" w:right="144"/>
              <w:rPr>
                <w:lang w:val="ru-RU"/>
              </w:rPr>
            </w:pP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Ознакомление с правилами правописания и их применение:</w:t>
            </w:r>
            <w:r w:rsidRPr="00482F2A">
              <w:rPr>
                <w:lang w:val="ru-RU"/>
              </w:rPr>
              <w:br/>
            </w: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 раздельное написание слов в предложении;</w:t>
            </w:r>
            <w:r w:rsidRPr="00482F2A">
              <w:rPr>
                <w:lang w:val="ru-RU"/>
              </w:rPr>
              <w:br/>
            </w: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 прописная буква в начале предложения и в именах собственных: в именах и фамилиях людей, кличках животных;</w:t>
            </w:r>
            <w:r w:rsidRPr="00482F2A">
              <w:rPr>
                <w:lang w:val="ru-RU"/>
              </w:rPr>
              <w:br/>
            </w: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 перенос слов (без учёта морфемного членения слова);</w:t>
            </w:r>
            <w:r w:rsidRPr="00482F2A">
              <w:rPr>
                <w:lang w:val="ru-RU"/>
              </w:rPr>
              <w:br/>
            </w: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- гласные после шипящих в сочетаниях </w:t>
            </w:r>
            <w:r w:rsidRPr="00482F2A">
              <w:rPr>
                <w:rFonts w:ascii="Times New Roman" w:eastAsia="Times New Roman" w:hAnsi="Times New Roman"/>
                <w:b/>
                <w:i/>
                <w:color w:val="000000"/>
                <w:w w:val="97"/>
                <w:sz w:val="16"/>
                <w:lang w:val="ru-RU"/>
              </w:rPr>
              <w:t>жи, ши</w:t>
            </w: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(в положении под ударением), </w:t>
            </w:r>
            <w:r w:rsidRPr="00482F2A">
              <w:rPr>
                <w:rFonts w:ascii="Times New Roman" w:eastAsia="Times New Roman" w:hAnsi="Times New Roman"/>
                <w:b/>
                <w:i/>
                <w:color w:val="000000"/>
                <w:w w:val="97"/>
                <w:sz w:val="16"/>
                <w:lang w:val="ru-RU"/>
              </w:rPr>
              <w:t>ча, ща, чу, щу;</w:t>
            </w:r>
            <w:r w:rsidRPr="00482F2A">
              <w:rPr>
                <w:lang w:val="ru-RU"/>
              </w:rPr>
              <w:br/>
            </w: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- сочетания </w:t>
            </w:r>
            <w:r w:rsidRPr="00482F2A">
              <w:rPr>
                <w:rFonts w:ascii="Times New Roman" w:eastAsia="Times New Roman" w:hAnsi="Times New Roman"/>
                <w:b/>
                <w:i/>
                <w:color w:val="000000"/>
                <w:w w:val="97"/>
                <w:sz w:val="16"/>
                <w:lang w:val="ru-RU"/>
              </w:rPr>
              <w:t>чк, чн</w:t>
            </w: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</w:t>
            </w:r>
            <w:r w:rsidRPr="00482F2A">
              <w:rPr>
                <w:lang w:val="ru-RU"/>
              </w:rPr>
              <w:br/>
            </w: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 слова с непроверяемыми гласными и согласными (перечень слов в орфографическом словаре учебника);</w:t>
            </w:r>
            <w:r w:rsidRPr="00482F2A">
              <w:rPr>
                <w:lang w:val="ru-RU"/>
              </w:rPr>
              <w:br/>
            </w: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 знаки препинания в конце предложения: точка, вопросительный и восклицательный знаки.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1CAC16" w14:textId="77777777" w:rsidR="00921941" w:rsidRDefault="00AA22D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9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028D01" w14:textId="77777777" w:rsidR="00921941" w:rsidRDefault="00AA22D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BE81E02" w14:textId="77777777" w:rsidR="00921941" w:rsidRDefault="00AA22D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2D3E082" w14:textId="645172F7" w:rsidR="00921941" w:rsidRDefault="00921941">
            <w:pPr>
              <w:autoSpaceDE w:val="0"/>
              <w:autoSpaceDN w:val="0"/>
              <w:spacing w:before="78" w:after="0" w:line="245" w:lineRule="auto"/>
              <w:jc w:val="center"/>
            </w:pPr>
          </w:p>
        </w:tc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558B465" w14:textId="44B1ACD6" w:rsidR="00921941" w:rsidRPr="00482F2A" w:rsidRDefault="00AA22DB">
            <w:pPr>
              <w:autoSpaceDE w:val="0"/>
              <w:autoSpaceDN w:val="0"/>
              <w:spacing w:before="78" w:after="0" w:line="257" w:lineRule="auto"/>
              <w:ind w:left="72"/>
              <w:rPr>
                <w:lang w:val="ru-RU"/>
              </w:rPr>
            </w:pP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Наблюдение за словами, сходными по звучанию, но различ​ными по написанию, установление </w:t>
            </w:r>
            <w:r w:rsidRPr="00482F2A">
              <w:rPr>
                <w:lang w:val="ru-RU"/>
              </w:rPr>
              <w:br/>
            </w: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причин возможной ошибки при записи этих слов; Комментированное выполнение задания: </w:t>
            </w:r>
            <w:r w:rsidRPr="00482F2A">
              <w:rPr>
                <w:lang w:val="ru-RU"/>
              </w:rPr>
              <w:br/>
            </w: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выявление места в слове, где можно допустить ошибку; </w:t>
            </w:r>
            <w:r w:rsidRPr="00482F2A">
              <w:rPr>
                <w:lang w:val="ru-RU"/>
              </w:rPr>
              <w:br/>
            </w: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Наблюдение за написанием в предложенных </w:t>
            </w:r>
            <w:r w:rsidRPr="00482F2A">
              <w:rPr>
                <w:lang w:val="ru-RU"/>
              </w:rPr>
              <w:br/>
            </w: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текстах соб​ственных имён существительных, </w:t>
            </w:r>
            <w:r w:rsidRPr="00482F2A">
              <w:rPr>
                <w:lang w:val="ru-RU"/>
              </w:rPr>
              <w:br/>
            </w: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формулирование выводов, соотнесение сделанных выводов с формулировкой правила в учебнике; Упражнение: запись предложений, включающих собствен​ные имена существительные; </w:t>
            </w:r>
            <w:r w:rsidRPr="00482F2A">
              <w:rPr>
                <w:lang w:val="ru-RU"/>
              </w:rPr>
              <w:br/>
            </w: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Практическая работа: использовать правило </w:t>
            </w:r>
            <w:r w:rsidRPr="00482F2A">
              <w:rPr>
                <w:lang w:val="ru-RU"/>
              </w:rPr>
              <w:br/>
            </w: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правописания собственных имён при решении практических задач (выбор написания, например: Орёл — орёл, Снежинка — снежинка, Пушок —пушок и т. д.).; </w:t>
            </w:r>
            <w:r w:rsidRPr="00482F2A">
              <w:rPr>
                <w:lang w:val="ru-RU"/>
              </w:rPr>
              <w:br/>
            </w: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Упражнение: выбор необходимого знака </w:t>
            </w:r>
            <w:r w:rsidRPr="00482F2A">
              <w:rPr>
                <w:lang w:val="ru-RU"/>
              </w:rPr>
              <w:br/>
            </w: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препинания в конце предложения; </w:t>
            </w:r>
            <w:r w:rsidRPr="00482F2A">
              <w:rPr>
                <w:lang w:val="ru-RU"/>
              </w:rPr>
              <w:br/>
            </w: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Наблюдение за языковым материалом, связанным с перено​сом слов, формулирование на основе </w:t>
            </w:r>
            <w:r w:rsidRPr="00482F2A">
              <w:rPr>
                <w:lang w:val="ru-RU"/>
              </w:rPr>
              <w:br/>
            </w: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наблюдения правила переноса слов; </w:t>
            </w:r>
            <w:r w:rsidRPr="00482F2A">
              <w:rPr>
                <w:lang w:val="ru-RU"/>
              </w:rPr>
              <w:br/>
            </w: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Упражнение: запись слов с делением для переноса; Дифференцированное задание: поиск в тексте слов, которые нельзя переносить; </w:t>
            </w:r>
            <w:r w:rsidRPr="00482F2A">
              <w:rPr>
                <w:lang w:val="ru-RU"/>
              </w:rPr>
              <w:br/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0D4003" w14:textId="77777777" w:rsidR="00921941" w:rsidRDefault="00AA22DB">
            <w:pPr>
              <w:autoSpaceDE w:val="0"/>
              <w:autoSpaceDN w:val="0"/>
              <w:spacing w:before="78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 контроль;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5D8B35" w14:textId="77777777" w:rsidR="00921941" w:rsidRDefault="00AA22DB">
            <w:pPr>
              <w:autoSpaceDE w:val="0"/>
              <w:autoSpaceDN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https://uchi.ru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https://resh.edu.ru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https://education.yandex.ru</w:t>
            </w:r>
          </w:p>
        </w:tc>
      </w:tr>
      <w:tr w:rsidR="00921941" w14:paraId="4211E1C9" w14:textId="77777777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0A327E" w14:textId="77777777" w:rsidR="00921941" w:rsidRDefault="00AA22DB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lastRenderedPageBreak/>
              <w:t>6.2.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3FE7EF" w14:textId="77777777" w:rsidR="00921941" w:rsidRDefault="00AA22D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Усвоение алгоритма списывания текста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B1A5B3" w14:textId="77777777" w:rsidR="00921941" w:rsidRDefault="00AA22D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2E90C2" w14:textId="77777777" w:rsidR="00921941" w:rsidRDefault="00AA22D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7415F4" w14:textId="77777777" w:rsidR="00921941" w:rsidRDefault="00AA22D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7B034F" w14:textId="23B464B8" w:rsidR="00921941" w:rsidRDefault="00921941">
            <w:pPr>
              <w:autoSpaceDE w:val="0"/>
              <w:autoSpaceDN w:val="0"/>
              <w:spacing w:before="78" w:after="0" w:line="245" w:lineRule="auto"/>
              <w:jc w:val="center"/>
            </w:pPr>
          </w:p>
        </w:tc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93AED74" w14:textId="77777777" w:rsidR="00921941" w:rsidRPr="00482F2A" w:rsidRDefault="00AA22DB">
            <w:pPr>
              <w:autoSpaceDE w:val="0"/>
              <w:autoSpaceDN w:val="0"/>
              <w:spacing w:before="78" w:after="0" w:line="250" w:lineRule="auto"/>
              <w:ind w:left="72" w:right="432"/>
              <w:rPr>
                <w:lang w:val="ru-RU"/>
              </w:rPr>
            </w:pP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Беседа, актуализирующая последовательность действий при списывании; </w:t>
            </w:r>
            <w:r w:rsidRPr="00482F2A">
              <w:rPr>
                <w:lang w:val="ru-RU"/>
              </w:rPr>
              <w:br/>
            </w: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Орфографический тренинг правильности и аккуратности списывания;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4B44971" w14:textId="77777777" w:rsidR="00921941" w:rsidRDefault="00AA22DB">
            <w:pPr>
              <w:autoSpaceDE w:val="0"/>
              <w:autoSpaceDN w:val="0"/>
              <w:spacing w:before="78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 контроль;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37246C6" w14:textId="77777777" w:rsidR="00921941" w:rsidRDefault="00AA22DB">
            <w:pPr>
              <w:autoSpaceDE w:val="0"/>
              <w:autoSpaceDN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https://uchi.ru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https://resh.edu.ru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https://education.yandex.ru</w:t>
            </w:r>
          </w:p>
        </w:tc>
      </w:tr>
      <w:tr w:rsidR="00921941" w14:paraId="6666ACF8" w14:textId="77777777">
        <w:trPr>
          <w:trHeight w:hRule="exact" w:val="348"/>
        </w:trPr>
        <w:tc>
          <w:tcPr>
            <w:tcW w:w="5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0FBD47" w14:textId="77777777" w:rsidR="00921941" w:rsidRDefault="00AA22D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DDD1DCA" w14:textId="77777777" w:rsidR="00921941" w:rsidRDefault="00AA22D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14</w:t>
            </w:r>
          </w:p>
        </w:tc>
        <w:tc>
          <w:tcPr>
            <w:tcW w:w="96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CCB5C9" w14:textId="77777777" w:rsidR="00921941" w:rsidRDefault="00921941"/>
        </w:tc>
      </w:tr>
      <w:tr w:rsidR="00921941" w14:paraId="7388C169" w14:textId="77777777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C0694D7" w14:textId="77777777" w:rsidR="00921941" w:rsidRDefault="00AA22D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Раздел 7.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Развитие речи</w:t>
            </w:r>
          </w:p>
        </w:tc>
      </w:tr>
      <w:tr w:rsidR="00921941" w14:paraId="33955D49" w14:textId="77777777">
        <w:trPr>
          <w:trHeight w:hRule="exact" w:val="1310"/>
        </w:trPr>
        <w:tc>
          <w:tcPr>
            <w:tcW w:w="4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70DA05" w14:textId="77777777" w:rsidR="00921941" w:rsidRDefault="00AA22DB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7.1.</w:t>
            </w:r>
          </w:p>
        </w:tc>
        <w:tc>
          <w:tcPr>
            <w:tcW w:w="48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68DBD7" w14:textId="77777777" w:rsidR="00921941" w:rsidRPr="00482F2A" w:rsidRDefault="00AA22DB">
            <w:pPr>
              <w:autoSpaceDE w:val="0"/>
              <w:autoSpaceDN w:val="0"/>
              <w:spacing w:before="76" w:after="0" w:line="230" w:lineRule="auto"/>
              <w:ind w:left="72"/>
              <w:rPr>
                <w:lang w:val="ru-RU"/>
              </w:rPr>
            </w:pP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5C6A1C5" w14:textId="77777777" w:rsidR="00921941" w:rsidRDefault="00AA22DB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38D42A" w14:textId="77777777" w:rsidR="00921941" w:rsidRDefault="00AA22DB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3021AE" w14:textId="77777777" w:rsidR="00921941" w:rsidRDefault="00AA22DB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88E28E" w14:textId="5A88AB67" w:rsidR="00921941" w:rsidRDefault="00921941">
            <w:pPr>
              <w:autoSpaceDE w:val="0"/>
              <w:autoSpaceDN w:val="0"/>
              <w:spacing w:before="76" w:after="0" w:line="245" w:lineRule="auto"/>
              <w:jc w:val="center"/>
            </w:pPr>
          </w:p>
        </w:tc>
        <w:tc>
          <w:tcPr>
            <w:tcW w:w="361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685353" w14:textId="77777777" w:rsidR="00921941" w:rsidRPr="00482F2A" w:rsidRDefault="00AA22DB">
            <w:pPr>
              <w:autoSpaceDE w:val="0"/>
              <w:autoSpaceDN w:val="0"/>
              <w:spacing w:before="76" w:after="0" w:line="252" w:lineRule="auto"/>
              <w:ind w:left="72"/>
              <w:rPr>
                <w:lang w:val="ru-RU"/>
              </w:rPr>
            </w:pP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с рисунками, на которых изображены </w:t>
            </w:r>
            <w:r w:rsidRPr="00482F2A">
              <w:rPr>
                <w:lang w:val="ru-RU"/>
              </w:rPr>
              <w:br/>
            </w: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разные ситуа​ции общения (приветствие, прощание, извинение, благодар​ность, обращение с просьбой), устное обсуждение этих ситуаций, выбор </w:t>
            </w:r>
            <w:r w:rsidRPr="00482F2A">
              <w:rPr>
                <w:lang w:val="ru-RU"/>
              </w:rPr>
              <w:br/>
            </w: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соответствующих каждой ситуации слов речевого этикета;</w:t>
            </w:r>
          </w:p>
        </w:tc>
        <w:tc>
          <w:tcPr>
            <w:tcW w:w="10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7518D04" w14:textId="77777777" w:rsidR="00921941" w:rsidRDefault="00AA22DB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 контроль;</w:t>
            </w:r>
          </w:p>
        </w:tc>
        <w:tc>
          <w:tcPr>
            <w:tcW w:w="189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9BA1A6" w14:textId="77777777" w:rsidR="00921941" w:rsidRDefault="00AA22DB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https://uchi.ru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https://resh.edu.ru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https://education.yandex.ru</w:t>
            </w:r>
          </w:p>
        </w:tc>
      </w:tr>
      <w:tr w:rsidR="00921941" w14:paraId="4A3F0023" w14:textId="77777777">
        <w:trPr>
          <w:trHeight w:hRule="exact" w:val="130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428764A" w14:textId="77777777" w:rsidR="00921941" w:rsidRDefault="00AA22DB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7.2.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F4EB446" w14:textId="77777777" w:rsidR="00921941" w:rsidRPr="00482F2A" w:rsidRDefault="00AA22DB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Текст как единица речи (ознакомление).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966AE88" w14:textId="77777777" w:rsidR="00921941" w:rsidRDefault="00AA22D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426DB9" w14:textId="77777777" w:rsidR="00921941" w:rsidRDefault="00AA22D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7835A4" w14:textId="77777777" w:rsidR="00921941" w:rsidRDefault="00AA22D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AE897A" w14:textId="5D61838A" w:rsidR="00921941" w:rsidRDefault="00921941">
            <w:pPr>
              <w:autoSpaceDE w:val="0"/>
              <w:autoSpaceDN w:val="0"/>
              <w:spacing w:before="76" w:after="0" w:line="245" w:lineRule="auto"/>
              <w:jc w:val="center"/>
            </w:pPr>
          </w:p>
        </w:tc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DCF04D" w14:textId="77777777" w:rsidR="00921941" w:rsidRPr="00482F2A" w:rsidRDefault="00AA22DB">
            <w:pPr>
              <w:autoSpaceDE w:val="0"/>
              <w:autoSpaceDN w:val="0"/>
              <w:spacing w:before="76" w:after="0" w:line="252" w:lineRule="auto"/>
              <w:ind w:left="72"/>
              <w:rPr>
                <w:lang w:val="ru-RU"/>
              </w:rPr>
            </w:pP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с рисунками, на которых изображены </w:t>
            </w:r>
            <w:r w:rsidRPr="00482F2A">
              <w:rPr>
                <w:lang w:val="ru-RU"/>
              </w:rPr>
              <w:br/>
            </w: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разные ситуа​ции общения (приветствие, прощание, извинение, благодар​ность, обращение с просьбой), устное обсуждение этих ситуаций, выбор </w:t>
            </w:r>
            <w:r w:rsidRPr="00482F2A">
              <w:rPr>
                <w:lang w:val="ru-RU"/>
              </w:rPr>
              <w:br/>
            </w: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соответствующих каждой ситуации слов речевого этикета;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FB91CA" w14:textId="77777777" w:rsidR="00921941" w:rsidRDefault="00AA22DB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 контроль;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14C7BA" w14:textId="77777777" w:rsidR="00921941" w:rsidRDefault="00AA22DB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https://uchi.ru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https://resh.edu.ru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https://education.yandex.ru</w:t>
            </w:r>
          </w:p>
        </w:tc>
      </w:tr>
      <w:tr w:rsidR="00921941" w14:paraId="0FA9B3B6" w14:textId="77777777">
        <w:trPr>
          <w:trHeight w:hRule="exact" w:val="207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F5292F" w14:textId="77777777" w:rsidR="00921941" w:rsidRDefault="00AA22DB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7.3.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39F48B" w14:textId="77777777" w:rsidR="00921941" w:rsidRPr="00482F2A" w:rsidRDefault="00AA22DB">
            <w:pPr>
              <w:autoSpaceDE w:val="0"/>
              <w:autoSpaceDN w:val="0"/>
              <w:spacing w:before="78" w:after="0" w:line="245" w:lineRule="auto"/>
              <w:ind w:left="72"/>
              <w:rPr>
                <w:lang w:val="ru-RU"/>
              </w:rPr>
            </w:pP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Осознание ситуации общения: с какой целью, с кем и где происходит общение.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677E18" w14:textId="77777777" w:rsidR="00921941" w:rsidRDefault="00AA22D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85D3377" w14:textId="77777777" w:rsidR="00921941" w:rsidRDefault="00AA22D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8C206A" w14:textId="77777777" w:rsidR="00921941" w:rsidRDefault="00AA22D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CC46797" w14:textId="01002293" w:rsidR="00921941" w:rsidRDefault="00921941">
            <w:pPr>
              <w:autoSpaceDE w:val="0"/>
              <w:autoSpaceDN w:val="0"/>
              <w:spacing w:before="78" w:after="0" w:line="245" w:lineRule="auto"/>
              <w:jc w:val="center"/>
            </w:pPr>
          </w:p>
        </w:tc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C6C09B" w14:textId="77777777" w:rsidR="00921941" w:rsidRPr="00482F2A" w:rsidRDefault="00AA22DB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Комментированное выполнение задания: выбор из предло​женного набора этикетных слов, </w:t>
            </w:r>
            <w:r w:rsidRPr="00482F2A">
              <w:rPr>
                <w:lang w:val="ru-RU"/>
              </w:rPr>
              <w:br/>
            </w: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соответствующих заданным ситуациям общения; Творческое задание: придумать ситуации общения, в кото​рых могут быть употреблены предложенные этикетные слова; </w:t>
            </w:r>
            <w:r w:rsidRPr="00482F2A">
              <w:rPr>
                <w:lang w:val="ru-RU"/>
              </w:rPr>
              <w:br/>
            </w: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в группах: оценивание дидактического </w:t>
            </w:r>
            <w:r w:rsidRPr="00482F2A">
              <w:rPr>
                <w:lang w:val="ru-RU"/>
              </w:rPr>
              <w:br/>
            </w: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текста с точки зрения наличия/отсутствия </w:t>
            </w:r>
            <w:r w:rsidRPr="00482F2A">
              <w:rPr>
                <w:lang w:val="ru-RU"/>
              </w:rPr>
              <w:br/>
            </w: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необходимых элементов речево​го этикета в </w:t>
            </w:r>
            <w:r w:rsidRPr="00482F2A">
              <w:rPr>
                <w:lang w:val="ru-RU"/>
              </w:rPr>
              <w:br/>
            </w: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описанных в тексте ситуациях общения;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4D7CF5B" w14:textId="77777777" w:rsidR="00921941" w:rsidRDefault="00AA22DB">
            <w:pPr>
              <w:autoSpaceDE w:val="0"/>
              <w:autoSpaceDN w:val="0"/>
              <w:spacing w:before="78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 контроль;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3A8FC2" w14:textId="77777777" w:rsidR="00921941" w:rsidRDefault="00AA22DB">
            <w:pPr>
              <w:autoSpaceDE w:val="0"/>
              <w:autoSpaceDN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https://uchi.ru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https://resh.edu.ru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https://education.yandex.ru</w:t>
            </w:r>
          </w:p>
        </w:tc>
      </w:tr>
      <w:tr w:rsidR="00921941" w:rsidRPr="0069551C" w14:paraId="21FB8373" w14:textId="77777777">
        <w:trPr>
          <w:trHeight w:hRule="exact" w:val="183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60035D" w14:textId="77777777" w:rsidR="00921941" w:rsidRDefault="00AA22DB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7.4.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6DF41C" w14:textId="77777777" w:rsidR="00921941" w:rsidRPr="00482F2A" w:rsidRDefault="00AA22DB">
            <w:pPr>
              <w:autoSpaceDE w:val="0"/>
              <w:autoSpaceDN w:val="0"/>
              <w:spacing w:before="76" w:after="0" w:line="245" w:lineRule="auto"/>
              <w:ind w:left="72" w:right="288"/>
              <w:rPr>
                <w:lang w:val="ru-RU"/>
              </w:rPr>
            </w:pP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Ситуации устного общения (чтение диалогов по ролям, просмотр видеоматериалов, прослушивание аудиозаписи).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3A8A3F" w14:textId="77777777" w:rsidR="00921941" w:rsidRDefault="00AA22D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BD675F1" w14:textId="77777777" w:rsidR="00921941" w:rsidRDefault="00AA22D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D777D56" w14:textId="77777777" w:rsidR="00921941" w:rsidRDefault="00AA22D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101D76" w14:textId="7D3B01EB" w:rsidR="00921941" w:rsidRDefault="00921941">
            <w:pPr>
              <w:autoSpaceDE w:val="0"/>
              <w:autoSpaceDN w:val="0"/>
              <w:spacing w:before="76" w:after="0" w:line="245" w:lineRule="auto"/>
              <w:jc w:val="center"/>
            </w:pPr>
          </w:p>
        </w:tc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47342D" w14:textId="77777777" w:rsidR="00921941" w:rsidRPr="00482F2A" w:rsidRDefault="00AA22DB">
            <w:pPr>
              <w:autoSpaceDE w:val="0"/>
              <w:autoSpaceDN w:val="0"/>
              <w:spacing w:before="76" w:after="0" w:line="254" w:lineRule="auto"/>
              <w:ind w:left="72" w:right="288"/>
              <w:rPr>
                <w:lang w:val="ru-RU"/>
              </w:rPr>
            </w:pP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в группах: оценивание дидактического текста с точки зрения наличия/отсутствия </w:t>
            </w:r>
            <w:r w:rsidRPr="00482F2A">
              <w:rPr>
                <w:lang w:val="ru-RU"/>
              </w:rPr>
              <w:br/>
            </w: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необходимых элементов речево​го этикета в описанных в тексте ситуациях общения; </w:t>
            </w:r>
            <w:r w:rsidRPr="00482F2A">
              <w:rPr>
                <w:lang w:val="ru-RU"/>
              </w:rPr>
              <w:br/>
            </w: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Работа в группах: оценивание предложенных юмористиче​ских стихотворений с точки зрения соблюдения героями стихотворений правил речевого этикета;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A96302" w14:textId="77777777" w:rsidR="00921941" w:rsidRPr="00482F2A" w:rsidRDefault="00AA22DB">
            <w:pPr>
              <w:autoSpaceDE w:val="0"/>
              <w:autoSpaceDN w:val="0"/>
              <w:spacing w:before="76" w:after="0" w:line="252" w:lineRule="auto"/>
              <w:ind w:left="72"/>
              <w:rPr>
                <w:lang w:val="ru-RU"/>
              </w:rPr>
            </w:pP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</w:t>
            </w:r>
            <w:r w:rsidRPr="00482F2A">
              <w:rPr>
                <w:lang w:val="ru-RU"/>
              </w:rPr>
              <w:br/>
            </w: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опрос; </w:t>
            </w:r>
            <w:r w:rsidRPr="00482F2A">
              <w:rPr>
                <w:lang w:val="ru-RU"/>
              </w:rPr>
              <w:br/>
            </w: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Письменный контроль; </w:t>
            </w:r>
            <w:r w:rsidRPr="00482F2A">
              <w:rPr>
                <w:lang w:val="ru-RU"/>
              </w:rPr>
              <w:br/>
            </w: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Контрольная работа;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483A90" w14:textId="77777777" w:rsidR="00921941" w:rsidRPr="00482F2A" w:rsidRDefault="00AA22DB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uchi</w:t>
            </w: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482F2A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482F2A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education</w:t>
            </w: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yandex</w:t>
            </w: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</w:p>
        </w:tc>
      </w:tr>
      <w:tr w:rsidR="00921941" w14:paraId="3C7ECADF" w14:textId="77777777">
        <w:trPr>
          <w:trHeight w:hRule="exact" w:val="150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EEA426" w14:textId="77777777" w:rsidR="00921941" w:rsidRDefault="00AA22DB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7.5.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1C29B0" w14:textId="77777777" w:rsidR="00921941" w:rsidRPr="00482F2A" w:rsidRDefault="00AA22DB">
            <w:pPr>
              <w:autoSpaceDE w:val="0"/>
              <w:autoSpaceDN w:val="0"/>
              <w:spacing w:before="78" w:after="0" w:line="247" w:lineRule="auto"/>
              <w:ind w:left="72" w:right="576"/>
              <w:rPr>
                <w:lang w:val="ru-RU"/>
              </w:rPr>
            </w:pP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Овладение нормами речевого этикета в ситуациях учебного и бытового общения (приветствие, прощание, извинение, благодарность, обращение с просьбой)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177FD4A" w14:textId="77777777" w:rsidR="00921941" w:rsidRDefault="00AA22D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3CA3C5" w14:textId="77777777" w:rsidR="00921941" w:rsidRDefault="00AA22D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63BCFE" w14:textId="77777777" w:rsidR="00921941" w:rsidRDefault="00AA22D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5564E64" w14:textId="5BC58E21" w:rsidR="00921941" w:rsidRDefault="00921941">
            <w:pPr>
              <w:autoSpaceDE w:val="0"/>
              <w:autoSpaceDN w:val="0"/>
              <w:spacing w:before="78" w:after="0" w:line="245" w:lineRule="auto"/>
              <w:jc w:val="center"/>
            </w:pPr>
          </w:p>
        </w:tc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0A1E61" w14:textId="77777777" w:rsidR="00921941" w:rsidRPr="00482F2A" w:rsidRDefault="00AA22DB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Моделирование речевой ситуации вежливого </w:t>
            </w:r>
            <w:r w:rsidRPr="00482F2A">
              <w:rPr>
                <w:lang w:val="ru-RU"/>
              </w:rPr>
              <w:br/>
            </w: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отказа с исполь​зованием опорных слов; </w:t>
            </w:r>
            <w:r w:rsidRPr="00482F2A">
              <w:rPr>
                <w:lang w:val="ru-RU"/>
              </w:rPr>
              <w:br/>
            </w: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Разыгрывание сценок, отражающих ситуации </w:t>
            </w:r>
            <w:r w:rsidRPr="00482F2A">
              <w:rPr>
                <w:lang w:val="ru-RU"/>
              </w:rPr>
              <w:br/>
            </w: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выражения просьбы, извинения, вежливого отказа; Моделирование речевой ситуации, содержащей извинение, анализ данной ситуации, выбор </w:t>
            </w:r>
            <w:r w:rsidRPr="00482F2A">
              <w:rPr>
                <w:lang w:val="ru-RU"/>
              </w:rPr>
              <w:br/>
            </w: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адекватных средств выраже​ния извинения;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3C5717" w14:textId="77777777" w:rsidR="00921941" w:rsidRDefault="00AA22DB">
            <w:pPr>
              <w:autoSpaceDE w:val="0"/>
              <w:autoSpaceDN w:val="0"/>
              <w:spacing w:before="78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 контроль;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E5DDE6" w14:textId="77777777" w:rsidR="00921941" w:rsidRDefault="00AA22DB">
            <w:pPr>
              <w:autoSpaceDE w:val="0"/>
              <w:autoSpaceDN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https://uchi.ru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https://resh.edu.ru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https://education.yandex.ru</w:t>
            </w:r>
          </w:p>
        </w:tc>
      </w:tr>
      <w:tr w:rsidR="00921941" w14:paraId="3207EE4D" w14:textId="77777777">
        <w:trPr>
          <w:trHeight w:hRule="exact" w:val="348"/>
        </w:trPr>
        <w:tc>
          <w:tcPr>
            <w:tcW w:w="5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39B2D6" w14:textId="77777777" w:rsidR="00921941" w:rsidRDefault="00AA22D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8EB62D" w14:textId="77777777" w:rsidR="00921941" w:rsidRDefault="00AA22D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96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CEFAE8C" w14:textId="77777777" w:rsidR="00921941" w:rsidRDefault="00921941"/>
        </w:tc>
      </w:tr>
      <w:tr w:rsidR="00921941" w14:paraId="5CF9F6BA" w14:textId="77777777">
        <w:trPr>
          <w:trHeight w:hRule="exact" w:val="348"/>
        </w:trPr>
        <w:tc>
          <w:tcPr>
            <w:tcW w:w="5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4DD7B6" w14:textId="77777777" w:rsidR="00921941" w:rsidRDefault="00AA22D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Резервное время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5955DB" w14:textId="77777777" w:rsidR="00921941" w:rsidRDefault="00AA22D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96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C3F8C65" w14:textId="77777777" w:rsidR="00921941" w:rsidRDefault="00921941"/>
        </w:tc>
      </w:tr>
      <w:tr w:rsidR="00921941" w14:paraId="77DF51FD" w14:textId="77777777">
        <w:trPr>
          <w:trHeight w:hRule="exact" w:val="328"/>
        </w:trPr>
        <w:tc>
          <w:tcPr>
            <w:tcW w:w="5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7B171B" w14:textId="77777777" w:rsidR="00921941" w:rsidRPr="00482F2A" w:rsidRDefault="00AA22DB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482F2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326956" w14:textId="77777777" w:rsidR="00921941" w:rsidRDefault="00AA22D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165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FFCBE7" w14:textId="77777777" w:rsidR="00921941" w:rsidRDefault="00AA22D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3E3795" w14:textId="77777777" w:rsidR="00921941" w:rsidRDefault="00AA22D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73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E720BB" w14:textId="77777777" w:rsidR="00921941" w:rsidRDefault="00921941"/>
        </w:tc>
      </w:tr>
    </w:tbl>
    <w:p w14:paraId="4D594F9F" w14:textId="77777777" w:rsidR="00921941" w:rsidRDefault="00921941">
      <w:pPr>
        <w:autoSpaceDE w:val="0"/>
        <w:autoSpaceDN w:val="0"/>
        <w:spacing w:after="0" w:line="14" w:lineRule="exact"/>
      </w:pPr>
    </w:p>
    <w:p w14:paraId="05A3D10C" w14:textId="77777777" w:rsidR="00002407" w:rsidRDefault="00002407" w:rsidP="00A51D48"/>
    <w:p w14:paraId="4EB36D5C" w14:textId="77777777" w:rsidR="00002407" w:rsidRPr="001870C2" w:rsidRDefault="00002407" w:rsidP="00A51D48">
      <w:pPr>
        <w:rPr>
          <w:b/>
          <w:bCs/>
          <w:sz w:val="18"/>
          <w:szCs w:val="18"/>
          <w:lang w:val="ru-RU"/>
        </w:rPr>
      </w:pPr>
      <w:r w:rsidRPr="001870C2">
        <w:rPr>
          <w:b/>
          <w:bCs/>
          <w:sz w:val="18"/>
          <w:szCs w:val="18"/>
          <w:lang w:val="ru-RU"/>
        </w:rPr>
        <w:t>2 класс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6472"/>
        <w:gridCol w:w="528"/>
        <w:gridCol w:w="1104"/>
        <w:gridCol w:w="1142"/>
        <w:gridCol w:w="864"/>
        <w:gridCol w:w="2378"/>
        <w:gridCol w:w="1236"/>
        <w:gridCol w:w="1382"/>
      </w:tblGrid>
      <w:tr w:rsidR="00002407" w14:paraId="61FE5479" w14:textId="77777777" w:rsidTr="00CF21F5">
        <w:trPr>
          <w:trHeight w:hRule="exact" w:val="348"/>
        </w:trPr>
        <w:tc>
          <w:tcPr>
            <w:tcW w:w="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820CBA1" w14:textId="77777777" w:rsidR="00002407" w:rsidRDefault="00002407" w:rsidP="00CF21F5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64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D30B309" w14:textId="77777777" w:rsidR="00002407" w:rsidRPr="00761D79" w:rsidRDefault="00002407" w:rsidP="00CF21F5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761D79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2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51280E" w14:textId="77777777" w:rsidR="00002407" w:rsidRDefault="00002407" w:rsidP="00CF21F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 часов</w:t>
            </w:r>
          </w:p>
        </w:tc>
        <w:tc>
          <w:tcPr>
            <w:tcW w:w="8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7A5502" w14:textId="77777777" w:rsidR="00002407" w:rsidRDefault="00002407" w:rsidP="00CF21F5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изучения</w:t>
            </w:r>
          </w:p>
        </w:tc>
        <w:tc>
          <w:tcPr>
            <w:tcW w:w="23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1C2935" w14:textId="77777777" w:rsidR="00002407" w:rsidRDefault="00002407" w:rsidP="00CF21F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 деятельности</w:t>
            </w:r>
          </w:p>
        </w:tc>
        <w:tc>
          <w:tcPr>
            <w:tcW w:w="1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65BD49" w14:textId="77777777" w:rsidR="00002407" w:rsidRDefault="00002407" w:rsidP="00CF21F5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Виды, формы контроля</w:t>
            </w:r>
          </w:p>
        </w:tc>
        <w:tc>
          <w:tcPr>
            <w:tcW w:w="13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51B43A1" w14:textId="77777777" w:rsidR="00002407" w:rsidRDefault="00002407" w:rsidP="00CF21F5">
            <w:pPr>
              <w:autoSpaceDE w:val="0"/>
              <w:autoSpaceDN w:val="0"/>
              <w:spacing w:before="78" w:after="0" w:line="25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Электронные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(цифровые)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образовательные ресурсы</w:t>
            </w:r>
          </w:p>
        </w:tc>
      </w:tr>
      <w:tr w:rsidR="00002407" w14:paraId="47FCAC88" w14:textId="77777777" w:rsidTr="00002407">
        <w:trPr>
          <w:trHeight w:hRule="exact" w:val="576"/>
        </w:trPr>
        <w:tc>
          <w:tcPr>
            <w:tcW w:w="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B8FC1" w14:textId="77777777" w:rsidR="00002407" w:rsidRDefault="00002407" w:rsidP="00CF21F5"/>
        </w:tc>
        <w:tc>
          <w:tcPr>
            <w:tcW w:w="6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6CB3B" w14:textId="77777777" w:rsidR="00002407" w:rsidRDefault="00002407" w:rsidP="00CF21F5"/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6F9AD4" w14:textId="77777777" w:rsidR="00002407" w:rsidRDefault="00002407" w:rsidP="00CF21F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E93B5B8" w14:textId="77777777" w:rsidR="00002407" w:rsidRDefault="00002407" w:rsidP="00CF21F5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 работы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AF33AD" w14:textId="77777777" w:rsidR="00002407" w:rsidRDefault="00002407" w:rsidP="00CF21F5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 работы</w:t>
            </w:r>
          </w:p>
        </w:tc>
        <w:tc>
          <w:tcPr>
            <w:tcW w:w="8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E59E7" w14:textId="77777777" w:rsidR="00002407" w:rsidRDefault="00002407" w:rsidP="00CF21F5"/>
        </w:tc>
        <w:tc>
          <w:tcPr>
            <w:tcW w:w="2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BB587" w14:textId="77777777" w:rsidR="00002407" w:rsidRDefault="00002407" w:rsidP="00CF21F5"/>
        </w:tc>
        <w:tc>
          <w:tcPr>
            <w:tcW w:w="1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FE83D" w14:textId="77777777" w:rsidR="00002407" w:rsidRDefault="00002407" w:rsidP="00CF21F5"/>
        </w:tc>
        <w:tc>
          <w:tcPr>
            <w:tcW w:w="13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D5116" w14:textId="77777777" w:rsidR="00002407" w:rsidRDefault="00002407" w:rsidP="00CF21F5"/>
        </w:tc>
      </w:tr>
      <w:tr w:rsidR="00002407" w:rsidRPr="0069551C" w14:paraId="49CDF79C" w14:textId="77777777" w:rsidTr="00CF21F5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73BAB1" w14:textId="77777777" w:rsidR="00002407" w:rsidRPr="00761D79" w:rsidRDefault="00002407" w:rsidP="00CF21F5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Раздел 1. </w:t>
            </w:r>
            <w:r w:rsidRPr="00761D79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Общие сведения о языке</w:t>
            </w:r>
          </w:p>
        </w:tc>
      </w:tr>
      <w:tr w:rsidR="00002407" w14:paraId="641782E5" w14:textId="77777777" w:rsidTr="00CF21F5">
        <w:trPr>
          <w:trHeight w:hRule="exact" w:val="734"/>
        </w:trPr>
        <w:tc>
          <w:tcPr>
            <w:tcW w:w="39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DA0F74E" w14:textId="77777777" w:rsidR="00002407" w:rsidRDefault="00002407" w:rsidP="00CF21F5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647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3C7129" w14:textId="77777777" w:rsidR="00002407" w:rsidRDefault="00002407" w:rsidP="00CF21F5">
            <w:pPr>
              <w:autoSpaceDE w:val="0"/>
              <w:autoSpaceDN w:val="0"/>
              <w:spacing w:before="76" w:after="0" w:line="245" w:lineRule="auto"/>
              <w:ind w:left="72" w:right="432"/>
            </w:pP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Язык как основное средство человеческого общения и явление национальной культуры.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Многообразие языкового пространства России и мира (первоначальные представления).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CDF541" w14:textId="77777777" w:rsidR="00002407" w:rsidRDefault="00002407" w:rsidP="00CF21F5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46A3C4" w14:textId="77777777" w:rsidR="00002407" w:rsidRDefault="00002407" w:rsidP="00CF21F5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9057849" w14:textId="77777777" w:rsidR="00002407" w:rsidRDefault="00002407" w:rsidP="00CF21F5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E45971" w14:textId="0EEC309D" w:rsidR="00002407" w:rsidRDefault="00002407" w:rsidP="00CF21F5">
            <w:pPr>
              <w:autoSpaceDE w:val="0"/>
              <w:autoSpaceDN w:val="0"/>
              <w:spacing w:before="76" w:after="0" w:line="230" w:lineRule="auto"/>
              <w:jc w:val="center"/>
            </w:pPr>
          </w:p>
        </w:tc>
        <w:tc>
          <w:tcPr>
            <w:tcW w:w="237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48247C" w14:textId="77777777" w:rsidR="00002407" w:rsidRPr="00761D79" w:rsidRDefault="00002407" w:rsidP="00CF21F5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Рассказ учителя на тему «Язык— средство общения людей и явление культуры»;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AC7A1F" w14:textId="77777777" w:rsidR="00002407" w:rsidRDefault="00002407" w:rsidP="00CF21F5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138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D5BF45" w14:textId="77777777" w:rsidR="00002407" w:rsidRDefault="00002407" w:rsidP="00CF21F5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РЭШ</w:t>
            </w:r>
          </w:p>
        </w:tc>
      </w:tr>
      <w:tr w:rsidR="00002407" w14:paraId="476CAACD" w14:textId="77777777" w:rsidTr="00CF21F5">
        <w:trPr>
          <w:trHeight w:hRule="exact" w:val="73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057A4F" w14:textId="77777777" w:rsidR="00002407" w:rsidRDefault="00002407" w:rsidP="00CF21F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1.2.</w:t>
            </w:r>
          </w:p>
        </w:tc>
        <w:tc>
          <w:tcPr>
            <w:tcW w:w="6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3210D9" w14:textId="77777777" w:rsidR="00002407" w:rsidRPr="00761D79" w:rsidRDefault="00002407" w:rsidP="00CF21F5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Знакомство с различными методами познания языка: наблюдение, анализ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BD4142" w14:textId="77777777" w:rsidR="00002407" w:rsidRDefault="00002407" w:rsidP="00CF21F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47D2E29" w14:textId="77777777" w:rsidR="00002407" w:rsidRDefault="00002407" w:rsidP="00CF21F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60A2AC" w14:textId="77777777" w:rsidR="00002407" w:rsidRDefault="00002407" w:rsidP="00CF21F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4DA123" w14:textId="1611BE98" w:rsidR="00002407" w:rsidRDefault="00002407" w:rsidP="00CF21F5">
            <w:pPr>
              <w:autoSpaceDE w:val="0"/>
              <w:autoSpaceDN w:val="0"/>
              <w:spacing w:before="76" w:after="0" w:line="233" w:lineRule="auto"/>
              <w:jc w:val="center"/>
            </w:pP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2B90E8" w14:textId="77777777" w:rsidR="00002407" w:rsidRPr="00761D79" w:rsidRDefault="00002407" w:rsidP="00CF21F5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Рассказ учителя на тему «Язык— средство общения людей и явление культуры»;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630247" w14:textId="77777777" w:rsidR="00002407" w:rsidRDefault="00002407" w:rsidP="00CF21F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5B2A25" w14:textId="77777777" w:rsidR="00002407" w:rsidRDefault="00002407" w:rsidP="00CF21F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РЭШ</w:t>
            </w:r>
          </w:p>
        </w:tc>
      </w:tr>
      <w:tr w:rsidR="00002407" w14:paraId="2BDE62D3" w14:textId="77777777" w:rsidTr="00CF21F5">
        <w:trPr>
          <w:trHeight w:hRule="exact" w:val="348"/>
        </w:trPr>
        <w:tc>
          <w:tcPr>
            <w:tcW w:w="6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E160C0" w14:textId="77777777" w:rsidR="00002407" w:rsidRDefault="00002407" w:rsidP="00CF21F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7497D45" w14:textId="77777777" w:rsidR="00002407" w:rsidRDefault="00002407" w:rsidP="00CF21F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81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577989" w14:textId="77777777" w:rsidR="00002407" w:rsidRDefault="00002407" w:rsidP="00CF21F5"/>
        </w:tc>
      </w:tr>
      <w:tr w:rsidR="00002407" w14:paraId="4E96E547" w14:textId="77777777" w:rsidTr="00CF21F5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D81FB6B" w14:textId="77777777" w:rsidR="00002407" w:rsidRDefault="00002407" w:rsidP="00CF21F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Раздел 2.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Фонетика и графика</w:t>
            </w:r>
          </w:p>
        </w:tc>
      </w:tr>
      <w:tr w:rsidR="00002407" w14:paraId="4E8823D8" w14:textId="77777777" w:rsidTr="00CF21F5">
        <w:trPr>
          <w:trHeight w:hRule="exact" w:val="169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DE6B17C" w14:textId="77777777" w:rsidR="00002407" w:rsidRDefault="00002407" w:rsidP="00CF21F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2.1.</w:t>
            </w:r>
          </w:p>
        </w:tc>
        <w:tc>
          <w:tcPr>
            <w:tcW w:w="6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33899B" w14:textId="77777777" w:rsidR="00002407" w:rsidRPr="00761D79" w:rsidRDefault="00002407" w:rsidP="00CF21F5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Повторение изученного в 1 классе: смыслоразличительная функция звуков; различение звуков и букв; различение ударных и безударных гласных звуков, твёрдых и мягких согласных звуков, звонких и глухих согласных звуков; шипящие согласные звуки [</w:t>
            </w:r>
            <w:r w:rsidRPr="00761D79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ж], [ш], [ч’], [щ’]</w:t>
            </w: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обозначение на письме твёрдости и мягкости согласных звуков, функции букв </w:t>
            </w:r>
            <w:r w:rsidRPr="00761D79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е, ё, ю, я</w:t>
            </w: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 согласный звук [й’] и гласный звук [и].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32FBEA" w14:textId="77777777" w:rsidR="00002407" w:rsidRDefault="00002407" w:rsidP="00CF21F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F71C78" w14:textId="77777777" w:rsidR="00002407" w:rsidRDefault="00002407" w:rsidP="00CF21F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B0C06FB" w14:textId="77777777" w:rsidR="00002407" w:rsidRDefault="00002407" w:rsidP="00CF21F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74876D" w14:textId="1EB83983" w:rsidR="00002407" w:rsidRDefault="00002407" w:rsidP="00CF21F5">
            <w:pPr>
              <w:autoSpaceDE w:val="0"/>
              <w:autoSpaceDN w:val="0"/>
              <w:spacing w:before="78" w:after="0" w:line="230" w:lineRule="auto"/>
              <w:jc w:val="center"/>
            </w:pP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C7C3BF0" w14:textId="77777777" w:rsidR="00002407" w:rsidRPr="00761D79" w:rsidRDefault="00002407" w:rsidP="00CF21F5">
            <w:pPr>
              <w:autoSpaceDE w:val="0"/>
              <w:autoSpaceDN w:val="0"/>
              <w:spacing w:before="78" w:after="0" w:line="254" w:lineRule="auto"/>
              <w:ind w:left="72" w:right="144"/>
              <w:rPr>
                <w:lang w:val="ru-RU"/>
              </w:rPr>
            </w:pP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Дидактическая игра «Определи звук по его характеристике»; Наблюдение за языковым </w:t>
            </w:r>
            <w:r w:rsidRPr="00761D79">
              <w:rPr>
                <w:lang w:val="ru-RU"/>
              </w:rPr>
              <w:br/>
            </w: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материалом: объяснение </w:t>
            </w:r>
            <w:r w:rsidRPr="00761D79">
              <w:rPr>
                <w:lang w:val="ru-RU"/>
              </w:rPr>
              <w:br/>
            </w: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различий в звуко​буквенном </w:t>
            </w:r>
            <w:r w:rsidRPr="00761D79">
              <w:rPr>
                <w:lang w:val="ru-RU"/>
              </w:rPr>
              <w:br/>
            </w: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составе слов с буквами е, ё, ю, я (в начале слова и после </w:t>
            </w:r>
            <w:r w:rsidRPr="00761D79">
              <w:rPr>
                <w:lang w:val="ru-RU"/>
              </w:rPr>
              <w:br/>
            </w: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гласных);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1429C7" w14:textId="77777777" w:rsidR="00002407" w:rsidRDefault="00002407" w:rsidP="00CF21F5">
            <w:pPr>
              <w:autoSpaceDE w:val="0"/>
              <w:autoSpaceDN w:val="0"/>
              <w:spacing w:before="78" w:after="0" w:line="247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9364A0" w14:textId="77777777" w:rsidR="00002407" w:rsidRDefault="00002407" w:rsidP="00CF21F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учи.ру</w:t>
            </w:r>
          </w:p>
        </w:tc>
      </w:tr>
      <w:tr w:rsidR="00002407" w14:paraId="2B1FC4F7" w14:textId="77777777" w:rsidTr="00CF21F5">
        <w:trPr>
          <w:trHeight w:hRule="exact" w:val="130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D3E784" w14:textId="77777777" w:rsidR="00002407" w:rsidRDefault="00002407" w:rsidP="00CF21F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2.2.</w:t>
            </w:r>
          </w:p>
        </w:tc>
        <w:tc>
          <w:tcPr>
            <w:tcW w:w="6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6588D1" w14:textId="77777777" w:rsidR="00002407" w:rsidRPr="00761D79" w:rsidRDefault="00002407" w:rsidP="00CF21F5">
            <w:pPr>
              <w:autoSpaceDE w:val="0"/>
              <w:autoSpaceDN w:val="0"/>
              <w:spacing w:before="76" w:after="0" w:line="250" w:lineRule="auto"/>
              <w:ind w:left="72" w:right="432"/>
              <w:rPr>
                <w:lang w:val="ru-RU"/>
              </w:rPr>
            </w:pP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Парные и непарные по твёрдости — мягкости согласные звуки. Парные и непарные по звонкости — глухости согласные звуки. Качественная характеристика звука: гласный —согласный; гласный ударный — безударный; согласный твёрдый — мягкий, парный —непарный; согласный звонкий — глухой, парный — непарный.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D3EC047" w14:textId="77777777" w:rsidR="00002407" w:rsidRDefault="00002407" w:rsidP="00CF21F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630B22" w14:textId="77777777" w:rsidR="00002407" w:rsidRDefault="00002407" w:rsidP="00CF21F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1AED8B0" w14:textId="77777777" w:rsidR="00002407" w:rsidRDefault="00002407" w:rsidP="00CF21F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BBC0C4" w14:textId="1C831EC0" w:rsidR="00002407" w:rsidRDefault="00002407" w:rsidP="00CF21F5">
            <w:pPr>
              <w:autoSpaceDE w:val="0"/>
              <w:autoSpaceDN w:val="0"/>
              <w:spacing w:before="76" w:after="0" w:line="245" w:lineRule="auto"/>
              <w:jc w:val="center"/>
            </w:pP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DED71A" w14:textId="77777777" w:rsidR="00002407" w:rsidRPr="00761D79" w:rsidRDefault="00002407" w:rsidP="00CF21F5">
            <w:pPr>
              <w:autoSpaceDE w:val="0"/>
              <w:autoSpaceDN w:val="0"/>
              <w:spacing w:before="76" w:after="0" w:line="252" w:lineRule="auto"/>
              <w:ind w:left="72" w:right="144"/>
              <w:rPr>
                <w:lang w:val="ru-RU"/>
              </w:rPr>
            </w:pP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Дидактическая игра «Определи звук по его характеристике»; Работа в парах: соотнесение </w:t>
            </w:r>
            <w:r w:rsidRPr="00761D79">
              <w:rPr>
                <w:lang w:val="ru-RU"/>
              </w:rPr>
              <w:br/>
            </w: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звука (выбирая из ряда предло​</w:t>
            </w:r>
            <w:r w:rsidRPr="00761D79">
              <w:rPr>
                <w:rFonts w:ascii="DejaVu Serif" w:eastAsia="DejaVu Serif" w:hAnsi="DejaVu Serif"/>
                <w:color w:val="000000"/>
                <w:w w:val="97"/>
                <w:sz w:val="16"/>
                <w:lang w:val="ru-RU"/>
              </w:rPr>
              <w:t>‐</w:t>
            </w: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женных) и его качественной </w:t>
            </w:r>
            <w:r w:rsidRPr="00761D79">
              <w:rPr>
                <w:lang w:val="ru-RU"/>
              </w:rPr>
              <w:br/>
            </w: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характеристики;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EEC741" w14:textId="77777777" w:rsidR="00002407" w:rsidRDefault="00002407" w:rsidP="00CF21F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5ED50B" w14:textId="77777777" w:rsidR="00002407" w:rsidRDefault="00002407" w:rsidP="00CF21F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учи.ру</w:t>
            </w:r>
          </w:p>
        </w:tc>
      </w:tr>
      <w:tr w:rsidR="00002407" w14:paraId="1CA3FB40" w14:textId="77777777" w:rsidTr="00CF21F5">
        <w:trPr>
          <w:trHeight w:hRule="exact" w:val="142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D3F385" w14:textId="77777777" w:rsidR="00002407" w:rsidRDefault="00002407" w:rsidP="00CF21F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2.3.</w:t>
            </w:r>
          </w:p>
        </w:tc>
        <w:tc>
          <w:tcPr>
            <w:tcW w:w="6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323391" w14:textId="77777777" w:rsidR="00002407" w:rsidRDefault="00002407" w:rsidP="00CF21F5">
            <w:pPr>
              <w:autoSpaceDE w:val="0"/>
              <w:autoSpaceDN w:val="0"/>
              <w:spacing w:before="76" w:after="0" w:line="245" w:lineRule="auto"/>
              <w:ind w:left="72" w:right="288"/>
            </w:pP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Функции ь: показатель мягкости предшествующего согласного в конце и в середине слова; разделительный.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Использование на письме разделительных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ъ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и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ь.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F1446E" w14:textId="77777777" w:rsidR="00002407" w:rsidRDefault="00002407" w:rsidP="00CF21F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CDAE204" w14:textId="77777777" w:rsidR="00002407" w:rsidRDefault="00002407" w:rsidP="00CF21F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1D73D2" w14:textId="77777777" w:rsidR="00002407" w:rsidRDefault="00002407" w:rsidP="00CF21F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F0F3E3" w14:textId="6D3F5C27" w:rsidR="00002407" w:rsidRDefault="00002407" w:rsidP="00CF21F5">
            <w:pPr>
              <w:autoSpaceDE w:val="0"/>
              <w:autoSpaceDN w:val="0"/>
              <w:spacing w:before="76" w:after="0" w:line="245" w:lineRule="auto"/>
              <w:jc w:val="center"/>
            </w:pP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C938EF" w14:textId="77777777" w:rsidR="00002407" w:rsidRPr="00761D79" w:rsidRDefault="00002407" w:rsidP="00CF21F5">
            <w:pPr>
              <w:autoSpaceDE w:val="0"/>
              <w:autoSpaceDN w:val="0"/>
              <w:spacing w:before="76" w:after="0" w:line="252" w:lineRule="auto"/>
              <w:ind w:left="72" w:right="144"/>
              <w:rPr>
                <w:lang w:val="ru-RU"/>
              </w:rPr>
            </w:pP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Практическая работа: </w:t>
            </w:r>
            <w:r w:rsidRPr="00761D79">
              <w:rPr>
                <w:lang w:val="ru-RU"/>
              </w:rPr>
              <w:br/>
            </w: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характеристика функций ь </w:t>
            </w:r>
            <w:r w:rsidRPr="00761D79">
              <w:rPr>
                <w:lang w:val="ru-RU"/>
              </w:rPr>
              <w:br/>
            </w: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(раздели​тельный и показатель мягкости предшествующего согласно​го) в предложенных словах;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89A111F" w14:textId="77777777" w:rsidR="00002407" w:rsidRDefault="00002407" w:rsidP="00CF21F5">
            <w:pPr>
              <w:autoSpaceDE w:val="0"/>
              <w:autoSpaceDN w:val="0"/>
              <w:spacing w:before="76" w:after="0" w:line="25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8FCC77" w14:textId="77777777" w:rsidR="00002407" w:rsidRDefault="00002407" w:rsidP="00CF21F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РЭШ</w:t>
            </w:r>
          </w:p>
        </w:tc>
      </w:tr>
      <w:tr w:rsidR="00002407" w14:paraId="43F3D31F" w14:textId="77777777" w:rsidTr="00CF21F5">
        <w:trPr>
          <w:trHeight w:hRule="exact" w:val="131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EA9034" w14:textId="77777777" w:rsidR="00002407" w:rsidRDefault="00002407" w:rsidP="00CF21F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lastRenderedPageBreak/>
              <w:t>2.4.</w:t>
            </w:r>
          </w:p>
        </w:tc>
        <w:tc>
          <w:tcPr>
            <w:tcW w:w="6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AAFF72" w14:textId="77777777" w:rsidR="00002407" w:rsidRPr="00761D79" w:rsidRDefault="00002407" w:rsidP="00CF21F5">
            <w:pPr>
              <w:autoSpaceDE w:val="0"/>
              <w:autoSpaceDN w:val="0"/>
              <w:spacing w:before="78" w:after="0" w:line="245" w:lineRule="auto"/>
              <w:ind w:left="72" w:right="432"/>
              <w:rPr>
                <w:lang w:val="ru-RU"/>
              </w:rPr>
            </w:pP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Установление соотношения звукового и буквенного состава в словах с буквами </w:t>
            </w:r>
            <w:r w:rsidRPr="00761D79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е, ё, ю, я </w:t>
            </w: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(в начале слова и после гласных).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916891D" w14:textId="77777777" w:rsidR="00002407" w:rsidRDefault="00002407" w:rsidP="00CF21F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96E910" w14:textId="77777777" w:rsidR="00002407" w:rsidRDefault="00002407" w:rsidP="00CF21F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877E840" w14:textId="77777777" w:rsidR="00002407" w:rsidRDefault="00002407" w:rsidP="00CF21F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B15A622" w14:textId="32BF2B0C" w:rsidR="00002407" w:rsidRDefault="00002407" w:rsidP="00CF21F5">
            <w:pPr>
              <w:autoSpaceDE w:val="0"/>
              <w:autoSpaceDN w:val="0"/>
              <w:spacing w:before="78" w:after="0" w:line="230" w:lineRule="auto"/>
              <w:jc w:val="center"/>
            </w:pP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89339C0" w14:textId="77777777" w:rsidR="00002407" w:rsidRPr="00761D79" w:rsidRDefault="00002407" w:rsidP="00CF21F5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Наблюдение за языковым </w:t>
            </w:r>
            <w:r w:rsidRPr="00761D79">
              <w:rPr>
                <w:lang w:val="ru-RU"/>
              </w:rPr>
              <w:br/>
            </w: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материалом: объяснение </w:t>
            </w:r>
            <w:r w:rsidRPr="00761D79">
              <w:rPr>
                <w:lang w:val="ru-RU"/>
              </w:rPr>
              <w:br/>
            </w: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различий в звуко​буквенном </w:t>
            </w:r>
            <w:r w:rsidRPr="00761D79">
              <w:rPr>
                <w:lang w:val="ru-RU"/>
              </w:rPr>
              <w:br/>
            </w: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составе слов с буквами е, ё, ю, я (в начале слова и после </w:t>
            </w:r>
            <w:r w:rsidRPr="00761D79">
              <w:rPr>
                <w:lang w:val="ru-RU"/>
              </w:rPr>
              <w:br/>
            </w: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гласных);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31B3499" w14:textId="77777777" w:rsidR="00002407" w:rsidRDefault="00002407" w:rsidP="00CF21F5">
            <w:pPr>
              <w:autoSpaceDE w:val="0"/>
              <w:autoSpaceDN w:val="0"/>
              <w:spacing w:before="78" w:after="0" w:line="247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BD8DC0" w14:textId="77777777" w:rsidR="00002407" w:rsidRDefault="00002407" w:rsidP="00CF21F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учи.ру</w:t>
            </w:r>
          </w:p>
        </w:tc>
      </w:tr>
      <w:tr w:rsidR="00002407" w14:paraId="0F421453" w14:textId="77777777" w:rsidTr="00CF21F5">
        <w:trPr>
          <w:trHeight w:hRule="exact" w:val="90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F713F7" w14:textId="77777777" w:rsidR="00002407" w:rsidRDefault="00002407" w:rsidP="00CF21F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2.5.</w:t>
            </w:r>
          </w:p>
        </w:tc>
        <w:tc>
          <w:tcPr>
            <w:tcW w:w="6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C5E46A" w14:textId="77777777" w:rsidR="00002407" w:rsidRPr="00761D79" w:rsidRDefault="00002407" w:rsidP="00CF21F5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Деление слов на слоги (в том числе при стечении согласных).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2D88FBF" w14:textId="77777777" w:rsidR="00002407" w:rsidRDefault="00002407" w:rsidP="00CF21F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0F790A" w14:textId="77777777" w:rsidR="00002407" w:rsidRDefault="00002407" w:rsidP="00CF21F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A348A1" w14:textId="77777777" w:rsidR="00002407" w:rsidRDefault="00002407" w:rsidP="00CF21F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2613B8" w14:textId="1E74CB34" w:rsidR="00002407" w:rsidRDefault="00002407" w:rsidP="00CF21F5">
            <w:pPr>
              <w:autoSpaceDE w:val="0"/>
              <w:autoSpaceDN w:val="0"/>
              <w:spacing w:before="76" w:after="0" w:line="245" w:lineRule="auto"/>
              <w:jc w:val="center"/>
            </w:pP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FCF3B68" w14:textId="77777777" w:rsidR="00002407" w:rsidRPr="00761D79" w:rsidRDefault="00002407" w:rsidP="00CF21F5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Учебный диалог, в ходе </w:t>
            </w:r>
            <w:r w:rsidRPr="00761D79">
              <w:rPr>
                <w:lang w:val="ru-RU"/>
              </w:rPr>
              <w:br/>
            </w: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которого актуализируется </w:t>
            </w:r>
            <w:r w:rsidRPr="00761D79">
              <w:rPr>
                <w:lang w:val="ru-RU"/>
              </w:rPr>
              <w:br/>
            </w: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способ определения количества слогов в слове;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C26DC27" w14:textId="77777777" w:rsidR="00002407" w:rsidRDefault="00002407" w:rsidP="00CF21F5">
            <w:pPr>
              <w:autoSpaceDE w:val="0"/>
              <w:autoSpaceDN w:val="0"/>
              <w:spacing w:before="76" w:after="0" w:line="25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D86FB3" w14:textId="77777777" w:rsidR="00002407" w:rsidRDefault="00002407" w:rsidP="00CF21F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РЭШ</w:t>
            </w:r>
          </w:p>
        </w:tc>
      </w:tr>
      <w:tr w:rsidR="00002407" w14:paraId="353651B6" w14:textId="77777777" w:rsidTr="00CF21F5">
        <w:trPr>
          <w:trHeight w:hRule="exact" w:val="169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73F06A" w14:textId="77777777" w:rsidR="00002407" w:rsidRDefault="00002407" w:rsidP="00CF21F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2.6.</w:t>
            </w:r>
          </w:p>
        </w:tc>
        <w:tc>
          <w:tcPr>
            <w:tcW w:w="6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DDB0AC5" w14:textId="77777777" w:rsidR="00002407" w:rsidRPr="00761D79" w:rsidRDefault="00002407" w:rsidP="00CF21F5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Использование знания алфавита при работе со словарями.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390680" w14:textId="77777777" w:rsidR="00002407" w:rsidRDefault="00002407" w:rsidP="00CF21F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BB3BA9" w14:textId="77777777" w:rsidR="00002407" w:rsidRDefault="00002407" w:rsidP="00CF21F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EC9018" w14:textId="77777777" w:rsidR="00002407" w:rsidRDefault="00002407" w:rsidP="00CF21F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60D06B" w14:textId="01A44DDB" w:rsidR="00002407" w:rsidRDefault="00002407" w:rsidP="00CF21F5">
            <w:pPr>
              <w:autoSpaceDE w:val="0"/>
              <w:autoSpaceDN w:val="0"/>
              <w:spacing w:before="78" w:after="0" w:line="230" w:lineRule="auto"/>
              <w:jc w:val="center"/>
            </w:pP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92881B2" w14:textId="77777777" w:rsidR="00002407" w:rsidRPr="00761D79" w:rsidRDefault="00002407" w:rsidP="00CF21F5">
            <w:pPr>
              <w:autoSpaceDE w:val="0"/>
              <w:autoSpaceDN w:val="0"/>
              <w:spacing w:before="78" w:after="0" w:line="254" w:lineRule="auto"/>
              <w:ind w:left="72" w:right="144"/>
              <w:rPr>
                <w:lang w:val="ru-RU"/>
              </w:rPr>
            </w:pP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в группах: выполнение практической задачи по поиску предложенного набора слов в толковом словаре </w:t>
            </w:r>
            <w:r w:rsidRPr="00761D79">
              <w:rPr>
                <w:lang w:val="ru-RU"/>
              </w:rPr>
              <w:br/>
            </w: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(отрабатывается в том числе умение использовать знание алфавита для ориентации в </w:t>
            </w:r>
            <w:r w:rsidRPr="00761D79">
              <w:rPr>
                <w:lang w:val="ru-RU"/>
              </w:rPr>
              <w:br/>
            </w: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словаре);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0467EC" w14:textId="77777777" w:rsidR="00002407" w:rsidRDefault="00002407" w:rsidP="00CF21F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13B5E7" w14:textId="77777777" w:rsidR="00002407" w:rsidRDefault="00002407" w:rsidP="00CF21F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учи.ру</w:t>
            </w:r>
          </w:p>
        </w:tc>
      </w:tr>
      <w:tr w:rsidR="00002407" w14:paraId="1CDAD94D" w14:textId="77777777" w:rsidTr="00CF21F5">
        <w:trPr>
          <w:trHeight w:hRule="exact" w:val="130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FE97114" w14:textId="77777777" w:rsidR="00002407" w:rsidRDefault="00002407" w:rsidP="00CF21F5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2.7.</w:t>
            </w:r>
          </w:p>
        </w:tc>
        <w:tc>
          <w:tcPr>
            <w:tcW w:w="6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9A414C9" w14:textId="77777777" w:rsidR="00002407" w:rsidRPr="00761D79" w:rsidRDefault="00002407" w:rsidP="00CF21F5">
            <w:pPr>
              <w:autoSpaceDE w:val="0"/>
              <w:autoSpaceDN w:val="0"/>
              <w:spacing w:before="76" w:after="0" w:line="245" w:lineRule="auto"/>
              <w:ind w:left="72" w:right="144"/>
              <w:rPr>
                <w:lang w:val="ru-RU"/>
              </w:rPr>
            </w:pP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Использование небуквенных графических средств: пробела между словами, знака переноса, абзаца (красной строки), пунктуационных знаков (в пределах изученного)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BE3B0F" w14:textId="77777777" w:rsidR="00002407" w:rsidRDefault="00002407" w:rsidP="00CF21F5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EC98B3" w14:textId="77777777" w:rsidR="00002407" w:rsidRDefault="00002407" w:rsidP="00CF21F5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AAD43B" w14:textId="77777777" w:rsidR="00002407" w:rsidRDefault="00002407" w:rsidP="00CF21F5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9CC708" w14:textId="174B745F" w:rsidR="00002407" w:rsidRDefault="00002407" w:rsidP="00CF21F5">
            <w:pPr>
              <w:autoSpaceDE w:val="0"/>
              <w:autoSpaceDN w:val="0"/>
              <w:spacing w:before="76" w:after="0" w:line="230" w:lineRule="auto"/>
              <w:jc w:val="center"/>
            </w:pP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8C5174" w14:textId="77777777" w:rsidR="00002407" w:rsidRPr="00761D79" w:rsidRDefault="00002407" w:rsidP="00CF21F5">
            <w:pPr>
              <w:autoSpaceDE w:val="0"/>
              <w:autoSpaceDN w:val="0"/>
              <w:spacing w:before="76" w:after="0" w:line="252" w:lineRule="auto"/>
              <w:ind w:left="72" w:right="144"/>
              <w:rPr>
                <w:lang w:val="ru-RU"/>
              </w:rPr>
            </w:pP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Комментированное выполнение задания «Правильно ли слова расположили по алфавиту»</w:t>
            </w:r>
            <w:r w:rsidRPr="00761D79">
              <w:rPr>
                <w:lang w:val="ru-RU"/>
              </w:rPr>
              <w:br/>
            </w: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(отрабатывается умение </w:t>
            </w:r>
            <w:r w:rsidRPr="00761D79">
              <w:rPr>
                <w:lang w:val="ru-RU"/>
              </w:rPr>
              <w:br/>
            </w: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оценивать правильность </w:t>
            </w:r>
            <w:r w:rsidRPr="00761D79">
              <w:rPr>
                <w:lang w:val="ru-RU"/>
              </w:rPr>
              <w:br/>
            </w: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выполнения заданий);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1D96ED" w14:textId="77777777" w:rsidR="00002407" w:rsidRDefault="00002407" w:rsidP="00CF21F5">
            <w:pPr>
              <w:autoSpaceDE w:val="0"/>
              <w:autoSpaceDN w:val="0"/>
              <w:spacing w:before="76" w:after="0" w:line="25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33B606" w14:textId="77777777" w:rsidR="00002407" w:rsidRDefault="00002407" w:rsidP="00CF21F5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РЭШ</w:t>
            </w:r>
          </w:p>
        </w:tc>
      </w:tr>
      <w:tr w:rsidR="00002407" w14:paraId="57E29388" w14:textId="77777777" w:rsidTr="00CF21F5">
        <w:trPr>
          <w:trHeight w:hRule="exact" w:val="348"/>
        </w:trPr>
        <w:tc>
          <w:tcPr>
            <w:tcW w:w="6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CF1FA4" w14:textId="77777777" w:rsidR="00002407" w:rsidRDefault="00002407" w:rsidP="00CF21F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FD80B0" w14:textId="77777777" w:rsidR="00002407" w:rsidRDefault="00002407" w:rsidP="00CF21F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13</w:t>
            </w:r>
          </w:p>
        </w:tc>
        <w:tc>
          <w:tcPr>
            <w:tcW w:w="81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3EBCEC" w14:textId="77777777" w:rsidR="00002407" w:rsidRDefault="00002407" w:rsidP="00CF21F5"/>
        </w:tc>
      </w:tr>
      <w:tr w:rsidR="00002407" w14:paraId="5C147D00" w14:textId="77777777" w:rsidTr="00CF21F5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42B488" w14:textId="77777777" w:rsidR="00002407" w:rsidRDefault="00002407" w:rsidP="00CF21F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Раздел 3.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Лексика</w:t>
            </w:r>
          </w:p>
        </w:tc>
      </w:tr>
      <w:tr w:rsidR="00002407" w14:paraId="5005449C" w14:textId="77777777" w:rsidTr="00CF21F5">
        <w:trPr>
          <w:trHeight w:hRule="exact" w:val="160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0C60AA" w14:textId="77777777" w:rsidR="00002407" w:rsidRDefault="00002407" w:rsidP="00CF21F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3.1.</w:t>
            </w:r>
          </w:p>
        </w:tc>
        <w:tc>
          <w:tcPr>
            <w:tcW w:w="6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E5104F" w14:textId="77777777" w:rsidR="00002407" w:rsidRPr="00761D79" w:rsidRDefault="00002407" w:rsidP="00CF21F5">
            <w:pPr>
              <w:autoSpaceDE w:val="0"/>
              <w:autoSpaceDN w:val="0"/>
              <w:spacing w:before="78" w:after="0" w:line="245" w:lineRule="auto"/>
              <w:ind w:left="72" w:right="432"/>
              <w:rPr>
                <w:lang w:val="ru-RU"/>
              </w:rPr>
            </w:pP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Понимание слова как единства звучания и значения. Лексическое значение слова (общее представление).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AF632B" w14:textId="77777777" w:rsidR="00002407" w:rsidRDefault="00002407" w:rsidP="00CF21F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37C3280" w14:textId="77777777" w:rsidR="00002407" w:rsidRDefault="00002407" w:rsidP="00CF21F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EAA3616" w14:textId="77777777" w:rsidR="00002407" w:rsidRDefault="00002407" w:rsidP="00CF21F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E9BED0" w14:textId="61F9122F" w:rsidR="00002407" w:rsidRDefault="00002407" w:rsidP="00CF21F5">
            <w:pPr>
              <w:autoSpaceDE w:val="0"/>
              <w:autoSpaceDN w:val="0"/>
              <w:spacing w:before="78" w:after="0" w:line="230" w:lineRule="auto"/>
              <w:jc w:val="center"/>
            </w:pP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49FCB6" w14:textId="77777777" w:rsidR="00002407" w:rsidRPr="00761D79" w:rsidRDefault="00002407" w:rsidP="00CF21F5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с рисунками: объяснять значение слова с опорой на </w:t>
            </w:r>
            <w:r w:rsidRPr="00761D79">
              <w:rPr>
                <w:lang w:val="ru-RU"/>
              </w:rPr>
              <w:br/>
            </w: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рисунок и систему вопросов; Дидактическая игра «Угадай, какое это слово» (в ходе игры нужно опознавать слова по их лексическим значе​ниям);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70D970" w14:textId="77777777" w:rsidR="00002407" w:rsidRDefault="00002407" w:rsidP="00CF21F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D527954" w14:textId="77777777" w:rsidR="00002407" w:rsidRDefault="00002407" w:rsidP="00CF21F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РЭШ</w:t>
            </w:r>
          </w:p>
        </w:tc>
      </w:tr>
      <w:tr w:rsidR="00002407" w14:paraId="0CB6B885" w14:textId="77777777" w:rsidTr="00CF21F5">
        <w:trPr>
          <w:trHeight w:hRule="exact" w:val="92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25FE3E" w14:textId="77777777" w:rsidR="00002407" w:rsidRDefault="00002407" w:rsidP="00CF21F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3.2.</w:t>
            </w:r>
          </w:p>
        </w:tc>
        <w:tc>
          <w:tcPr>
            <w:tcW w:w="6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D978E1A" w14:textId="77777777" w:rsidR="00002407" w:rsidRPr="00761D79" w:rsidRDefault="00002407" w:rsidP="00CF21F5">
            <w:pPr>
              <w:autoSpaceDE w:val="0"/>
              <w:autoSpaceDN w:val="0"/>
              <w:spacing w:before="78" w:after="0" w:line="245" w:lineRule="auto"/>
              <w:ind w:left="72"/>
              <w:rPr>
                <w:lang w:val="ru-RU"/>
              </w:rPr>
            </w:pP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Выявление слов, значение которых требует уточнения. Определение значения слова по тексту или уточнение значения с помощью толкового словаря.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3365C5" w14:textId="77777777" w:rsidR="00002407" w:rsidRDefault="00002407" w:rsidP="00CF21F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D406BE" w14:textId="77777777" w:rsidR="00002407" w:rsidRDefault="00002407" w:rsidP="00CF21F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136823" w14:textId="77777777" w:rsidR="00002407" w:rsidRDefault="00002407" w:rsidP="00CF21F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8EDAA2" w14:textId="2B3B719D" w:rsidR="00002407" w:rsidRDefault="00002407" w:rsidP="00CF21F5">
            <w:pPr>
              <w:autoSpaceDE w:val="0"/>
              <w:autoSpaceDN w:val="0"/>
              <w:spacing w:before="78" w:after="0" w:line="245" w:lineRule="auto"/>
              <w:jc w:val="center"/>
            </w:pP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366637A" w14:textId="77777777" w:rsidR="00002407" w:rsidRPr="00761D79" w:rsidRDefault="00002407" w:rsidP="00CF21F5">
            <w:pPr>
              <w:autoSpaceDE w:val="0"/>
              <w:autoSpaceDN w:val="0"/>
              <w:spacing w:before="78" w:after="0" w:line="250" w:lineRule="auto"/>
              <w:ind w:left="72" w:right="144"/>
              <w:rPr>
                <w:lang w:val="ru-RU"/>
              </w:rPr>
            </w:pP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Практическая работа: выписать из толкового словаря значение пяти слов, которые раньше не знал(а);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A030513" w14:textId="77777777" w:rsidR="00002407" w:rsidRDefault="00002407" w:rsidP="00CF21F5">
            <w:pPr>
              <w:autoSpaceDE w:val="0"/>
              <w:autoSpaceDN w:val="0"/>
              <w:spacing w:before="78" w:after="0" w:line="25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E6AE39" w14:textId="77777777" w:rsidR="00002407" w:rsidRDefault="00002407" w:rsidP="00CF21F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учи.ру</w:t>
            </w:r>
          </w:p>
        </w:tc>
      </w:tr>
      <w:tr w:rsidR="00002407" w14:paraId="71295ECE" w14:textId="77777777" w:rsidTr="00CF21F5">
        <w:trPr>
          <w:trHeight w:hRule="exact" w:val="226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D18ACD" w14:textId="77777777" w:rsidR="00002407" w:rsidRDefault="00002407" w:rsidP="00CF21F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lastRenderedPageBreak/>
              <w:t>3.3.</w:t>
            </w:r>
          </w:p>
        </w:tc>
        <w:tc>
          <w:tcPr>
            <w:tcW w:w="6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C6B50F" w14:textId="77777777" w:rsidR="00002407" w:rsidRPr="00761D79" w:rsidRDefault="00002407" w:rsidP="00CF21F5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Однозначные и многозначные слова (простые случаи, наблюдение)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1CF171" w14:textId="77777777" w:rsidR="00002407" w:rsidRDefault="00002407" w:rsidP="00CF21F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C675299" w14:textId="77777777" w:rsidR="00002407" w:rsidRDefault="00002407" w:rsidP="00CF21F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D86330" w14:textId="77777777" w:rsidR="00002407" w:rsidRDefault="00002407" w:rsidP="00CF21F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621DB3" w14:textId="22825407" w:rsidR="00002407" w:rsidRDefault="00002407" w:rsidP="00CF21F5">
            <w:pPr>
              <w:autoSpaceDE w:val="0"/>
              <w:autoSpaceDN w:val="0"/>
              <w:spacing w:before="76" w:after="0" w:line="245" w:lineRule="auto"/>
              <w:jc w:val="center"/>
            </w:pP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91A4035" w14:textId="77777777" w:rsidR="00002407" w:rsidRPr="00761D79" w:rsidRDefault="00002407" w:rsidP="00CF21F5">
            <w:pPr>
              <w:autoSpaceDE w:val="0"/>
              <w:autoSpaceDN w:val="0"/>
              <w:spacing w:before="76" w:after="0" w:line="254" w:lineRule="auto"/>
              <w:ind w:left="72" w:right="144"/>
              <w:rPr>
                <w:lang w:val="ru-RU"/>
              </w:rPr>
            </w:pP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с рисунками, на которых изображены разные значе​ния слов, например слов корень, </w:t>
            </w:r>
            <w:r w:rsidRPr="00761D79">
              <w:rPr>
                <w:lang w:val="ru-RU"/>
              </w:rPr>
              <w:br/>
            </w: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иголки, кисть: с опорой на </w:t>
            </w:r>
            <w:r w:rsidRPr="00761D79">
              <w:rPr>
                <w:lang w:val="ru-RU"/>
              </w:rPr>
              <w:br/>
            </w: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рисунки объяснить значения </w:t>
            </w:r>
            <w:r w:rsidRPr="00761D79">
              <w:rPr>
                <w:lang w:val="ru-RU"/>
              </w:rPr>
              <w:br/>
            </w: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многозначных слов; </w:t>
            </w:r>
            <w:r w:rsidRPr="00761D79">
              <w:rPr>
                <w:lang w:val="ru-RU"/>
              </w:rPr>
              <w:br/>
            </w: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Учебный диалог, в ходе </w:t>
            </w:r>
            <w:r w:rsidRPr="00761D79">
              <w:rPr>
                <w:lang w:val="ru-RU"/>
              </w:rPr>
              <w:br/>
            </w: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которого высказываются </w:t>
            </w:r>
            <w:r w:rsidRPr="00761D79">
              <w:rPr>
                <w:lang w:val="ru-RU"/>
              </w:rPr>
              <w:br/>
            </w: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предполо​жения о причинах </w:t>
            </w:r>
            <w:r w:rsidRPr="00761D79">
              <w:rPr>
                <w:lang w:val="ru-RU"/>
              </w:rPr>
              <w:br/>
            </w: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появления нескольких значений одного слова;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F1E058C" w14:textId="77777777" w:rsidR="00002407" w:rsidRDefault="00002407" w:rsidP="00CF21F5">
            <w:pPr>
              <w:autoSpaceDE w:val="0"/>
              <w:autoSpaceDN w:val="0"/>
              <w:spacing w:before="76" w:after="0" w:line="25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DC7B2F5" w14:textId="77777777" w:rsidR="00002407" w:rsidRDefault="00002407" w:rsidP="00CF21F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учи.ру</w:t>
            </w:r>
          </w:p>
        </w:tc>
      </w:tr>
      <w:tr w:rsidR="00002407" w14:paraId="576A1E4C" w14:textId="77777777" w:rsidTr="00CF21F5">
        <w:trPr>
          <w:trHeight w:hRule="exact" w:val="131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B270423" w14:textId="77777777" w:rsidR="00002407" w:rsidRDefault="00002407" w:rsidP="00CF21F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3.4.</w:t>
            </w:r>
          </w:p>
        </w:tc>
        <w:tc>
          <w:tcPr>
            <w:tcW w:w="6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D6A3F0" w14:textId="77777777" w:rsidR="00002407" w:rsidRPr="00761D79" w:rsidRDefault="00002407" w:rsidP="00CF21F5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Наблюдение за использованием в речи синонимов, антонимов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F5BCCE8" w14:textId="77777777" w:rsidR="00002407" w:rsidRDefault="00002407" w:rsidP="00CF21F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FD0CC40" w14:textId="77777777" w:rsidR="00002407" w:rsidRDefault="00002407" w:rsidP="00CF21F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38C0A5" w14:textId="77777777" w:rsidR="00002407" w:rsidRDefault="00002407" w:rsidP="00CF21F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4432421" w14:textId="7CDE48A9" w:rsidR="00002407" w:rsidRDefault="00002407" w:rsidP="00CF21F5">
            <w:pPr>
              <w:autoSpaceDE w:val="0"/>
              <w:autoSpaceDN w:val="0"/>
              <w:spacing w:before="78" w:after="0" w:line="245" w:lineRule="auto"/>
              <w:jc w:val="center"/>
            </w:pP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CDC395" w14:textId="77777777" w:rsidR="00002407" w:rsidRPr="00761D79" w:rsidRDefault="00002407" w:rsidP="00CF21F5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Упражнение, направленное на отработку умения выбирать из пары синонимов тот, который более уместен в заданном </w:t>
            </w:r>
            <w:r w:rsidRPr="00761D79">
              <w:rPr>
                <w:lang w:val="ru-RU"/>
              </w:rPr>
              <w:br/>
            </w: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предложении, с </w:t>
            </w:r>
            <w:r w:rsidRPr="00761D79">
              <w:rPr>
                <w:lang w:val="ru-RU"/>
              </w:rPr>
              <w:br/>
            </w: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комментированием выбора;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D4EA71" w14:textId="77777777" w:rsidR="00002407" w:rsidRPr="00761D79" w:rsidRDefault="00002407" w:rsidP="00CF21F5">
            <w:pPr>
              <w:autoSpaceDE w:val="0"/>
              <w:autoSpaceDN w:val="0"/>
              <w:spacing w:before="78" w:after="0" w:line="250" w:lineRule="auto"/>
              <w:ind w:left="72" w:right="144"/>
              <w:rPr>
                <w:lang w:val="ru-RU"/>
              </w:rPr>
            </w:pP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опрос; Письменный </w:t>
            </w:r>
            <w:r w:rsidRPr="00761D79">
              <w:rPr>
                <w:lang w:val="ru-RU"/>
              </w:rPr>
              <w:br/>
            </w: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контроль; </w:t>
            </w:r>
            <w:r w:rsidRPr="00761D79">
              <w:rPr>
                <w:lang w:val="ru-RU"/>
              </w:rPr>
              <w:br/>
            </w: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Диктант;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32DD8C" w14:textId="77777777" w:rsidR="00002407" w:rsidRDefault="00002407" w:rsidP="00CF21F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РЭШ</w:t>
            </w:r>
          </w:p>
        </w:tc>
      </w:tr>
      <w:tr w:rsidR="00002407" w14:paraId="3CD04DC9" w14:textId="77777777" w:rsidTr="00CF21F5">
        <w:trPr>
          <w:trHeight w:hRule="exact" w:val="348"/>
        </w:trPr>
        <w:tc>
          <w:tcPr>
            <w:tcW w:w="6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D192CAB" w14:textId="77777777" w:rsidR="00002407" w:rsidRDefault="00002407" w:rsidP="00CF21F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D3548A" w14:textId="77777777" w:rsidR="00002407" w:rsidRDefault="00002407" w:rsidP="00CF21F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13</w:t>
            </w:r>
          </w:p>
        </w:tc>
        <w:tc>
          <w:tcPr>
            <w:tcW w:w="81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5F29B7" w14:textId="77777777" w:rsidR="00002407" w:rsidRDefault="00002407" w:rsidP="00CF21F5"/>
        </w:tc>
      </w:tr>
      <w:tr w:rsidR="00002407" w14:paraId="57F93FD5" w14:textId="77777777" w:rsidTr="00CF21F5">
        <w:trPr>
          <w:trHeight w:hRule="exact" w:val="32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44FF0C" w14:textId="77777777" w:rsidR="00002407" w:rsidRDefault="00002407" w:rsidP="00CF21F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Раздел 4.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Состав слова (морфемика)</w:t>
            </w:r>
          </w:p>
        </w:tc>
      </w:tr>
      <w:tr w:rsidR="00002407" w14:paraId="3F7E06A6" w14:textId="77777777" w:rsidTr="00CF21F5">
        <w:trPr>
          <w:trHeight w:hRule="exact" w:val="285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A36D37" w14:textId="77777777" w:rsidR="00002407" w:rsidRDefault="00002407" w:rsidP="00CF21F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4.1.</w:t>
            </w:r>
          </w:p>
        </w:tc>
        <w:tc>
          <w:tcPr>
            <w:tcW w:w="6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A18211" w14:textId="77777777" w:rsidR="00002407" w:rsidRDefault="00002407" w:rsidP="00CF21F5">
            <w:pPr>
              <w:autoSpaceDE w:val="0"/>
              <w:autoSpaceDN w:val="0"/>
              <w:spacing w:before="78" w:after="0" w:line="250" w:lineRule="auto"/>
              <w:ind w:left="72" w:right="288"/>
            </w:pP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</w:t>
            </w:r>
            <w:r w:rsidRPr="00761D79">
              <w:rPr>
                <w:lang w:val="ru-RU"/>
              </w:rPr>
              <w:br/>
            </w: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однокоренных слов и слов с омонимичными корнями.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Выделение в словах корня (простые случаи)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1078AA9" w14:textId="77777777" w:rsidR="00002407" w:rsidRDefault="00002407" w:rsidP="00CF21F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5F4FFB" w14:textId="77777777" w:rsidR="00002407" w:rsidRDefault="00002407" w:rsidP="00CF21F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8C412D" w14:textId="77777777" w:rsidR="00002407" w:rsidRDefault="00002407" w:rsidP="00CF21F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7AD31E5" w14:textId="3316056B" w:rsidR="00002407" w:rsidRDefault="00002407" w:rsidP="00CF21F5">
            <w:pPr>
              <w:autoSpaceDE w:val="0"/>
              <w:autoSpaceDN w:val="0"/>
              <w:spacing w:before="78" w:after="0" w:line="245" w:lineRule="auto"/>
              <w:jc w:val="center"/>
            </w:pP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5FC9CC" w14:textId="77777777" w:rsidR="00002407" w:rsidRPr="00761D79" w:rsidRDefault="00002407" w:rsidP="00CF21F5">
            <w:pPr>
              <w:autoSpaceDE w:val="0"/>
              <w:autoSpaceDN w:val="0"/>
              <w:spacing w:before="78" w:after="0" w:line="254" w:lineRule="auto"/>
              <w:ind w:left="72" w:right="144"/>
              <w:rPr>
                <w:lang w:val="ru-RU"/>
              </w:rPr>
            </w:pP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Объяснение учителем приёма развёрнутого толкования слова как способа определения связи значений родственных слов. Работа с понятиями «корень»,«однокоренные слова»: анализ предложенных в учебнике </w:t>
            </w:r>
            <w:r w:rsidRPr="00761D79">
              <w:rPr>
                <w:lang w:val="ru-RU"/>
              </w:rPr>
              <w:br/>
            </w: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определений; </w:t>
            </w:r>
            <w:r w:rsidRPr="00761D79">
              <w:rPr>
                <w:lang w:val="ru-RU"/>
              </w:rPr>
              <w:br/>
            </w: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Совместное составление </w:t>
            </w:r>
            <w:r w:rsidRPr="00761D79">
              <w:rPr>
                <w:lang w:val="ru-RU"/>
              </w:rPr>
              <w:br/>
            </w: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алгоритма выделения корня; Использование составленного алгоритма при решении </w:t>
            </w:r>
            <w:r w:rsidRPr="00761D79">
              <w:rPr>
                <w:lang w:val="ru-RU"/>
              </w:rPr>
              <w:br/>
            </w: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практических задач по </w:t>
            </w:r>
            <w:r w:rsidRPr="00761D79">
              <w:rPr>
                <w:lang w:val="ru-RU"/>
              </w:rPr>
              <w:br/>
            </w: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выделению корня;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CD8C5E" w14:textId="77777777" w:rsidR="00002407" w:rsidRDefault="00002407" w:rsidP="00CF21F5">
            <w:pPr>
              <w:autoSpaceDE w:val="0"/>
              <w:autoSpaceDN w:val="0"/>
              <w:spacing w:before="78" w:after="0" w:line="247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8EFC9E" w14:textId="77777777" w:rsidR="00002407" w:rsidRDefault="00002407" w:rsidP="00CF21F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учи.ру</w:t>
            </w:r>
          </w:p>
        </w:tc>
      </w:tr>
      <w:tr w:rsidR="00002407" w14:paraId="6121ACD3" w14:textId="77777777" w:rsidTr="00CF21F5">
        <w:trPr>
          <w:trHeight w:hRule="exact" w:val="303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D1F28F" w14:textId="77777777" w:rsidR="00002407" w:rsidRDefault="00002407" w:rsidP="00CF21F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4.2.</w:t>
            </w:r>
          </w:p>
        </w:tc>
        <w:tc>
          <w:tcPr>
            <w:tcW w:w="6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533322" w14:textId="77777777" w:rsidR="00002407" w:rsidRDefault="00002407" w:rsidP="00CF21F5">
            <w:pPr>
              <w:autoSpaceDE w:val="0"/>
              <w:autoSpaceDN w:val="0"/>
              <w:spacing w:before="76" w:after="0" w:line="245" w:lineRule="auto"/>
              <w:ind w:left="72" w:right="432"/>
            </w:pP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Окончание как изменяемая часть слова. Изменение формы слова с помощью окончания.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Различение изменяемых и неизменяемых слов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FDDA1BB" w14:textId="77777777" w:rsidR="00002407" w:rsidRDefault="00002407" w:rsidP="00CF21F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923883" w14:textId="77777777" w:rsidR="00002407" w:rsidRDefault="00002407" w:rsidP="00CF21F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8EA832" w14:textId="77777777" w:rsidR="00002407" w:rsidRDefault="00002407" w:rsidP="00CF21F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D75F41" w14:textId="6EDAADF0" w:rsidR="00002407" w:rsidRDefault="00002407" w:rsidP="00CF21F5">
            <w:pPr>
              <w:autoSpaceDE w:val="0"/>
              <w:autoSpaceDN w:val="0"/>
              <w:spacing w:before="76" w:after="0" w:line="245" w:lineRule="auto"/>
              <w:jc w:val="center"/>
            </w:pP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86E1955" w14:textId="77777777" w:rsidR="00002407" w:rsidRPr="00761D79" w:rsidRDefault="00002407" w:rsidP="00CF21F5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с текстом, в котором </w:t>
            </w:r>
            <w:r w:rsidRPr="00761D79">
              <w:rPr>
                <w:lang w:val="ru-RU"/>
              </w:rPr>
              <w:br/>
            </w: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встречаются формы одного и </w:t>
            </w:r>
            <w:r w:rsidRPr="00761D79">
              <w:rPr>
                <w:lang w:val="ru-RU"/>
              </w:rPr>
              <w:br/>
            </w: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того же слова: поиск форм </w:t>
            </w:r>
            <w:r w:rsidRPr="00761D79">
              <w:rPr>
                <w:lang w:val="ru-RU"/>
              </w:rPr>
              <w:br/>
            </w: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слова, сравнение форм слова, </w:t>
            </w:r>
            <w:r w:rsidRPr="00761D79">
              <w:rPr>
                <w:lang w:val="ru-RU"/>
              </w:rPr>
              <w:br/>
            </w: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выявление той части, которой различаются формы слова </w:t>
            </w:r>
            <w:r w:rsidRPr="00761D79">
              <w:rPr>
                <w:lang w:val="ru-RU"/>
              </w:rPr>
              <w:br/>
            </w: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(изменяемой части слова); </w:t>
            </w:r>
            <w:r w:rsidRPr="00761D79">
              <w:rPr>
                <w:lang w:val="ru-RU"/>
              </w:rPr>
              <w:br/>
            </w: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с понятием «окончание»: анализ предложенного в </w:t>
            </w:r>
            <w:r w:rsidRPr="00761D79">
              <w:rPr>
                <w:lang w:val="ru-RU"/>
              </w:rPr>
              <w:br/>
            </w: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учебнике определения; </w:t>
            </w:r>
            <w:r w:rsidRPr="00761D79">
              <w:rPr>
                <w:lang w:val="ru-RU"/>
              </w:rPr>
              <w:br/>
            </w: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Практическая работа: изменение слова по предложенному в </w:t>
            </w:r>
            <w:r w:rsidRPr="00761D79">
              <w:rPr>
                <w:lang w:val="ru-RU"/>
              </w:rPr>
              <w:br/>
            </w: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учебнике образцу, нахождение и выделение в формах одного и того же слова окончания;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2CE87C0" w14:textId="77777777" w:rsidR="00002407" w:rsidRDefault="00002407" w:rsidP="00CF21F5">
            <w:pPr>
              <w:autoSpaceDE w:val="0"/>
              <w:autoSpaceDN w:val="0"/>
              <w:spacing w:before="76" w:after="0" w:line="25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3AC197" w14:textId="77777777" w:rsidR="00002407" w:rsidRDefault="00002407" w:rsidP="00CF21F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учи.ру</w:t>
            </w:r>
          </w:p>
        </w:tc>
      </w:tr>
      <w:tr w:rsidR="00002407" w14:paraId="1B7FC3EC" w14:textId="77777777" w:rsidTr="00002407">
        <w:trPr>
          <w:trHeight w:hRule="exact" w:val="4881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EFF4DD" w14:textId="77777777" w:rsidR="00002407" w:rsidRDefault="00002407" w:rsidP="00CF21F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lastRenderedPageBreak/>
              <w:t>4.3.</w:t>
            </w:r>
          </w:p>
        </w:tc>
        <w:tc>
          <w:tcPr>
            <w:tcW w:w="6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91B6CD" w14:textId="77777777" w:rsidR="00002407" w:rsidRPr="00761D79" w:rsidRDefault="00002407" w:rsidP="00CF21F5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Суффикс как часть слова (наблюдение). Приставка как часть слова (наблюдение)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1E9B41" w14:textId="77777777" w:rsidR="00002407" w:rsidRDefault="00002407" w:rsidP="00CF21F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370313" w14:textId="77777777" w:rsidR="00002407" w:rsidRDefault="00002407" w:rsidP="00CF21F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7DD07D" w14:textId="77777777" w:rsidR="00002407" w:rsidRDefault="00002407" w:rsidP="00CF21F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B4040F" w14:textId="564FC8BF" w:rsidR="00002407" w:rsidRDefault="00002407" w:rsidP="00CF21F5">
            <w:pPr>
              <w:autoSpaceDE w:val="0"/>
              <w:autoSpaceDN w:val="0"/>
              <w:spacing w:before="76" w:after="0" w:line="245" w:lineRule="auto"/>
              <w:jc w:val="center"/>
            </w:pP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80C7338" w14:textId="77777777" w:rsidR="00002407" w:rsidRPr="00761D79" w:rsidRDefault="00002407" w:rsidP="00CF21F5">
            <w:pPr>
              <w:autoSpaceDE w:val="0"/>
              <w:autoSpaceDN w:val="0"/>
              <w:spacing w:before="76" w:after="0" w:line="257" w:lineRule="auto"/>
              <w:ind w:left="72" w:right="144"/>
              <w:rPr>
                <w:lang w:val="ru-RU"/>
              </w:rPr>
            </w:pP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с записями на доске: сопоставление однокоренных слов и выявление различий </w:t>
            </w:r>
            <w:r w:rsidRPr="00761D79">
              <w:rPr>
                <w:lang w:val="ru-RU"/>
              </w:rPr>
              <w:br/>
            </w: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между ними в значении и в </w:t>
            </w:r>
            <w:r w:rsidRPr="00761D79">
              <w:rPr>
                <w:lang w:val="ru-RU"/>
              </w:rPr>
              <w:br/>
            </w: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буквенной записи (среди </w:t>
            </w:r>
            <w:r w:rsidRPr="00761D79">
              <w:rPr>
                <w:lang w:val="ru-RU"/>
              </w:rPr>
              <w:br/>
            </w: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родственных слов есть </w:t>
            </w:r>
            <w:r w:rsidRPr="00761D79">
              <w:rPr>
                <w:lang w:val="ru-RU"/>
              </w:rPr>
              <w:br/>
            </w: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несколько слов с суффиксами, например, это может быть ряд гора, горка, горочка, горный, гористый); </w:t>
            </w:r>
            <w:r w:rsidRPr="00761D79">
              <w:rPr>
                <w:lang w:val="ru-RU"/>
              </w:rPr>
              <w:br/>
            </w: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Наблюдение за образованием слов с помощью суффиксов, выделение суффиксов, с </w:t>
            </w:r>
            <w:r w:rsidRPr="00761D79">
              <w:rPr>
                <w:lang w:val="ru-RU"/>
              </w:rPr>
              <w:br/>
            </w: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помощью которых образованы слова, высказывание </w:t>
            </w:r>
            <w:r w:rsidRPr="00761D79">
              <w:rPr>
                <w:lang w:val="ru-RU"/>
              </w:rPr>
              <w:br/>
            </w: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предположений о значении </w:t>
            </w:r>
            <w:r w:rsidRPr="00761D79">
              <w:rPr>
                <w:lang w:val="ru-RU"/>
              </w:rPr>
              <w:br/>
            </w: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суффиксов; </w:t>
            </w:r>
            <w:r w:rsidRPr="00761D79">
              <w:rPr>
                <w:lang w:val="ru-RU"/>
              </w:rPr>
              <w:br/>
            </w: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Наблюдение за образованием слов с помощью приставок, </w:t>
            </w:r>
            <w:r w:rsidRPr="00761D79">
              <w:rPr>
                <w:lang w:val="ru-RU"/>
              </w:rPr>
              <w:br/>
            </w: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выделение приставок, с </w:t>
            </w:r>
            <w:r w:rsidRPr="00761D79">
              <w:rPr>
                <w:lang w:val="ru-RU"/>
              </w:rPr>
              <w:br/>
            </w: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помощью которых образованы слова, высказывание </w:t>
            </w:r>
            <w:r w:rsidRPr="00761D79">
              <w:rPr>
                <w:lang w:val="ru-RU"/>
              </w:rPr>
              <w:br/>
            </w: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предположений о значении </w:t>
            </w:r>
            <w:r w:rsidRPr="00761D79">
              <w:rPr>
                <w:lang w:val="ru-RU"/>
              </w:rPr>
              <w:br/>
            </w: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приставок;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0ACE591" w14:textId="77777777" w:rsidR="00002407" w:rsidRPr="00761D79" w:rsidRDefault="00002407" w:rsidP="00CF21F5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опрос; Письменный </w:t>
            </w:r>
            <w:r w:rsidRPr="00761D79">
              <w:rPr>
                <w:lang w:val="ru-RU"/>
              </w:rPr>
              <w:br/>
            </w: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контроль; </w:t>
            </w:r>
            <w:r w:rsidRPr="00761D79">
              <w:rPr>
                <w:lang w:val="ru-RU"/>
              </w:rPr>
              <w:br/>
            </w: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Диктант;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EFA453" w14:textId="77777777" w:rsidR="00002407" w:rsidRDefault="00002407" w:rsidP="00CF21F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РЭШ</w:t>
            </w:r>
          </w:p>
        </w:tc>
      </w:tr>
      <w:tr w:rsidR="00002407" w14:paraId="136FA81B" w14:textId="77777777" w:rsidTr="00CF21F5">
        <w:trPr>
          <w:trHeight w:hRule="exact" w:val="444"/>
        </w:trPr>
        <w:tc>
          <w:tcPr>
            <w:tcW w:w="6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F8516E9" w14:textId="77777777" w:rsidR="00002407" w:rsidRDefault="00002407" w:rsidP="00CF21F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FCCD464" w14:textId="77777777" w:rsidR="00002407" w:rsidRDefault="00002407" w:rsidP="00CF21F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12</w:t>
            </w:r>
          </w:p>
        </w:tc>
        <w:tc>
          <w:tcPr>
            <w:tcW w:w="81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FCE1D0" w14:textId="77777777" w:rsidR="00002407" w:rsidRDefault="00002407" w:rsidP="00CF21F5"/>
        </w:tc>
      </w:tr>
      <w:tr w:rsidR="00002407" w14:paraId="76680B1F" w14:textId="77777777" w:rsidTr="00CF21F5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90C87C" w14:textId="77777777" w:rsidR="00002407" w:rsidRDefault="00002407" w:rsidP="00CF21F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Раздел 5.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Морфология</w:t>
            </w:r>
          </w:p>
        </w:tc>
      </w:tr>
      <w:tr w:rsidR="00002407" w14:paraId="6D1BB9AE" w14:textId="77777777" w:rsidTr="00CF21F5">
        <w:trPr>
          <w:trHeight w:hRule="exact" w:val="227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7F8872" w14:textId="77777777" w:rsidR="00002407" w:rsidRDefault="00002407" w:rsidP="00CF21F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5.1.</w:t>
            </w:r>
          </w:p>
        </w:tc>
        <w:tc>
          <w:tcPr>
            <w:tcW w:w="6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A22B59" w14:textId="77777777" w:rsidR="00002407" w:rsidRPr="00761D79" w:rsidRDefault="00002407" w:rsidP="00CF21F5">
            <w:pPr>
              <w:autoSpaceDE w:val="0"/>
              <w:autoSpaceDN w:val="0"/>
              <w:spacing w:before="72" w:after="0" w:line="245" w:lineRule="auto"/>
              <w:ind w:left="72" w:right="144"/>
              <w:rPr>
                <w:lang w:val="ru-RU"/>
              </w:rPr>
            </w:pP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Имя существительное (ознакомление): общее значение, вопросы («кто?», «что?»), употреб​</w:t>
            </w:r>
            <w:r w:rsidRPr="00761D79">
              <w:rPr>
                <w:rFonts w:ascii="DejaVu Serif" w:eastAsia="DejaVu Serif" w:hAnsi="DejaVu Serif"/>
                <w:color w:val="000000"/>
                <w:w w:val="97"/>
                <w:sz w:val="16"/>
                <w:lang w:val="ru-RU"/>
              </w:rPr>
              <w:t>‐</w:t>
            </w: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ление в речи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65B611" w14:textId="77777777" w:rsidR="00002407" w:rsidRDefault="00002407" w:rsidP="00CF21F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06A7FC" w14:textId="77777777" w:rsidR="00002407" w:rsidRDefault="00002407" w:rsidP="00CF21F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672120" w14:textId="77777777" w:rsidR="00002407" w:rsidRDefault="00002407" w:rsidP="00CF21F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6E9368" w14:textId="352DCF64" w:rsidR="00002407" w:rsidRDefault="00002407" w:rsidP="00CF21F5">
            <w:pPr>
              <w:autoSpaceDE w:val="0"/>
              <w:autoSpaceDN w:val="0"/>
              <w:spacing w:before="78" w:after="0" w:line="245" w:lineRule="auto"/>
              <w:jc w:val="center"/>
            </w:pP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19BAE6" w14:textId="77777777" w:rsidR="00002407" w:rsidRPr="00761D79" w:rsidRDefault="00002407" w:rsidP="00CF21F5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Наблюдение за предложенным набором слов: что обознача​ют, на какой вопрос отвечают, </w:t>
            </w:r>
            <w:r w:rsidRPr="00761D79">
              <w:rPr>
                <w:lang w:val="ru-RU"/>
              </w:rPr>
              <w:br/>
            </w: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формулирование вывода, </w:t>
            </w:r>
            <w:r w:rsidRPr="00761D79">
              <w:rPr>
                <w:lang w:val="ru-RU"/>
              </w:rPr>
              <w:br/>
            </w: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введение понятия «имя </w:t>
            </w:r>
            <w:r w:rsidRPr="00761D79">
              <w:rPr>
                <w:lang w:val="ru-RU"/>
              </w:rPr>
              <w:br/>
            </w: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существительное»; </w:t>
            </w:r>
            <w:r w:rsidRPr="00761D79">
              <w:rPr>
                <w:lang w:val="ru-RU"/>
              </w:rPr>
              <w:br/>
            </w: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Работа в парах: распределение имён существительных на две группы в зависимости от того, на какой вопрос отвечают:«что?»или «кто?»;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823D349" w14:textId="77777777" w:rsidR="00002407" w:rsidRDefault="00002407" w:rsidP="00CF21F5">
            <w:pPr>
              <w:autoSpaceDE w:val="0"/>
              <w:autoSpaceDN w:val="0"/>
              <w:spacing w:before="78" w:after="0" w:line="247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6D672B" w14:textId="77777777" w:rsidR="00002407" w:rsidRDefault="00002407" w:rsidP="00CF21F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РЭШ</w:t>
            </w:r>
          </w:p>
        </w:tc>
      </w:tr>
      <w:tr w:rsidR="00002407" w14:paraId="5681AB09" w14:textId="77777777" w:rsidTr="00CF21F5">
        <w:trPr>
          <w:trHeight w:hRule="exact" w:val="207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BAF38FA" w14:textId="77777777" w:rsidR="00002407" w:rsidRDefault="00002407" w:rsidP="00CF21F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5.2.</w:t>
            </w:r>
          </w:p>
        </w:tc>
        <w:tc>
          <w:tcPr>
            <w:tcW w:w="647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C29B6E5" w14:textId="77777777" w:rsidR="00002407" w:rsidRPr="00761D79" w:rsidRDefault="00002407" w:rsidP="00CF21F5">
            <w:pPr>
              <w:autoSpaceDE w:val="0"/>
              <w:autoSpaceDN w:val="0"/>
              <w:spacing w:before="76" w:after="0" w:line="245" w:lineRule="auto"/>
              <w:ind w:left="72" w:right="432"/>
              <w:rPr>
                <w:lang w:val="ru-RU"/>
              </w:rPr>
            </w:pP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Глагол (ознакомление): общее значение, вопросы («что делать?», «что сделать?» и др.), употреб​ление в речи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75A547F" w14:textId="77777777" w:rsidR="00002407" w:rsidRDefault="00002407" w:rsidP="00CF21F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F6855CA" w14:textId="77777777" w:rsidR="00002407" w:rsidRDefault="00002407" w:rsidP="00CF21F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B0156D" w14:textId="77777777" w:rsidR="00002407" w:rsidRDefault="00002407" w:rsidP="00CF21F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32D7EE" w14:textId="3979F144" w:rsidR="00002407" w:rsidRDefault="00002407" w:rsidP="00CF21F5">
            <w:pPr>
              <w:autoSpaceDE w:val="0"/>
              <w:autoSpaceDN w:val="0"/>
              <w:spacing w:before="76" w:after="0" w:line="245" w:lineRule="auto"/>
              <w:jc w:val="center"/>
            </w:pP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929D6D" w14:textId="77777777" w:rsidR="00002407" w:rsidRPr="00761D79" w:rsidRDefault="00002407" w:rsidP="00CF21F5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Наблюдение за предложенным набором слов: что обознача​ют, на какой вопрос отвечают, </w:t>
            </w:r>
            <w:r w:rsidRPr="00761D79">
              <w:rPr>
                <w:lang w:val="ru-RU"/>
              </w:rPr>
              <w:br/>
            </w: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формулирование вывода, </w:t>
            </w:r>
            <w:r w:rsidRPr="00761D79">
              <w:rPr>
                <w:lang w:val="ru-RU"/>
              </w:rPr>
              <w:br/>
            </w: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введение понятия «глагол»; </w:t>
            </w:r>
            <w:r w:rsidRPr="00761D79">
              <w:rPr>
                <w:lang w:val="ru-RU"/>
              </w:rPr>
              <w:br/>
            </w: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Упражнение: распределение </w:t>
            </w:r>
            <w:r w:rsidRPr="00761D79">
              <w:rPr>
                <w:lang w:val="ru-RU"/>
              </w:rPr>
              <w:br/>
            </w: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глаголов на две группы в зави​</w:t>
            </w:r>
            <w:r w:rsidRPr="00761D79">
              <w:rPr>
                <w:rFonts w:ascii="DejaVu Serif" w:eastAsia="DejaVu Serif" w:hAnsi="DejaVu Serif"/>
                <w:color w:val="000000"/>
                <w:w w:val="97"/>
                <w:sz w:val="16"/>
                <w:lang w:val="ru-RU"/>
              </w:rPr>
              <w:t>‐</w:t>
            </w: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симости от того, на какой вопрос отвечают: «что делать?» или</w:t>
            </w:r>
            <w:r w:rsidRPr="00761D79">
              <w:rPr>
                <w:lang w:val="ru-RU"/>
              </w:rPr>
              <w:br/>
            </w: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«что сделать?»;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AE41E1" w14:textId="77777777" w:rsidR="00002407" w:rsidRDefault="00002407" w:rsidP="00CF21F5">
            <w:pPr>
              <w:autoSpaceDE w:val="0"/>
              <w:autoSpaceDN w:val="0"/>
              <w:spacing w:before="76" w:after="0" w:line="25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222211" w14:textId="77777777" w:rsidR="00002407" w:rsidRDefault="00002407" w:rsidP="00CF21F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РЭШ</w:t>
            </w:r>
          </w:p>
        </w:tc>
      </w:tr>
      <w:tr w:rsidR="00002407" w14:paraId="7F557EC1" w14:textId="77777777" w:rsidTr="00CF21F5">
        <w:trPr>
          <w:trHeight w:hRule="exact" w:val="3144"/>
        </w:trPr>
        <w:tc>
          <w:tcPr>
            <w:tcW w:w="39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8B4F56" w14:textId="77777777" w:rsidR="00002407" w:rsidRDefault="00002407" w:rsidP="00CF21F5">
            <w:pPr>
              <w:autoSpaceDE w:val="0"/>
              <w:autoSpaceDN w:val="0"/>
              <w:spacing w:before="7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lastRenderedPageBreak/>
              <w:t>5.3.</w:t>
            </w:r>
          </w:p>
        </w:tc>
        <w:tc>
          <w:tcPr>
            <w:tcW w:w="647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6F72A1" w14:textId="77777777" w:rsidR="00002407" w:rsidRPr="00761D79" w:rsidRDefault="00002407" w:rsidP="00CF21F5">
            <w:pPr>
              <w:autoSpaceDE w:val="0"/>
              <w:autoSpaceDN w:val="0"/>
              <w:spacing w:before="74" w:after="0" w:line="245" w:lineRule="auto"/>
              <w:ind w:left="72"/>
              <w:rPr>
                <w:lang w:val="ru-RU"/>
              </w:rPr>
            </w:pP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Имя прилагательное (ознакомление): общее значение, вопросы («какой?», «какая?», «какое?»,«какие?»), употребление  в речи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8D62E7" w14:textId="77777777" w:rsidR="00002407" w:rsidRDefault="00002407" w:rsidP="00CF21F5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7181EA6" w14:textId="77777777" w:rsidR="00002407" w:rsidRDefault="00002407" w:rsidP="00CF21F5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35C7AE8" w14:textId="77777777" w:rsidR="00002407" w:rsidRDefault="00002407" w:rsidP="00CF21F5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DE3DD63" w14:textId="29BEB877" w:rsidR="00002407" w:rsidRDefault="00002407" w:rsidP="00CF21F5">
            <w:pPr>
              <w:autoSpaceDE w:val="0"/>
              <w:autoSpaceDN w:val="0"/>
              <w:spacing w:before="74" w:after="0" w:line="245" w:lineRule="auto"/>
              <w:jc w:val="center"/>
            </w:pPr>
          </w:p>
        </w:tc>
        <w:tc>
          <w:tcPr>
            <w:tcW w:w="237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B10745" w14:textId="77777777" w:rsidR="00002407" w:rsidRPr="00761D79" w:rsidRDefault="00002407" w:rsidP="00CF21F5">
            <w:pPr>
              <w:autoSpaceDE w:val="0"/>
              <w:autoSpaceDN w:val="0"/>
              <w:spacing w:before="74" w:after="0" w:line="254" w:lineRule="auto"/>
              <w:ind w:left="72"/>
              <w:rPr>
                <w:lang w:val="ru-RU"/>
              </w:rPr>
            </w:pP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Наблюдение за предложенным набором слов: что обознача​ют, на какой вопрос отвечают, </w:t>
            </w:r>
            <w:r w:rsidRPr="00761D79">
              <w:rPr>
                <w:lang w:val="ru-RU"/>
              </w:rPr>
              <w:br/>
            </w: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формулирование вывода, </w:t>
            </w:r>
            <w:r w:rsidRPr="00761D79">
              <w:rPr>
                <w:lang w:val="ru-RU"/>
              </w:rPr>
              <w:br/>
            </w: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введение понятия «имя </w:t>
            </w:r>
            <w:r w:rsidRPr="00761D79">
              <w:rPr>
                <w:lang w:val="ru-RU"/>
              </w:rPr>
              <w:br/>
            </w: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прилагательное»; </w:t>
            </w:r>
            <w:r w:rsidRPr="00761D79">
              <w:rPr>
                <w:lang w:val="ru-RU"/>
              </w:rPr>
              <w:br/>
            </w: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в парах: распределение имён прилагательных на три </w:t>
            </w:r>
            <w:r w:rsidRPr="00761D79">
              <w:rPr>
                <w:lang w:val="ru-RU"/>
              </w:rPr>
              <w:br/>
            </w: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группы в зависимости от того, на какой вопрос </w:t>
            </w:r>
            <w:r w:rsidRPr="00761D79">
              <w:rPr>
                <w:lang w:val="ru-RU"/>
              </w:rPr>
              <w:br/>
            </w: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отвечают:«какой?», «какое?»,</w:t>
            </w:r>
            <w:r w:rsidRPr="00761D79">
              <w:rPr>
                <w:lang w:val="ru-RU"/>
              </w:rPr>
              <w:br/>
            </w: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«какая?»; </w:t>
            </w:r>
            <w:r w:rsidRPr="00761D79">
              <w:rPr>
                <w:lang w:val="ru-RU"/>
              </w:rPr>
              <w:br/>
            </w: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Наблюдение за лексическим </w:t>
            </w:r>
            <w:r w:rsidRPr="00761D79">
              <w:rPr>
                <w:lang w:val="ru-RU"/>
              </w:rPr>
              <w:br/>
            </w: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значением имён </w:t>
            </w:r>
            <w:r w:rsidRPr="00761D79">
              <w:rPr>
                <w:lang w:val="ru-RU"/>
              </w:rPr>
              <w:br/>
            </w: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прилагательных;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708F8C" w14:textId="77777777" w:rsidR="00002407" w:rsidRDefault="00002407" w:rsidP="00CF21F5">
            <w:pPr>
              <w:autoSpaceDE w:val="0"/>
              <w:autoSpaceDN w:val="0"/>
              <w:spacing w:before="74" w:after="0" w:line="25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контроль;</w:t>
            </w:r>
          </w:p>
        </w:tc>
        <w:tc>
          <w:tcPr>
            <w:tcW w:w="138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3FD183" w14:textId="77777777" w:rsidR="00002407" w:rsidRDefault="00002407" w:rsidP="00CF21F5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РЭШ</w:t>
            </w:r>
          </w:p>
        </w:tc>
      </w:tr>
      <w:tr w:rsidR="00002407" w14:paraId="6DE125C8" w14:textId="77777777" w:rsidTr="00CF21F5">
        <w:trPr>
          <w:trHeight w:hRule="exact" w:val="131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DECAF19" w14:textId="77777777" w:rsidR="00002407" w:rsidRDefault="00002407" w:rsidP="00CF21F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5.4.</w:t>
            </w:r>
          </w:p>
        </w:tc>
        <w:tc>
          <w:tcPr>
            <w:tcW w:w="6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0604A9" w14:textId="77777777" w:rsidR="00002407" w:rsidRPr="00761D79" w:rsidRDefault="00002407" w:rsidP="00CF21F5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Предлог. Отличие предлогов от приставок. Наиболее распространённые предлоги:</w:t>
            </w:r>
            <w:r w:rsidRPr="00761D79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 в, на, из, без, над, до, у, о, об</w:t>
            </w: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и др.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DED922D" w14:textId="77777777" w:rsidR="00002407" w:rsidRDefault="00002407" w:rsidP="00CF21F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E0D8677" w14:textId="77777777" w:rsidR="00002407" w:rsidRDefault="00002407" w:rsidP="00CF21F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7EC4CF6" w14:textId="77777777" w:rsidR="00002407" w:rsidRDefault="00002407" w:rsidP="00CF21F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514904" w14:textId="14B776F6" w:rsidR="00002407" w:rsidRDefault="00002407" w:rsidP="00CF21F5">
            <w:pPr>
              <w:autoSpaceDE w:val="0"/>
              <w:autoSpaceDN w:val="0"/>
              <w:spacing w:before="78" w:after="0" w:line="245" w:lineRule="auto"/>
              <w:jc w:val="center"/>
            </w:pP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6AFB83" w14:textId="77777777" w:rsidR="00002407" w:rsidRPr="00761D79" w:rsidRDefault="00002407" w:rsidP="00CF21F5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Учебный диалог «Чем похожи и чем различаются предлоги и </w:t>
            </w:r>
            <w:r w:rsidRPr="00761D79">
              <w:rPr>
                <w:lang w:val="ru-RU"/>
              </w:rPr>
              <w:br/>
            </w: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приставки?»; </w:t>
            </w:r>
            <w:r w:rsidRPr="00761D79">
              <w:rPr>
                <w:lang w:val="ru-RU"/>
              </w:rPr>
              <w:br/>
            </w: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Совместное составление </w:t>
            </w:r>
            <w:r w:rsidRPr="00761D79">
              <w:rPr>
                <w:lang w:val="ru-RU"/>
              </w:rPr>
              <w:br/>
            </w: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алгоритма различения приставок и предлогов;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F3FC15C" w14:textId="77777777" w:rsidR="00002407" w:rsidRPr="00761D79" w:rsidRDefault="00002407" w:rsidP="00CF21F5">
            <w:pPr>
              <w:autoSpaceDE w:val="0"/>
              <w:autoSpaceDN w:val="0"/>
              <w:spacing w:before="78" w:after="0" w:line="250" w:lineRule="auto"/>
              <w:ind w:left="72" w:right="144"/>
              <w:rPr>
                <w:lang w:val="ru-RU"/>
              </w:rPr>
            </w:pP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опрос; Письменный </w:t>
            </w:r>
            <w:r w:rsidRPr="00761D79">
              <w:rPr>
                <w:lang w:val="ru-RU"/>
              </w:rPr>
              <w:br/>
            </w: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контроль; </w:t>
            </w:r>
            <w:r w:rsidRPr="00761D79">
              <w:rPr>
                <w:lang w:val="ru-RU"/>
              </w:rPr>
              <w:br/>
            </w: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Диктант;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BE9A810" w14:textId="77777777" w:rsidR="00002407" w:rsidRDefault="00002407" w:rsidP="00CF21F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учи.ру</w:t>
            </w:r>
          </w:p>
        </w:tc>
      </w:tr>
      <w:tr w:rsidR="00002407" w14:paraId="12076FFB" w14:textId="77777777" w:rsidTr="00CF21F5">
        <w:trPr>
          <w:trHeight w:hRule="exact" w:val="348"/>
        </w:trPr>
        <w:tc>
          <w:tcPr>
            <w:tcW w:w="6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735DCB" w14:textId="77777777" w:rsidR="00002407" w:rsidRDefault="00002407" w:rsidP="00CF21F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E22390" w14:textId="77777777" w:rsidR="00002407" w:rsidRDefault="00002407" w:rsidP="00CF21F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24</w:t>
            </w:r>
          </w:p>
        </w:tc>
        <w:tc>
          <w:tcPr>
            <w:tcW w:w="81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7B3E08" w14:textId="77777777" w:rsidR="00002407" w:rsidRDefault="00002407" w:rsidP="00CF21F5"/>
        </w:tc>
      </w:tr>
      <w:tr w:rsidR="00002407" w14:paraId="6CFEDA92" w14:textId="77777777" w:rsidTr="00CF21F5">
        <w:trPr>
          <w:trHeight w:hRule="exact" w:val="32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25FB711" w14:textId="77777777" w:rsidR="00002407" w:rsidRDefault="00002407" w:rsidP="00CF21F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Раздел 6.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Синтаксис</w:t>
            </w:r>
          </w:p>
        </w:tc>
      </w:tr>
      <w:tr w:rsidR="00002407" w14:paraId="7CD4AD1B" w14:textId="77777777" w:rsidTr="00CF21F5">
        <w:trPr>
          <w:trHeight w:hRule="exact" w:val="130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6A453B" w14:textId="77777777" w:rsidR="00002407" w:rsidRDefault="00002407" w:rsidP="00CF21F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6.1.</w:t>
            </w:r>
          </w:p>
        </w:tc>
        <w:tc>
          <w:tcPr>
            <w:tcW w:w="6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EECA25" w14:textId="77777777" w:rsidR="00002407" w:rsidRDefault="00002407" w:rsidP="00CF21F5">
            <w:pPr>
              <w:autoSpaceDE w:val="0"/>
              <w:autoSpaceDN w:val="0"/>
              <w:spacing w:before="78" w:after="0" w:line="245" w:lineRule="auto"/>
              <w:ind w:left="72" w:right="1584"/>
            </w:pP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Порядок слов в предложении; связь слов в предложении (повторение).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Предложение как единица языка.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7CD9B86" w14:textId="77777777" w:rsidR="00002407" w:rsidRDefault="00002407" w:rsidP="00CF21F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D4325B" w14:textId="77777777" w:rsidR="00002407" w:rsidRDefault="00002407" w:rsidP="00CF21F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9C9C43" w14:textId="77777777" w:rsidR="00002407" w:rsidRDefault="00002407" w:rsidP="00CF21F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236996" w14:textId="31F6F4FA" w:rsidR="00002407" w:rsidRDefault="00002407" w:rsidP="00CF21F5">
            <w:pPr>
              <w:autoSpaceDE w:val="0"/>
              <w:autoSpaceDN w:val="0"/>
              <w:spacing w:before="78" w:after="0" w:line="230" w:lineRule="auto"/>
              <w:jc w:val="center"/>
            </w:pP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896A8FD" w14:textId="77777777" w:rsidR="00002407" w:rsidRPr="00761D79" w:rsidRDefault="00002407" w:rsidP="00CF21F5">
            <w:pPr>
              <w:autoSpaceDE w:val="0"/>
              <w:autoSpaceDN w:val="0"/>
              <w:spacing w:before="78" w:after="0" w:line="252" w:lineRule="auto"/>
              <w:ind w:left="72" w:right="288"/>
              <w:rPr>
                <w:lang w:val="ru-RU"/>
              </w:rPr>
            </w:pP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Обсуждение проблемного </w:t>
            </w:r>
            <w:r w:rsidRPr="00761D79">
              <w:rPr>
                <w:lang w:val="ru-RU"/>
              </w:rPr>
              <w:br/>
            </w: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вопроса «Чем различаются предло​жение и „не </w:t>
            </w:r>
            <w:r w:rsidRPr="00761D79">
              <w:rPr>
                <w:lang w:val="ru-RU"/>
              </w:rPr>
              <w:br/>
            </w: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предложение“?»; </w:t>
            </w:r>
            <w:r w:rsidRPr="00761D79">
              <w:rPr>
                <w:lang w:val="ru-RU"/>
              </w:rPr>
              <w:br/>
            </w: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Наблюдение за связью слов в предложении;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DDB15F" w14:textId="77777777" w:rsidR="00002407" w:rsidRDefault="00002407" w:rsidP="00CF21F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1EA83F1" w14:textId="77777777" w:rsidR="00002407" w:rsidRDefault="00002407" w:rsidP="00CF21F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учи.ру</w:t>
            </w:r>
          </w:p>
        </w:tc>
      </w:tr>
      <w:tr w:rsidR="00002407" w14:paraId="22972A5F" w14:textId="77777777" w:rsidTr="00CF21F5">
        <w:trPr>
          <w:trHeight w:hRule="exact" w:val="150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01EEFB" w14:textId="77777777" w:rsidR="00002407" w:rsidRDefault="00002407" w:rsidP="00CF21F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6.2.</w:t>
            </w:r>
          </w:p>
        </w:tc>
        <w:tc>
          <w:tcPr>
            <w:tcW w:w="6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339C490" w14:textId="77777777" w:rsidR="00002407" w:rsidRPr="00761D79" w:rsidRDefault="00002407" w:rsidP="00CF21F5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Предложение и слово. Отличие предложения от слова. Наблюдение за выделением в устной речи одного из слов предложения (логическое ударение)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3696B0" w14:textId="77777777" w:rsidR="00002407" w:rsidRDefault="00002407" w:rsidP="00CF21F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3FB7A1" w14:textId="77777777" w:rsidR="00002407" w:rsidRDefault="00002407" w:rsidP="00CF21F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6745F3A" w14:textId="77777777" w:rsidR="00002407" w:rsidRDefault="00002407" w:rsidP="00CF21F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75EF56" w14:textId="6A20E12D" w:rsidR="00002407" w:rsidRDefault="00002407" w:rsidP="00CF21F5">
            <w:pPr>
              <w:autoSpaceDE w:val="0"/>
              <w:autoSpaceDN w:val="0"/>
              <w:spacing w:before="78" w:after="0" w:line="245" w:lineRule="auto"/>
              <w:jc w:val="center"/>
            </w:pP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C6BAA15" w14:textId="77777777" w:rsidR="00002407" w:rsidRPr="00761D79" w:rsidRDefault="00002407" w:rsidP="00CF21F5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Упражнение: запись </w:t>
            </w:r>
            <w:r w:rsidRPr="00761D79">
              <w:rPr>
                <w:lang w:val="ru-RU"/>
              </w:rPr>
              <w:br/>
            </w: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предложений с употреблением слов в предложениях в нужной форме (с опорой на собственный речевой опыт); </w:t>
            </w:r>
            <w:r w:rsidRPr="00761D79">
              <w:rPr>
                <w:lang w:val="ru-RU"/>
              </w:rPr>
              <w:br/>
            </w: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в парах: составление </w:t>
            </w:r>
            <w:r w:rsidRPr="00761D79">
              <w:rPr>
                <w:lang w:val="ru-RU"/>
              </w:rPr>
              <w:br/>
            </w: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предложений из набора слов;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68BA6C" w14:textId="77777777" w:rsidR="00002407" w:rsidRDefault="00002407" w:rsidP="00CF21F5">
            <w:pPr>
              <w:autoSpaceDE w:val="0"/>
              <w:autoSpaceDN w:val="0"/>
              <w:spacing w:before="78" w:after="0" w:line="247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C4B66B" w14:textId="77777777" w:rsidR="00002407" w:rsidRDefault="00002407" w:rsidP="00CF21F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РЭШ</w:t>
            </w:r>
          </w:p>
        </w:tc>
      </w:tr>
      <w:tr w:rsidR="00002407" w14:paraId="2FB07360" w14:textId="77777777" w:rsidTr="00CF21F5">
        <w:trPr>
          <w:trHeight w:hRule="exact" w:val="111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C414FF6" w14:textId="77777777" w:rsidR="00002407" w:rsidRDefault="00002407" w:rsidP="00CF21F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6.3.</w:t>
            </w:r>
          </w:p>
        </w:tc>
        <w:tc>
          <w:tcPr>
            <w:tcW w:w="6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A554DB" w14:textId="77777777" w:rsidR="00002407" w:rsidRPr="00761D79" w:rsidRDefault="00002407" w:rsidP="00CF21F5">
            <w:pPr>
              <w:autoSpaceDE w:val="0"/>
              <w:autoSpaceDN w:val="0"/>
              <w:spacing w:before="76" w:after="0" w:line="245" w:lineRule="auto"/>
              <w:ind w:left="72" w:right="864"/>
              <w:rPr>
                <w:lang w:val="ru-RU"/>
              </w:rPr>
            </w:pP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Виды предложений по цели высказывания: повествовательные, вопросительные, побудительные предложения.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B509C9" w14:textId="77777777" w:rsidR="00002407" w:rsidRDefault="00002407" w:rsidP="00CF21F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452EA7" w14:textId="77777777" w:rsidR="00002407" w:rsidRDefault="00002407" w:rsidP="00CF21F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E1B6CD9" w14:textId="77777777" w:rsidR="00002407" w:rsidRDefault="00002407" w:rsidP="00CF21F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2B92CE" w14:textId="0A6B6AB2" w:rsidR="00002407" w:rsidRDefault="00002407" w:rsidP="00CF21F5">
            <w:pPr>
              <w:autoSpaceDE w:val="0"/>
              <w:autoSpaceDN w:val="0"/>
              <w:spacing w:before="76" w:after="0" w:line="245" w:lineRule="auto"/>
              <w:jc w:val="center"/>
            </w:pP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ABB7BC" w14:textId="77777777" w:rsidR="00002407" w:rsidRPr="00761D79" w:rsidRDefault="00002407" w:rsidP="00CF21F5">
            <w:pPr>
              <w:autoSpaceDE w:val="0"/>
              <w:autoSpaceDN w:val="0"/>
              <w:spacing w:before="76" w:after="0" w:line="252" w:lineRule="auto"/>
              <w:ind w:left="72" w:right="144"/>
              <w:rPr>
                <w:lang w:val="ru-RU"/>
              </w:rPr>
            </w:pP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в парах: составление </w:t>
            </w:r>
            <w:r w:rsidRPr="00761D79">
              <w:rPr>
                <w:lang w:val="ru-RU"/>
              </w:rPr>
              <w:br/>
            </w: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предложений из набора слов; Составление таблицы «Виды предложений по цели высказы​</w:t>
            </w:r>
            <w:r w:rsidRPr="00761D79">
              <w:rPr>
                <w:rFonts w:ascii="DejaVu Serif" w:eastAsia="DejaVu Serif" w:hAnsi="DejaVu Serif"/>
                <w:color w:val="000000"/>
                <w:w w:val="97"/>
                <w:sz w:val="16"/>
                <w:lang w:val="ru-RU"/>
              </w:rPr>
              <w:t>‐</w:t>
            </w: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вания», подбор примеров;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B48B67" w14:textId="77777777" w:rsidR="00002407" w:rsidRDefault="00002407" w:rsidP="00CF21F5">
            <w:pPr>
              <w:autoSpaceDE w:val="0"/>
              <w:autoSpaceDN w:val="0"/>
              <w:spacing w:before="76" w:after="0" w:line="25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54BBAB" w14:textId="77777777" w:rsidR="00002407" w:rsidRDefault="00002407" w:rsidP="00CF21F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учи.ру</w:t>
            </w:r>
          </w:p>
        </w:tc>
      </w:tr>
      <w:tr w:rsidR="00002407" w14:paraId="6F99C3C6" w14:textId="77777777" w:rsidTr="00CF21F5">
        <w:trPr>
          <w:trHeight w:hRule="exact" w:val="130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F470511" w14:textId="77777777" w:rsidR="00002407" w:rsidRDefault="00002407" w:rsidP="00CF21F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6.4.</w:t>
            </w:r>
          </w:p>
        </w:tc>
        <w:tc>
          <w:tcPr>
            <w:tcW w:w="647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9A12D4" w14:textId="77777777" w:rsidR="00002407" w:rsidRPr="00761D79" w:rsidRDefault="00002407" w:rsidP="00CF21F5">
            <w:pPr>
              <w:autoSpaceDE w:val="0"/>
              <w:autoSpaceDN w:val="0"/>
              <w:spacing w:before="78" w:after="0" w:line="245" w:lineRule="auto"/>
              <w:ind w:left="72" w:right="720"/>
              <w:rPr>
                <w:lang w:val="ru-RU"/>
              </w:rPr>
            </w:pP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Виды предложений по эмоциональной окраске (по интонации): восклицательные и невосклицательные предложения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D10496" w14:textId="77777777" w:rsidR="00002407" w:rsidRDefault="00002407" w:rsidP="00CF21F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A9E9D3" w14:textId="77777777" w:rsidR="00002407" w:rsidRDefault="00002407" w:rsidP="00CF21F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D7C33D2" w14:textId="77777777" w:rsidR="00002407" w:rsidRDefault="00002407" w:rsidP="00CF21F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DCD5E9" w14:textId="55E8DEFE" w:rsidR="00002407" w:rsidRDefault="00002407" w:rsidP="00CF21F5">
            <w:pPr>
              <w:autoSpaceDE w:val="0"/>
              <w:autoSpaceDN w:val="0"/>
              <w:spacing w:before="78" w:after="0" w:line="245" w:lineRule="auto"/>
              <w:jc w:val="center"/>
            </w:pP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06FE3A" w14:textId="77777777" w:rsidR="00002407" w:rsidRPr="00761D79" w:rsidRDefault="00002407" w:rsidP="00CF21F5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Составление таблицы «Виды предложений по цели высказы​</w:t>
            </w:r>
            <w:r w:rsidRPr="00761D79">
              <w:rPr>
                <w:rFonts w:ascii="DejaVu Serif" w:eastAsia="DejaVu Serif" w:hAnsi="DejaVu Serif"/>
                <w:color w:val="000000"/>
                <w:w w:val="97"/>
                <w:sz w:val="16"/>
                <w:lang w:val="ru-RU"/>
              </w:rPr>
              <w:t>‐</w:t>
            </w: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вания», подбор примеров; </w:t>
            </w:r>
            <w:r w:rsidRPr="00761D79">
              <w:rPr>
                <w:lang w:val="ru-RU"/>
              </w:rPr>
              <w:br/>
            </w: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Практическая работа: выбирать из текста предложения по </w:t>
            </w:r>
            <w:r w:rsidRPr="00761D79">
              <w:rPr>
                <w:lang w:val="ru-RU"/>
              </w:rPr>
              <w:br/>
            </w: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заданным признакам;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E539B7C" w14:textId="77777777" w:rsidR="00002407" w:rsidRDefault="00002407" w:rsidP="00CF21F5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 Диктант;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880C888" w14:textId="77777777" w:rsidR="00002407" w:rsidRDefault="00002407" w:rsidP="00CF21F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РЭШ</w:t>
            </w:r>
          </w:p>
        </w:tc>
      </w:tr>
      <w:tr w:rsidR="00002407" w14:paraId="13738AE2" w14:textId="77777777" w:rsidTr="00CF21F5">
        <w:trPr>
          <w:trHeight w:hRule="exact" w:val="350"/>
        </w:trPr>
        <w:tc>
          <w:tcPr>
            <w:tcW w:w="6868" w:type="dxa"/>
            <w:gridSpan w:val="2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F86FDF" w14:textId="77777777" w:rsidR="00002407" w:rsidRDefault="00002407" w:rsidP="00CF21F5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lastRenderedPageBreak/>
              <w:t>Итого по разделу: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E8C268" w14:textId="77777777" w:rsidR="00002407" w:rsidRDefault="00002407" w:rsidP="00CF21F5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14</w:t>
            </w:r>
          </w:p>
        </w:tc>
        <w:tc>
          <w:tcPr>
            <w:tcW w:w="8106" w:type="dxa"/>
            <w:gridSpan w:val="6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770E7D" w14:textId="77777777" w:rsidR="00002407" w:rsidRDefault="00002407" w:rsidP="00CF21F5"/>
        </w:tc>
      </w:tr>
      <w:tr w:rsidR="00002407" w14:paraId="6F01915B" w14:textId="77777777" w:rsidTr="00CF21F5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2A3BFCA" w14:textId="77777777" w:rsidR="00002407" w:rsidRDefault="00002407" w:rsidP="00CF21F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Раздел 7.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Орфография и пунктуация</w:t>
            </w:r>
          </w:p>
        </w:tc>
      </w:tr>
      <w:tr w:rsidR="00002407" w14:paraId="1E489B16" w14:textId="77777777" w:rsidTr="00CF21F5">
        <w:trPr>
          <w:trHeight w:hRule="exact" w:val="150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323C42" w14:textId="77777777" w:rsidR="00002407" w:rsidRDefault="00002407" w:rsidP="00CF21F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7.1.</w:t>
            </w:r>
          </w:p>
        </w:tc>
        <w:tc>
          <w:tcPr>
            <w:tcW w:w="6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3E6E8A" w14:textId="77777777" w:rsidR="00002407" w:rsidRPr="00761D79" w:rsidRDefault="00002407" w:rsidP="00CF21F5">
            <w:pPr>
              <w:autoSpaceDE w:val="0"/>
              <w:autoSpaceDN w:val="0"/>
              <w:spacing w:before="76" w:after="0" w:line="252" w:lineRule="auto"/>
              <w:ind w:left="72"/>
              <w:rPr>
                <w:lang w:val="ru-RU"/>
              </w:rPr>
            </w:pP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Повторение правил право-писания, изученных в 1 классе: прописная буква в начале </w:t>
            </w:r>
            <w:r w:rsidRPr="00761D79">
              <w:rPr>
                <w:lang w:val="ru-RU"/>
              </w:rPr>
              <w:br/>
            </w: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предложения и в именах собственных (имена, фамилии,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</w:t>
            </w:r>
            <w:r w:rsidRPr="00761D79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жи, ши</w:t>
            </w: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(в положении под ударением), </w:t>
            </w:r>
            <w:r w:rsidRPr="00761D79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ча, ща, чу, щу</w:t>
            </w: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сочетания </w:t>
            </w:r>
            <w:r w:rsidRPr="00761D79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чк, чн</w:t>
            </w: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2397AC" w14:textId="77777777" w:rsidR="00002407" w:rsidRDefault="00002407" w:rsidP="00CF21F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27E7EC5" w14:textId="77777777" w:rsidR="00002407" w:rsidRDefault="00002407" w:rsidP="00CF21F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D22AE0" w14:textId="77777777" w:rsidR="00002407" w:rsidRDefault="00002407" w:rsidP="00CF21F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C3AF03" w14:textId="0329E054" w:rsidR="00002407" w:rsidRDefault="00002407" w:rsidP="00CF21F5">
            <w:pPr>
              <w:autoSpaceDE w:val="0"/>
              <w:autoSpaceDN w:val="0"/>
              <w:spacing w:before="76" w:after="0" w:line="245" w:lineRule="auto"/>
              <w:jc w:val="center"/>
            </w:pP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1DE58C" w14:textId="77777777" w:rsidR="00002407" w:rsidRPr="00761D79" w:rsidRDefault="00002407" w:rsidP="00CF21F5">
            <w:pPr>
              <w:autoSpaceDE w:val="0"/>
              <w:autoSpaceDN w:val="0"/>
              <w:spacing w:before="76" w:after="0" w:line="250" w:lineRule="auto"/>
              <w:ind w:left="72" w:right="288"/>
              <w:rPr>
                <w:lang w:val="ru-RU"/>
              </w:rPr>
            </w:pP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Упражнения на закрепление правила написания сочетаний жи, ши, ча, ща, чу, щу; чк, чн.</w:t>
            </w:r>
          </w:p>
          <w:p w14:paraId="69FC1595" w14:textId="77777777" w:rsidR="00002407" w:rsidRPr="00761D79" w:rsidRDefault="00002407" w:rsidP="00CF21F5">
            <w:pPr>
              <w:autoSpaceDE w:val="0"/>
              <w:autoSpaceDN w:val="0"/>
              <w:spacing w:before="18" w:after="0" w:line="250" w:lineRule="auto"/>
              <w:ind w:left="72"/>
              <w:rPr>
                <w:lang w:val="ru-RU"/>
              </w:rPr>
            </w:pP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Взаимопроверка. Осуществ​ление самоконтроля использования </w:t>
            </w:r>
            <w:r w:rsidRPr="00761D79">
              <w:rPr>
                <w:lang w:val="ru-RU"/>
              </w:rPr>
              <w:br/>
            </w: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правила;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D4DA49" w14:textId="77777777" w:rsidR="00002407" w:rsidRPr="00761D79" w:rsidRDefault="00002407" w:rsidP="00CF21F5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опрос; Письменный </w:t>
            </w:r>
            <w:r w:rsidRPr="00761D79">
              <w:rPr>
                <w:lang w:val="ru-RU"/>
              </w:rPr>
              <w:br/>
            </w: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контроль; </w:t>
            </w:r>
            <w:r w:rsidRPr="00761D79">
              <w:rPr>
                <w:lang w:val="ru-RU"/>
              </w:rPr>
              <w:br/>
            </w: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Самооценка с </w:t>
            </w:r>
            <w:r w:rsidRPr="00761D79">
              <w:rPr>
                <w:lang w:val="ru-RU"/>
              </w:rPr>
              <w:br/>
            </w: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использованием«Оценочного </w:t>
            </w:r>
            <w:r w:rsidRPr="00761D79">
              <w:rPr>
                <w:lang w:val="ru-RU"/>
              </w:rPr>
              <w:br/>
            </w: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листа»;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C6DE3D" w14:textId="77777777" w:rsidR="00002407" w:rsidRDefault="00002407" w:rsidP="00CF21F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учи.ру</w:t>
            </w:r>
          </w:p>
        </w:tc>
      </w:tr>
      <w:tr w:rsidR="00002407" w14:paraId="69DD0679" w14:textId="77777777" w:rsidTr="00CF21F5">
        <w:trPr>
          <w:trHeight w:hRule="exact" w:val="321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72550F" w14:textId="77777777" w:rsidR="00002407" w:rsidRDefault="00002407" w:rsidP="00CF21F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7.2.</w:t>
            </w:r>
          </w:p>
        </w:tc>
        <w:tc>
          <w:tcPr>
            <w:tcW w:w="6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3617E2" w14:textId="77777777" w:rsidR="00002407" w:rsidRPr="00761D79" w:rsidRDefault="00002407" w:rsidP="00CF21F5">
            <w:pPr>
              <w:autoSpaceDE w:val="0"/>
              <w:autoSpaceDN w:val="0"/>
              <w:spacing w:before="78" w:after="0" w:line="245" w:lineRule="auto"/>
              <w:ind w:left="72" w:right="432"/>
              <w:rPr>
                <w:lang w:val="ru-RU"/>
              </w:rPr>
            </w:pP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Формирование орфографической зоркости: осознание места возможного возникновения орфографической ошибки.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3F2778" w14:textId="77777777" w:rsidR="00002407" w:rsidRDefault="00002407" w:rsidP="00CF21F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DA15C9" w14:textId="77777777" w:rsidR="00002407" w:rsidRDefault="00002407" w:rsidP="00CF21F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F82AF24" w14:textId="77777777" w:rsidR="00002407" w:rsidRDefault="00002407" w:rsidP="00CF21F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85B9F1" w14:textId="788FB740" w:rsidR="00002407" w:rsidRDefault="00002407" w:rsidP="00CF21F5">
            <w:pPr>
              <w:autoSpaceDE w:val="0"/>
              <w:autoSpaceDN w:val="0"/>
              <w:spacing w:before="78" w:after="0" w:line="245" w:lineRule="auto"/>
              <w:jc w:val="center"/>
            </w:pP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3B1F6D" w14:textId="77777777" w:rsidR="00002407" w:rsidRPr="00761D79" w:rsidRDefault="00002407" w:rsidP="00CF21F5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Дифференцированное задание: нахождение слов по заданно​му основанию (слова, которые </w:t>
            </w:r>
            <w:r w:rsidRPr="00761D79">
              <w:rPr>
                <w:lang w:val="ru-RU"/>
              </w:rPr>
              <w:br/>
            </w: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нельзя перенести); </w:t>
            </w:r>
            <w:r w:rsidRPr="00761D79">
              <w:rPr>
                <w:lang w:val="ru-RU"/>
              </w:rPr>
              <w:br/>
            </w: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в группах: группировка слов по заданным основани​ям: совпадают или не совпадают </w:t>
            </w:r>
            <w:r w:rsidRPr="00761D79">
              <w:rPr>
                <w:lang w:val="ru-RU"/>
              </w:rPr>
              <w:br/>
            </w: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произношение и написание </w:t>
            </w:r>
            <w:r w:rsidRPr="00761D79">
              <w:rPr>
                <w:lang w:val="ru-RU"/>
              </w:rPr>
              <w:br/>
            </w: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согласных звуков в корне слова; Работа в парах: аргументировать написание в тексте слов с </w:t>
            </w:r>
            <w:r w:rsidRPr="00761D79">
              <w:rPr>
                <w:lang w:val="ru-RU"/>
              </w:rPr>
              <w:br/>
            </w: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изученными орфограммами; </w:t>
            </w:r>
            <w:r w:rsidRPr="00761D79">
              <w:rPr>
                <w:lang w:val="ru-RU"/>
              </w:rPr>
              <w:br/>
            </w: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Самостоятельная работа: </w:t>
            </w:r>
            <w:r w:rsidRPr="00761D79">
              <w:rPr>
                <w:lang w:val="ru-RU"/>
              </w:rPr>
              <w:br/>
            </w: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находить и фиксировать </w:t>
            </w:r>
            <w:r w:rsidRPr="00761D79">
              <w:rPr>
                <w:lang w:val="ru-RU"/>
              </w:rPr>
              <w:br/>
            </w: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(графиче​ски обозначать) </w:t>
            </w:r>
            <w:r w:rsidRPr="00761D79">
              <w:rPr>
                <w:lang w:val="ru-RU"/>
              </w:rPr>
              <w:br/>
            </w: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орфограммы;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31805F" w14:textId="77777777" w:rsidR="00002407" w:rsidRDefault="00002407" w:rsidP="00CF21F5">
            <w:pPr>
              <w:autoSpaceDE w:val="0"/>
              <w:autoSpaceDN w:val="0"/>
              <w:spacing w:before="78" w:after="0" w:line="247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D16AC4D" w14:textId="77777777" w:rsidR="00002407" w:rsidRDefault="00002407" w:rsidP="00CF21F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РЭШ</w:t>
            </w:r>
          </w:p>
        </w:tc>
      </w:tr>
      <w:tr w:rsidR="00002407" w14:paraId="4597ABDE" w14:textId="77777777" w:rsidTr="00CF21F5">
        <w:trPr>
          <w:trHeight w:hRule="exact" w:val="92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D32221E" w14:textId="77777777" w:rsidR="00002407" w:rsidRDefault="00002407" w:rsidP="00CF21F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7.3.</w:t>
            </w:r>
          </w:p>
        </w:tc>
        <w:tc>
          <w:tcPr>
            <w:tcW w:w="6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539BA8" w14:textId="77777777" w:rsidR="00002407" w:rsidRDefault="00002407" w:rsidP="00CF21F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Понятие орфограммы.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D87762A" w14:textId="77777777" w:rsidR="00002407" w:rsidRDefault="00002407" w:rsidP="00CF21F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CD0618" w14:textId="77777777" w:rsidR="00002407" w:rsidRDefault="00002407" w:rsidP="00CF21F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6FA295" w14:textId="77777777" w:rsidR="00002407" w:rsidRDefault="00002407" w:rsidP="00CF21F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BCFC22" w14:textId="3C76100F" w:rsidR="00002407" w:rsidRDefault="00002407" w:rsidP="00CF21F5">
            <w:pPr>
              <w:autoSpaceDE w:val="0"/>
              <w:autoSpaceDN w:val="0"/>
              <w:spacing w:before="78" w:after="0" w:line="245" w:lineRule="auto"/>
              <w:jc w:val="center"/>
            </w:pP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2215B33" w14:textId="77777777" w:rsidR="00002407" w:rsidRPr="00761D79" w:rsidRDefault="00002407" w:rsidP="00CF21F5">
            <w:pPr>
              <w:autoSpaceDE w:val="0"/>
              <w:autoSpaceDN w:val="0"/>
              <w:spacing w:before="78" w:after="0" w:line="250" w:lineRule="auto"/>
              <w:ind w:left="72" w:right="288"/>
              <w:rPr>
                <w:lang w:val="ru-RU"/>
              </w:rPr>
            </w:pP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Объяснение учащимися </w:t>
            </w:r>
            <w:r w:rsidRPr="00761D79">
              <w:rPr>
                <w:lang w:val="ru-RU"/>
              </w:rPr>
              <w:br/>
            </w: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собственных действий при подборе проверочных слов и указание на тип орфограммы;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B48BDE" w14:textId="77777777" w:rsidR="00002407" w:rsidRDefault="00002407" w:rsidP="00CF21F5">
            <w:pPr>
              <w:autoSpaceDE w:val="0"/>
              <w:autoSpaceDN w:val="0"/>
              <w:spacing w:before="78" w:after="0" w:line="247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D66A368" w14:textId="77777777" w:rsidR="00002407" w:rsidRDefault="00002407" w:rsidP="00CF21F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учи.ру</w:t>
            </w:r>
          </w:p>
        </w:tc>
      </w:tr>
      <w:tr w:rsidR="00002407" w14:paraId="7D1421D5" w14:textId="77777777" w:rsidTr="00CF21F5">
        <w:trPr>
          <w:trHeight w:hRule="exact" w:val="131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A92A61" w14:textId="77777777" w:rsidR="00002407" w:rsidRDefault="00002407" w:rsidP="00CF21F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7.4.</w:t>
            </w:r>
          </w:p>
        </w:tc>
        <w:tc>
          <w:tcPr>
            <w:tcW w:w="6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CBB710" w14:textId="77777777" w:rsidR="00002407" w:rsidRPr="00761D79" w:rsidRDefault="00002407" w:rsidP="00CF21F5">
            <w:pPr>
              <w:autoSpaceDE w:val="0"/>
              <w:autoSpaceDN w:val="0"/>
              <w:spacing w:before="78" w:after="0" w:line="245" w:lineRule="auto"/>
              <w:ind w:left="72"/>
              <w:rPr>
                <w:lang w:val="ru-RU"/>
              </w:rPr>
            </w:pP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Использование различных способов решения орфографической задачи в зависимости от места орфограммы в слове.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3AA2E6" w14:textId="77777777" w:rsidR="00002407" w:rsidRDefault="00002407" w:rsidP="00CF21F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883356" w14:textId="77777777" w:rsidR="00002407" w:rsidRDefault="00002407" w:rsidP="00CF21F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265CA9" w14:textId="77777777" w:rsidR="00002407" w:rsidRDefault="00002407" w:rsidP="00CF21F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BD80E2" w14:textId="25E67810" w:rsidR="00002407" w:rsidRDefault="00002407" w:rsidP="00CF21F5">
            <w:pPr>
              <w:autoSpaceDE w:val="0"/>
              <w:autoSpaceDN w:val="0"/>
              <w:spacing w:before="78" w:after="0" w:line="245" w:lineRule="auto"/>
              <w:jc w:val="center"/>
            </w:pP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062E7F" w14:textId="77777777" w:rsidR="00002407" w:rsidRPr="00761D79" w:rsidRDefault="00002407" w:rsidP="00CF21F5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Комментированное письмо при записи слов под диктовку: </w:t>
            </w:r>
            <w:r w:rsidRPr="00761D79">
              <w:rPr>
                <w:lang w:val="ru-RU"/>
              </w:rPr>
              <w:br/>
            </w: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выявлять наличие в корне слова изучаемых орфограмм, </w:t>
            </w:r>
            <w:r w:rsidRPr="00761D79">
              <w:rPr>
                <w:lang w:val="ru-RU"/>
              </w:rPr>
              <w:br/>
            </w: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обосновывать способ проверки орфограмм;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32BA84" w14:textId="77777777" w:rsidR="00002407" w:rsidRDefault="00002407" w:rsidP="00CF21F5">
            <w:pPr>
              <w:autoSpaceDE w:val="0"/>
              <w:autoSpaceDN w:val="0"/>
              <w:spacing w:before="78" w:after="0" w:line="247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2A47DF" w14:textId="77777777" w:rsidR="00002407" w:rsidRDefault="00002407" w:rsidP="00CF21F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учи.ру</w:t>
            </w:r>
          </w:p>
        </w:tc>
      </w:tr>
      <w:tr w:rsidR="00002407" w14:paraId="74022D33" w14:textId="77777777" w:rsidTr="00CF21F5">
        <w:trPr>
          <w:trHeight w:hRule="exact" w:val="92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62D0E8" w14:textId="77777777" w:rsidR="00002407" w:rsidRDefault="00002407" w:rsidP="00CF21F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7.5.</w:t>
            </w:r>
          </w:p>
        </w:tc>
        <w:tc>
          <w:tcPr>
            <w:tcW w:w="6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F516BE" w14:textId="77777777" w:rsidR="00002407" w:rsidRPr="00761D79" w:rsidRDefault="00002407" w:rsidP="00CF21F5">
            <w:pPr>
              <w:autoSpaceDE w:val="0"/>
              <w:autoSpaceDN w:val="0"/>
              <w:spacing w:before="76" w:after="0" w:line="245" w:lineRule="auto"/>
              <w:ind w:left="72" w:right="144"/>
              <w:rPr>
                <w:lang w:val="ru-RU"/>
              </w:rPr>
            </w:pP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Использование орфографического словаря учебника для определения (уточ​нения) написания слова.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2765549" w14:textId="77777777" w:rsidR="00002407" w:rsidRDefault="00002407" w:rsidP="00CF21F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B29853" w14:textId="77777777" w:rsidR="00002407" w:rsidRDefault="00002407" w:rsidP="00CF21F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8A9AF1" w14:textId="77777777" w:rsidR="00002407" w:rsidRDefault="00002407" w:rsidP="00CF21F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66F3E1" w14:textId="1598D40D" w:rsidR="00002407" w:rsidRDefault="00002407" w:rsidP="00CF21F5">
            <w:pPr>
              <w:autoSpaceDE w:val="0"/>
              <w:autoSpaceDN w:val="0"/>
              <w:spacing w:before="76" w:after="0" w:line="245" w:lineRule="auto"/>
              <w:jc w:val="center"/>
            </w:pP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A6E0F8" w14:textId="77777777" w:rsidR="00002407" w:rsidRPr="00761D79" w:rsidRDefault="00002407" w:rsidP="00CF21F5">
            <w:pPr>
              <w:autoSpaceDE w:val="0"/>
              <w:autoSpaceDN w:val="0"/>
              <w:spacing w:before="76" w:after="0" w:line="250" w:lineRule="auto"/>
              <w:ind w:left="72" w:right="576"/>
              <w:rPr>
                <w:lang w:val="ru-RU"/>
              </w:rPr>
            </w:pP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Самостоятельная работа: находить и фиксировать (графиче​ски обозначать) орфограммы;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1168F5" w14:textId="77777777" w:rsidR="00002407" w:rsidRDefault="00002407" w:rsidP="00CF21F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F430D5" w14:textId="77777777" w:rsidR="00002407" w:rsidRDefault="00002407" w:rsidP="00CF21F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учи.ру</w:t>
            </w:r>
          </w:p>
        </w:tc>
      </w:tr>
      <w:tr w:rsidR="00002407" w14:paraId="29A1FB98" w14:textId="77777777" w:rsidTr="00CF21F5">
        <w:trPr>
          <w:trHeight w:hRule="exact" w:val="92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8CE4DB" w14:textId="77777777" w:rsidR="00002407" w:rsidRDefault="00002407" w:rsidP="00CF21F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7.6.</w:t>
            </w:r>
          </w:p>
        </w:tc>
        <w:tc>
          <w:tcPr>
            <w:tcW w:w="6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2346B9E" w14:textId="77777777" w:rsidR="00002407" w:rsidRPr="00761D79" w:rsidRDefault="00002407" w:rsidP="00CF21F5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Контроль и самоконтроль при проверке собственных и предложенных текстов.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115FDE" w14:textId="77777777" w:rsidR="00002407" w:rsidRDefault="00002407" w:rsidP="00CF21F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597AED3" w14:textId="77777777" w:rsidR="00002407" w:rsidRDefault="00002407" w:rsidP="00CF21F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1AB324" w14:textId="77777777" w:rsidR="00002407" w:rsidRDefault="00002407" w:rsidP="00CF21F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657216E" w14:textId="230BC00B" w:rsidR="00002407" w:rsidRDefault="00002407" w:rsidP="00CF21F5">
            <w:pPr>
              <w:autoSpaceDE w:val="0"/>
              <w:autoSpaceDN w:val="0"/>
              <w:spacing w:before="76" w:after="0" w:line="245" w:lineRule="auto"/>
              <w:jc w:val="center"/>
            </w:pP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AA3906" w14:textId="77777777" w:rsidR="00002407" w:rsidRPr="00761D79" w:rsidRDefault="00002407" w:rsidP="00CF21F5">
            <w:pPr>
              <w:autoSpaceDE w:val="0"/>
              <w:autoSpaceDN w:val="0"/>
              <w:spacing w:before="76" w:after="0" w:line="250" w:lineRule="auto"/>
              <w:ind w:left="72" w:right="576"/>
              <w:rPr>
                <w:lang w:val="ru-RU"/>
              </w:rPr>
            </w:pP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Самостоятельная работа: находить и фиксировать (графиче​ски обозначать) орфограммы;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5A80A2" w14:textId="77777777" w:rsidR="00002407" w:rsidRDefault="00002407" w:rsidP="00CF21F5">
            <w:pPr>
              <w:autoSpaceDE w:val="0"/>
              <w:autoSpaceDN w:val="0"/>
              <w:spacing w:before="76" w:after="0" w:line="25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059E98" w14:textId="77777777" w:rsidR="00002407" w:rsidRDefault="00002407" w:rsidP="00CF21F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учи.ру</w:t>
            </w:r>
          </w:p>
        </w:tc>
      </w:tr>
      <w:tr w:rsidR="00002407" w14:paraId="2749A4F1" w14:textId="77777777" w:rsidTr="00CF21F5">
        <w:trPr>
          <w:trHeight w:hRule="exact" w:val="207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3DCFE8" w14:textId="77777777" w:rsidR="00002407" w:rsidRDefault="00002407" w:rsidP="00CF21F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lastRenderedPageBreak/>
              <w:t>7.7.</w:t>
            </w:r>
          </w:p>
        </w:tc>
        <w:tc>
          <w:tcPr>
            <w:tcW w:w="6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5DE161" w14:textId="77777777" w:rsidR="00002407" w:rsidRPr="00761D79" w:rsidRDefault="00002407" w:rsidP="00CF21F5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Ознакомление с правилами правописания и их применение:</w:t>
            </w:r>
            <w:r w:rsidRPr="00761D79">
              <w:rPr>
                <w:lang w:val="ru-RU"/>
              </w:rPr>
              <w:br/>
            </w: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 разделительный мягкий знак;</w:t>
            </w:r>
            <w:r w:rsidRPr="00761D79">
              <w:rPr>
                <w:lang w:val="ru-RU"/>
              </w:rPr>
              <w:br/>
            </w: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- сочетания </w:t>
            </w:r>
            <w:r w:rsidRPr="00761D79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чт, щн, нч</w:t>
            </w: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</w:t>
            </w:r>
            <w:r w:rsidRPr="00761D79">
              <w:rPr>
                <w:lang w:val="ru-RU"/>
              </w:rPr>
              <w:br/>
            </w: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 проверяемые безударные гласные в корне слова;</w:t>
            </w:r>
            <w:r w:rsidRPr="00761D79">
              <w:rPr>
                <w:lang w:val="ru-RU"/>
              </w:rPr>
              <w:br/>
            </w: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 парные звонкие и глухие согласные в корне слова;</w:t>
            </w:r>
            <w:r w:rsidRPr="00761D79">
              <w:rPr>
                <w:lang w:val="ru-RU"/>
              </w:rPr>
              <w:br/>
            </w: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 непроверяемые гласные и согласные (перечень слов в орфографическом словаре учебника);- прописная буква в именах собственных: имена, фамилии, отчества людей, клички животных, географические названия;</w:t>
            </w:r>
            <w:r w:rsidRPr="00761D79">
              <w:rPr>
                <w:lang w:val="ru-RU"/>
              </w:rPr>
              <w:br/>
            </w: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 раздельное написание предлогов с именами существительными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9C27DF" w14:textId="77777777" w:rsidR="00002407" w:rsidRDefault="00002407" w:rsidP="00CF21F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9B2637D" w14:textId="77777777" w:rsidR="00002407" w:rsidRDefault="00002407" w:rsidP="00CF21F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9F8535" w14:textId="77777777" w:rsidR="00002407" w:rsidRDefault="00002407" w:rsidP="00CF21F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C61113" w14:textId="02DF690D" w:rsidR="00002407" w:rsidRDefault="00002407" w:rsidP="00CF21F5">
            <w:pPr>
              <w:autoSpaceDE w:val="0"/>
              <w:autoSpaceDN w:val="0"/>
              <w:spacing w:before="78" w:after="0" w:line="245" w:lineRule="auto"/>
              <w:jc w:val="center"/>
            </w:pP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8A0967" w14:textId="77777777" w:rsidR="00002407" w:rsidRPr="00761D79" w:rsidRDefault="00002407" w:rsidP="00CF21F5">
            <w:pPr>
              <w:autoSpaceDE w:val="0"/>
              <w:autoSpaceDN w:val="0"/>
              <w:spacing w:before="78" w:after="0" w:line="254" w:lineRule="auto"/>
              <w:ind w:left="72" w:right="144"/>
              <w:rPr>
                <w:lang w:val="ru-RU"/>
              </w:rPr>
            </w:pP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Упражнение: нахождение и </w:t>
            </w:r>
            <w:r w:rsidRPr="00761D79">
              <w:rPr>
                <w:lang w:val="ru-RU"/>
              </w:rPr>
              <w:br/>
            </w: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фиксация орфограммы «Прове​</w:t>
            </w:r>
            <w:r w:rsidRPr="00761D79">
              <w:rPr>
                <w:rFonts w:ascii="DejaVu Serif" w:eastAsia="DejaVu Serif" w:hAnsi="DejaVu Serif"/>
                <w:color w:val="000000"/>
                <w:w w:val="97"/>
                <w:sz w:val="16"/>
                <w:lang w:val="ru-RU"/>
              </w:rPr>
              <w:t>‐</w:t>
            </w: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ряемые безударные гласные в корне слова»; </w:t>
            </w:r>
            <w:r w:rsidRPr="00761D79">
              <w:rPr>
                <w:lang w:val="ru-RU"/>
              </w:rPr>
              <w:br/>
            </w: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Дифференцированное задание: нахождение ошибок в подборе проверочных слов к словам с орфограммой «Прове​ ряемые безударные гласные в корне </w:t>
            </w:r>
            <w:r w:rsidRPr="00761D79">
              <w:rPr>
                <w:lang w:val="ru-RU"/>
              </w:rPr>
              <w:br/>
            </w: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слова»;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9785DE" w14:textId="77777777" w:rsidR="00002407" w:rsidRPr="00761D79" w:rsidRDefault="00002407" w:rsidP="00CF21F5">
            <w:pPr>
              <w:autoSpaceDE w:val="0"/>
              <w:autoSpaceDN w:val="0"/>
              <w:spacing w:before="78" w:after="0" w:line="250" w:lineRule="auto"/>
              <w:ind w:left="72" w:right="144"/>
              <w:rPr>
                <w:lang w:val="ru-RU"/>
              </w:rPr>
            </w:pP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опрос; Письменный </w:t>
            </w:r>
            <w:r w:rsidRPr="00761D79">
              <w:rPr>
                <w:lang w:val="ru-RU"/>
              </w:rPr>
              <w:br/>
            </w: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контроль; </w:t>
            </w:r>
            <w:r w:rsidRPr="00761D79">
              <w:rPr>
                <w:lang w:val="ru-RU"/>
              </w:rPr>
              <w:br/>
            </w: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Диктант;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F75A22" w14:textId="77777777" w:rsidR="00002407" w:rsidRDefault="00002407" w:rsidP="00CF21F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учи.ру</w:t>
            </w:r>
          </w:p>
        </w:tc>
      </w:tr>
      <w:tr w:rsidR="00002407" w14:paraId="4D6B7B64" w14:textId="77777777" w:rsidTr="00CF21F5">
        <w:trPr>
          <w:trHeight w:hRule="exact" w:val="348"/>
        </w:trPr>
        <w:tc>
          <w:tcPr>
            <w:tcW w:w="6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F497C2E" w14:textId="77777777" w:rsidR="00002407" w:rsidRDefault="00002407" w:rsidP="00CF21F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2DC741" w14:textId="77777777" w:rsidR="00002407" w:rsidRDefault="00002407" w:rsidP="00CF21F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45</w:t>
            </w:r>
          </w:p>
        </w:tc>
        <w:tc>
          <w:tcPr>
            <w:tcW w:w="81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41DA95" w14:textId="77777777" w:rsidR="00002407" w:rsidRDefault="00002407" w:rsidP="00CF21F5"/>
        </w:tc>
      </w:tr>
      <w:tr w:rsidR="00002407" w14:paraId="7FB06292" w14:textId="77777777" w:rsidTr="00CF21F5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698F6F" w14:textId="77777777" w:rsidR="00002407" w:rsidRDefault="00002407" w:rsidP="00CF21F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Раздел 8.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Развитие речи</w:t>
            </w:r>
          </w:p>
        </w:tc>
      </w:tr>
      <w:tr w:rsidR="00002407" w14:paraId="1009F769" w14:textId="77777777" w:rsidTr="00CF21F5">
        <w:trPr>
          <w:trHeight w:hRule="exact" w:val="321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C285A8" w14:textId="77777777" w:rsidR="00002407" w:rsidRDefault="00002407" w:rsidP="00CF21F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8.1.</w:t>
            </w:r>
          </w:p>
        </w:tc>
        <w:tc>
          <w:tcPr>
            <w:tcW w:w="6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8E595F" w14:textId="77777777" w:rsidR="00002407" w:rsidRPr="00761D79" w:rsidRDefault="00002407" w:rsidP="00CF21F5">
            <w:pPr>
              <w:autoSpaceDE w:val="0"/>
              <w:autoSpaceDN w:val="0"/>
              <w:spacing w:before="76" w:after="0" w:line="252" w:lineRule="auto"/>
              <w:ind w:left="72"/>
              <w:rPr>
                <w:lang w:val="ru-RU"/>
              </w:rPr>
            </w:pP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Выбор языковых средств в соответствии с целями и условиями устного общения для </w:t>
            </w:r>
            <w:r w:rsidRPr="00761D79">
              <w:rPr>
                <w:lang w:val="ru-RU"/>
              </w:rPr>
              <w:br/>
            </w: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эффективного решения коммуникативной задачи (для ответа на заданный вопрос, для выражения собственного мнения). Овладение основными умениями ведения разговора (начать, поддержать, закончить разговор, привлечь внимание и т. п.). Практическое овладение диалогической формой речи. Соблюдение норм речевого этикета и орфоэпических норм в ситуациях учебного и бытового общения.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07551A" w14:textId="77777777" w:rsidR="00002407" w:rsidRDefault="00002407" w:rsidP="00CF21F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5873C7" w14:textId="77777777" w:rsidR="00002407" w:rsidRDefault="00002407" w:rsidP="00CF21F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15E6F02" w14:textId="77777777" w:rsidR="00002407" w:rsidRDefault="00002407" w:rsidP="00CF21F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D59822" w14:textId="4CBA11CA" w:rsidR="00002407" w:rsidRDefault="00002407" w:rsidP="00CF21F5">
            <w:pPr>
              <w:autoSpaceDE w:val="0"/>
              <w:autoSpaceDN w:val="0"/>
              <w:spacing w:before="76" w:after="0" w:line="245" w:lineRule="auto"/>
              <w:jc w:val="center"/>
            </w:pP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3A4C95" w14:textId="77777777" w:rsidR="00002407" w:rsidRPr="00761D79" w:rsidRDefault="00002407" w:rsidP="00CF21F5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Обобще​ ние результатов </w:t>
            </w:r>
            <w:r w:rsidRPr="00761D79">
              <w:rPr>
                <w:lang w:val="ru-RU"/>
              </w:rPr>
              <w:br/>
            </w: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диалога: сообщение учителя о том, что в ситуации общения </w:t>
            </w:r>
            <w:r w:rsidRPr="00761D79">
              <w:rPr>
                <w:lang w:val="ru-RU"/>
              </w:rPr>
              <w:br/>
            </w: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важно удерживать цель общения, учитывать, с кем и где </w:t>
            </w:r>
            <w:r w:rsidRPr="00761D79">
              <w:rPr>
                <w:lang w:val="ru-RU"/>
              </w:rPr>
              <w:br/>
            </w: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происходит общение, поскольку от этих особенностей ситуации зависит выбор языковых </w:t>
            </w:r>
            <w:r w:rsidRPr="00761D79">
              <w:rPr>
                <w:lang w:val="ru-RU"/>
              </w:rPr>
              <w:br/>
            </w: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средств; </w:t>
            </w:r>
            <w:r w:rsidRPr="00761D79">
              <w:rPr>
                <w:lang w:val="ru-RU"/>
              </w:rPr>
              <w:br/>
            </w: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Комментированный устный </w:t>
            </w:r>
            <w:r w:rsidRPr="00761D79">
              <w:rPr>
                <w:lang w:val="ru-RU"/>
              </w:rPr>
              <w:br/>
            </w: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выбор правильной реплики из </w:t>
            </w:r>
            <w:r w:rsidRPr="00761D79">
              <w:rPr>
                <w:lang w:val="ru-RU"/>
              </w:rPr>
              <w:br/>
            </w: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нескольких предложенных, </w:t>
            </w:r>
            <w:r w:rsidRPr="00761D79">
              <w:rPr>
                <w:lang w:val="ru-RU"/>
              </w:rPr>
              <w:br/>
            </w: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обоснование целесообразности выбора языковых средств, </w:t>
            </w:r>
            <w:r w:rsidRPr="00761D79">
              <w:rPr>
                <w:lang w:val="ru-RU"/>
              </w:rPr>
              <w:br/>
            </w: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соответствующих цели и услови​</w:t>
            </w:r>
            <w:r w:rsidRPr="00761D79">
              <w:rPr>
                <w:rFonts w:ascii="DejaVu Serif" w:eastAsia="DejaVu Serif" w:hAnsi="DejaVu Serif"/>
                <w:color w:val="000000"/>
                <w:w w:val="97"/>
                <w:sz w:val="16"/>
                <w:lang w:val="ru-RU"/>
              </w:rPr>
              <w:t>‐</w:t>
            </w: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ям общения;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98D043" w14:textId="77777777" w:rsidR="00002407" w:rsidRDefault="00002407" w:rsidP="00CF21F5">
            <w:pPr>
              <w:autoSpaceDE w:val="0"/>
              <w:autoSpaceDN w:val="0"/>
              <w:spacing w:before="76" w:after="0" w:line="25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7A75E7" w14:textId="77777777" w:rsidR="00002407" w:rsidRDefault="00002407" w:rsidP="00CF21F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учи.ру</w:t>
            </w:r>
          </w:p>
        </w:tc>
      </w:tr>
      <w:tr w:rsidR="00002407" w14:paraId="13A8B1C1" w14:textId="77777777" w:rsidTr="00CF21F5">
        <w:trPr>
          <w:trHeight w:hRule="exact" w:val="188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7F4E96" w14:textId="77777777" w:rsidR="00002407" w:rsidRDefault="00002407" w:rsidP="00CF21F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8.2.</w:t>
            </w:r>
          </w:p>
        </w:tc>
        <w:tc>
          <w:tcPr>
            <w:tcW w:w="6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F6C408" w14:textId="77777777" w:rsidR="00002407" w:rsidRPr="00761D79" w:rsidRDefault="00002407" w:rsidP="00CF21F5">
            <w:pPr>
              <w:autoSpaceDE w:val="0"/>
              <w:autoSpaceDN w:val="0"/>
              <w:spacing w:before="78" w:after="0" w:line="245" w:lineRule="auto"/>
              <w:ind w:left="72" w:right="432"/>
              <w:rPr>
                <w:lang w:val="ru-RU"/>
              </w:rPr>
            </w:pP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CB4457" w14:textId="77777777" w:rsidR="00002407" w:rsidRDefault="00002407" w:rsidP="00CF21F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09AAD9" w14:textId="77777777" w:rsidR="00002407" w:rsidRDefault="00002407" w:rsidP="00CF21F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EC4098" w14:textId="77777777" w:rsidR="00002407" w:rsidRDefault="00002407" w:rsidP="00CF21F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76C123" w14:textId="19495C2F" w:rsidR="00002407" w:rsidRDefault="00002407" w:rsidP="00CF21F5">
            <w:pPr>
              <w:autoSpaceDE w:val="0"/>
              <w:autoSpaceDN w:val="0"/>
              <w:spacing w:before="78" w:after="0" w:line="245" w:lineRule="auto"/>
              <w:jc w:val="center"/>
            </w:pP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DC4538" w14:textId="77777777" w:rsidR="00002407" w:rsidRDefault="00002407" w:rsidP="00CF21F5">
            <w:pPr>
              <w:autoSpaceDE w:val="0"/>
              <w:autoSpaceDN w:val="0"/>
              <w:spacing w:before="78" w:after="0" w:line="254" w:lineRule="auto"/>
              <w:ind w:left="72"/>
            </w:pP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Ролевые игры, разыгрывание </w:t>
            </w:r>
            <w:r w:rsidRPr="00761D79">
              <w:rPr>
                <w:lang w:val="ru-RU"/>
              </w:rPr>
              <w:br/>
            </w: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сценок для отработки умений ведения разговора: начать, </w:t>
            </w:r>
            <w:r w:rsidRPr="00761D79">
              <w:rPr>
                <w:lang w:val="ru-RU"/>
              </w:rPr>
              <w:br/>
            </w: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поддержать, закончить разговор, привлечь внимание и т. п.; </w:t>
            </w:r>
            <w:r w:rsidRPr="00761D79">
              <w:rPr>
                <w:lang w:val="ru-RU"/>
              </w:rPr>
              <w:br/>
            </w: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Самонаблюдение с целью </w:t>
            </w:r>
            <w:r w:rsidRPr="00761D79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оценить собственную речевую культуру во время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повседневного общения;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F581F3B" w14:textId="77777777" w:rsidR="00002407" w:rsidRDefault="00002407" w:rsidP="00CF21F5">
            <w:pPr>
              <w:autoSpaceDE w:val="0"/>
              <w:autoSpaceDN w:val="0"/>
              <w:spacing w:before="78" w:after="0" w:line="247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2B2E284" w14:textId="77777777" w:rsidR="00002407" w:rsidRDefault="00002407" w:rsidP="00CF21F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учи.ру</w:t>
            </w:r>
          </w:p>
        </w:tc>
      </w:tr>
      <w:tr w:rsidR="00002407" w14:paraId="2FC16B47" w14:textId="77777777" w:rsidTr="00CF21F5">
        <w:trPr>
          <w:trHeight w:hRule="exact" w:val="176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B7FDBF" w14:textId="77777777" w:rsidR="00002407" w:rsidRDefault="00002407" w:rsidP="00CF21F5">
            <w:pPr>
              <w:autoSpaceDE w:val="0"/>
              <w:autoSpaceDN w:val="0"/>
              <w:spacing w:before="8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8.3.</w:t>
            </w:r>
          </w:p>
        </w:tc>
        <w:tc>
          <w:tcPr>
            <w:tcW w:w="6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28E70EA" w14:textId="77777777" w:rsidR="00002407" w:rsidRPr="00761D79" w:rsidRDefault="00002407" w:rsidP="00CF21F5">
            <w:pPr>
              <w:autoSpaceDE w:val="0"/>
              <w:autoSpaceDN w:val="0"/>
              <w:spacing w:before="80" w:after="0" w:line="245" w:lineRule="auto"/>
              <w:ind w:left="72" w:right="288"/>
              <w:rPr>
                <w:lang w:val="ru-RU"/>
              </w:rPr>
            </w:pP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Составление устного рассказа по репродукции картины. Составление устного рассказа по личным наблюдениям и вопросам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D8E8366" w14:textId="77777777" w:rsidR="00002407" w:rsidRDefault="00002407" w:rsidP="00CF21F5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F5390FB" w14:textId="77777777" w:rsidR="00002407" w:rsidRDefault="00002407" w:rsidP="00CF21F5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EDDE7A" w14:textId="77777777" w:rsidR="00002407" w:rsidRDefault="00002407" w:rsidP="00CF21F5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77CBA60" w14:textId="2E623CD5" w:rsidR="00002407" w:rsidRDefault="00002407" w:rsidP="00CF21F5">
            <w:pPr>
              <w:autoSpaceDE w:val="0"/>
              <w:autoSpaceDN w:val="0"/>
              <w:spacing w:before="80" w:after="0" w:line="245" w:lineRule="auto"/>
              <w:jc w:val="center"/>
            </w:pP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706B65D" w14:textId="77777777" w:rsidR="00002407" w:rsidRPr="00761D79" w:rsidRDefault="00002407" w:rsidP="00CF21F5">
            <w:pPr>
              <w:autoSpaceDE w:val="0"/>
              <w:autoSpaceDN w:val="0"/>
              <w:spacing w:before="74" w:after="0" w:line="254" w:lineRule="auto"/>
              <w:ind w:left="72" w:right="144"/>
              <w:rPr>
                <w:lang w:val="ru-RU"/>
              </w:rPr>
            </w:pP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Наблюдение за текстом​</w:t>
            </w:r>
            <w:r w:rsidRPr="00761D79">
              <w:rPr>
                <w:rFonts w:ascii="DejaVu Serif" w:eastAsia="DejaVu Serif" w:hAnsi="DejaVu Serif"/>
                <w:color w:val="000000"/>
                <w:w w:val="97"/>
                <w:sz w:val="16"/>
                <w:lang w:val="ru-RU"/>
              </w:rPr>
              <w:t>‐</w:t>
            </w:r>
            <w:r w:rsidRPr="00761D79">
              <w:rPr>
                <w:lang w:val="ru-RU"/>
              </w:rPr>
              <w:br/>
            </w: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повествованием и установление его особенностей; </w:t>
            </w:r>
            <w:r w:rsidRPr="00761D79">
              <w:rPr>
                <w:lang w:val="ru-RU"/>
              </w:rPr>
              <w:br/>
            </w: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Коллективный анализ </w:t>
            </w:r>
            <w:r w:rsidRPr="00761D79">
              <w:rPr>
                <w:lang w:val="ru-RU"/>
              </w:rPr>
              <w:br/>
            </w: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содержания текста, который </w:t>
            </w:r>
            <w:r w:rsidRPr="00761D79">
              <w:rPr>
                <w:lang w:val="ru-RU"/>
              </w:rPr>
              <w:br/>
            </w: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предло​жен как основа для </w:t>
            </w:r>
            <w:r w:rsidRPr="00761D79">
              <w:rPr>
                <w:lang w:val="ru-RU"/>
              </w:rPr>
              <w:br/>
            </w: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изложения (повествовательный текст объёмом 30—45 слов);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8EDE2F" w14:textId="77777777" w:rsidR="00002407" w:rsidRDefault="00002407" w:rsidP="00CF21F5">
            <w:pPr>
              <w:autoSpaceDE w:val="0"/>
              <w:autoSpaceDN w:val="0"/>
              <w:spacing w:before="80" w:after="0" w:line="25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EE8717" w14:textId="77777777" w:rsidR="00002407" w:rsidRDefault="00002407" w:rsidP="00CF21F5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учи.ру</w:t>
            </w:r>
          </w:p>
        </w:tc>
      </w:tr>
      <w:tr w:rsidR="00002407" w14:paraId="3CD25ECA" w14:textId="77777777" w:rsidTr="00CF21F5">
        <w:trPr>
          <w:trHeight w:hRule="exact" w:val="111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3D482E" w14:textId="77777777" w:rsidR="00002407" w:rsidRDefault="00002407" w:rsidP="00CF21F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lastRenderedPageBreak/>
              <w:t>8.4.</w:t>
            </w:r>
          </w:p>
        </w:tc>
        <w:tc>
          <w:tcPr>
            <w:tcW w:w="6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C06C7D5" w14:textId="77777777" w:rsidR="00002407" w:rsidRPr="00761D79" w:rsidRDefault="00002407" w:rsidP="00CF21F5">
            <w:pPr>
              <w:autoSpaceDE w:val="0"/>
              <w:autoSpaceDN w:val="0"/>
              <w:spacing w:before="78" w:after="0" w:line="245" w:lineRule="auto"/>
              <w:ind w:left="72" w:right="432"/>
              <w:rPr>
                <w:lang w:val="ru-RU"/>
              </w:rPr>
            </w:pP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Текст. Признаки текста: смысловое единство предложений в тексте; последовательность предложений в тексте; выражение в тексте законченной мысли.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2CF5EA" w14:textId="77777777" w:rsidR="00002407" w:rsidRDefault="00002407" w:rsidP="00CF21F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E3136A" w14:textId="77777777" w:rsidR="00002407" w:rsidRDefault="00002407" w:rsidP="00CF21F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6C714B" w14:textId="77777777" w:rsidR="00002407" w:rsidRDefault="00002407" w:rsidP="00CF21F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433564" w14:textId="563D03E8" w:rsidR="00002407" w:rsidRDefault="00002407" w:rsidP="00CF21F5">
            <w:pPr>
              <w:autoSpaceDE w:val="0"/>
              <w:autoSpaceDN w:val="0"/>
              <w:spacing w:before="78" w:after="0" w:line="245" w:lineRule="auto"/>
              <w:jc w:val="center"/>
            </w:pP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C6433CB" w14:textId="77777777" w:rsidR="00002407" w:rsidRPr="00761D79" w:rsidRDefault="00002407" w:rsidP="00CF21F5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Учебный диалог «Сравниваем слово, предложение, текст», выявление в ходе диалога </w:t>
            </w:r>
            <w:r w:rsidRPr="00761D79">
              <w:rPr>
                <w:lang w:val="ru-RU"/>
              </w:rPr>
              <w:br/>
            </w: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сходства и различия слова, </w:t>
            </w:r>
            <w:r w:rsidRPr="00761D79">
              <w:rPr>
                <w:lang w:val="ru-RU"/>
              </w:rPr>
              <w:br/>
            </w: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предложения, текста;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23ACF6" w14:textId="77777777" w:rsidR="00002407" w:rsidRDefault="00002407" w:rsidP="00CF21F5">
            <w:pPr>
              <w:autoSpaceDE w:val="0"/>
              <w:autoSpaceDN w:val="0"/>
              <w:spacing w:before="78" w:after="0" w:line="247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AF5EBE" w14:textId="77777777" w:rsidR="00002407" w:rsidRDefault="00002407" w:rsidP="00CF21F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учи.ру</w:t>
            </w:r>
          </w:p>
        </w:tc>
      </w:tr>
      <w:tr w:rsidR="00002407" w14:paraId="34263DAE" w14:textId="77777777" w:rsidTr="00CF21F5">
        <w:trPr>
          <w:trHeight w:hRule="exact" w:val="323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8B34F6" w14:textId="77777777" w:rsidR="00002407" w:rsidRDefault="00002407" w:rsidP="00CF21F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8.5.</w:t>
            </w:r>
          </w:p>
        </w:tc>
        <w:tc>
          <w:tcPr>
            <w:tcW w:w="6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7BA972" w14:textId="77777777" w:rsidR="00002407" w:rsidRPr="00761D79" w:rsidRDefault="00002407" w:rsidP="00CF21F5">
            <w:pPr>
              <w:autoSpaceDE w:val="0"/>
              <w:autoSpaceDN w:val="0"/>
              <w:spacing w:before="78" w:after="0" w:line="247" w:lineRule="auto"/>
              <w:ind w:left="72" w:right="144"/>
              <w:rPr>
                <w:lang w:val="ru-RU"/>
              </w:rPr>
            </w:pP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      </w:r>
          </w:p>
          <w:p w14:paraId="7320396D" w14:textId="77777777" w:rsidR="00002407" w:rsidRPr="00761D79" w:rsidRDefault="00002407" w:rsidP="00CF21F5">
            <w:pPr>
              <w:autoSpaceDE w:val="0"/>
              <w:autoSpaceDN w:val="0"/>
              <w:spacing w:before="20" w:after="0" w:line="245" w:lineRule="auto"/>
              <w:ind w:left="72" w:right="864"/>
              <w:rPr>
                <w:lang w:val="ru-RU"/>
              </w:rPr>
            </w:pP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Типы текстов: описание, повествование, рассуждение, их особенности (первичное ознакомление).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480196" w14:textId="77777777" w:rsidR="00002407" w:rsidRDefault="00002407" w:rsidP="00CF21F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719C0E" w14:textId="77777777" w:rsidR="00002407" w:rsidRDefault="00002407" w:rsidP="00CF21F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87C8048" w14:textId="77777777" w:rsidR="00002407" w:rsidRDefault="00002407" w:rsidP="00CF21F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B5210AB" w14:textId="7DCBCB2F" w:rsidR="00002407" w:rsidRDefault="00002407" w:rsidP="00CF21F5">
            <w:pPr>
              <w:autoSpaceDE w:val="0"/>
              <w:autoSpaceDN w:val="0"/>
              <w:spacing w:before="78" w:after="0" w:line="245" w:lineRule="auto"/>
              <w:jc w:val="center"/>
            </w:pP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5620AD" w14:textId="77777777" w:rsidR="00002407" w:rsidRPr="00761D79" w:rsidRDefault="00002407" w:rsidP="00CF21F5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Самостоятельная работа: </w:t>
            </w:r>
            <w:r w:rsidRPr="00761D79">
              <w:rPr>
                <w:lang w:val="ru-RU"/>
              </w:rPr>
              <w:br/>
            </w: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восстановление </w:t>
            </w:r>
            <w:r w:rsidRPr="00761D79">
              <w:rPr>
                <w:lang w:val="ru-RU"/>
              </w:rPr>
              <w:br/>
            </w: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деформированного текста —</w:t>
            </w:r>
            <w:r w:rsidRPr="00761D79">
              <w:rPr>
                <w:lang w:val="ru-RU"/>
              </w:rPr>
              <w:br/>
            </w: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необходимо определить </w:t>
            </w:r>
            <w:r w:rsidRPr="00761D79">
              <w:rPr>
                <w:lang w:val="ru-RU"/>
              </w:rPr>
              <w:br/>
            </w: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правильный порядок </w:t>
            </w:r>
            <w:r w:rsidRPr="00761D79">
              <w:rPr>
                <w:lang w:val="ru-RU"/>
              </w:rPr>
              <w:br/>
            </w: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предложений в тексте; </w:t>
            </w:r>
            <w:r w:rsidRPr="00761D79">
              <w:rPr>
                <w:lang w:val="ru-RU"/>
              </w:rPr>
              <w:br/>
            </w: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Обсуждение различных текстов​</w:t>
            </w:r>
            <w:r w:rsidRPr="00761D79">
              <w:rPr>
                <w:rFonts w:ascii="DejaVu Serif" w:eastAsia="DejaVu Serif" w:hAnsi="DejaVu Serif"/>
                <w:color w:val="000000"/>
                <w:w w:val="97"/>
                <w:sz w:val="16"/>
                <w:lang w:val="ru-RU"/>
              </w:rPr>
              <w:t>‐</w:t>
            </w: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описаний (художественных, </w:t>
            </w:r>
            <w:r w:rsidRPr="00761D79">
              <w:rPr>
                <w:lang w:val="ru-RU"/>
              </w:rPr>
              <w:br/>
            </w: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научных описаний): выявление сходства и различий; </w:t>
            </w:r>
            <w:r w:rsidRPr="00761D79">
              <w:rPr>
                <w:lang w:val="ru-RU"/>
              </w:rPr>
              <w:br/>
            </w: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в группах: сравнение </w:t>
            </w:r>
            <w:r w:rsidRPr="00761D79">
              <w:rPr>
                <w:lang w:val="ru-RU"/>
              </w:rPr>
              <w:br/>
            </w: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текстов-​повествований с текста​</w:t>
            </w:r>
            <w:r w:rsidRPr="00761D79">
              <w:rPr>
                <w:rFonts w:ascii="DejaVu Serif" w:eastAsia="DejaVu Serif" w:hAnsi="DejaVu Serif"/>
                <w:color w:val="000000"/>
                <w:w w:val="97"/>
                <w:sz w:val="16"/>
                <w:lang w:val="ru-RU"/>
              </w:rPr>
              <w:t>‐</w:t>
            </w: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ми-​описаниями; </w:t>
            </w:r>
            <w:r w:rsidRPr="00761D79">
              <w:rPr>
                <w:lang w:val="ru-RU"/>
              </w:rPr>
              <w:br/>
            </w: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Наблюдение за текстом​-</w:t>
            </w:r>
            <w:r w:rsidRPr="00761D79">
              <w:rPr>
                <w:lang w:val="ru-RU"/>
              </w:rPr>
              <w:br/>
            </w: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рассуждением, установление его особенностей;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305B4D" w14:textId="77777777" w:rsidR="00002407" w:rsidRDefault="00002407" w:rsidP="00CF21F5">
            <w:pPr>
              <w:autoSpaceDE w:val="0"/>
              <w:autoSpaceDN w:val="0"/>
              <w:spacing w:before="78" w:after="0" w:line="247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2B5344" w14:textId="77777777" w:rsidR="00002407" w:rsidRDefault="00002407" w:rsidP="00CF21F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учи.ру</w:t>
            </w:r>
          </w:p>
        </w:tc>
      </w:tr>
      <w:tr w:rsidR="00002407" w14:paraId="10D0B16F" w14:textId="77777777" w:rsidTr="00CF21F5">
        <w:trPr>
          <w:trHeight w:hRule="exact" w:val="111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191E38" w14:textId="77777777" w:rsidR="00002407" w:rsidRDefault="00002407" w:rsidP="00CF21F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8.6.</w:t>
            </w:r>
          </w:p>
        </w:tc>
        <w:tc>
          <w:tcPr>
            <w:tcW w:w="6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A9144C" w14:textId="77777777" w:rsidR="00002407" w:rsidRDefault="00002407" w:rsidP="00CF21F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Знакомство с жанром поздравления.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7C8C2A" w14:textId="77777777" w:rsidR="00002407" w:rsidRDefault="00002407" w:rsidP="00CF21F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219F81B" w14:textId="77777777" w:rsidR="00002407" w:rsidRDefault="00002407" w:rsidP="00CF21F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4FFD45" w14:textId="77777777" w:rsidR="00002407" w:rsidRDefault="00002407" w:rsidP="00CF21F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CB43BA0" w14:textId="0E3EC1D0" w:rsidR="00002407" w:rsidRDefault="00002407" w:rsidP="00CF21F5">
            <w:pPr>
              <w:autoSpaceDE w:val="0"/>
              <w:autoSpaceDN w:val="0"/>
              <w:spacing w:before="78" w:after="0" w:line="245" w:lineRule="auto"/>
              <w:jc w:val="center"/>
            </w:pP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6030D4" w14:textId="77777777" w:rsidR="00002407" w:rsidRPr="00761D79" w:rsidRDefault="00002407" w:rsidP="00CF21F5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Обсуждение особенностей жанра поздравления в ходе анализа </w:t>
            </w:r>
            <w:r w:rsidRPr="00761D79">
              <w:rPr>
                <w:lang w:val="ru-RU"/>
              </w:rPr>
              <w:br/>
            </w: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предложенных примеров </w:t>
            </w:r>
            <w:r w:rsidRPr="00761D79">
              <w:rPr>
                <w:lang w:val="ru-RU"/>
              </w:rPr>
              <w:br/>
            </w: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поздравлений, анализ структуры текстов​-поздравлений;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A3E2EB2" w14:textId="77777777" w:rsidR="00002407" w:rsidRDefault="00002407" w:rsidP="00CF21F5">
            <w:pPr>
              <w:autoSpaceDE w:val="0"/>
              <w:autoSpaceDN w:val="0"/>
              <w:spacing w:before="78" w:after="0" w:line="247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E926244" w14:textId="77777777" w:rsidR="00002407" w:rsidRDefault="00002407" w:rsidP="00CF21F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учи.ру</w:t>
            </w:r>
          </w:p>
        </w:tc>
      </w:tr>
      <w:tr w:rsidR="00002407" w14:paraId="37BAD62F" w14:textId="77777777" w:rsidTr="00CF21F5">
        <w:trPr>
          <w:trHeight w:hRule="exact" w:val="71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33A3ED" w14:textId="77777777" w:rsidR="00002407" w:rsidRDefault="00002407" w:rsidP="00CF21F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8.7.</w:t>
            </w:r>
          </w:p>
        </w:tc>
        <w:tc>
          <w:tcPr>
            <w:tcW w:w="6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5248235" w14:textId="77777777" w:rsidR="00002407" w:rsidRPr="00761D79" w:rsidRDefault="00002407" w:rsidP="00CF21F5">
            <w:pPr>
              <w:autoSpaceDE w:val="0"/>
              <w:autoSpaceDN w:val="0"/>
              <w:spacing w:before="76" w:after="0" w:line="245" w:lineRule="auto"/>
              <w:ind w:left="72" w:right="144"/>
              <w:rPr>
                <w:lang w:val="ru-RU"/>
              </w:rPr>
            </w:pP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Понимание текста: развитие умения формулировать простые выводы на основе информации, содержащейся в тексте.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4A3ED32" w14:textId="77777777" w:rsidR="00002407" w:rsidRDefault="00002407" w:rsidP="00CF21F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FCF44A6" w14:textId="77777777" w:rsidR="00002407" w:rsidRDefault="00002407" w:rsidP="00CF21F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895198" w14:textId="77777777" w:rsidR="00002407" w:rsidRDefault="00002407" w:rsidP="00CF21F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0C2463" w14:textId="189E063B" w:rsidR="00002407" w:rsidRDefault="00002407" w:rsidP="00CF21F5">
            <w:pPr>
              <w:autoSpaceDE w:val="0"/>
              <w:autoSpaceDN w:val="0"/>
              <w:spacing w:before="76" w:after="0" w:line="245" w:lineRule="auto"/>
              <w:jc w:val="center"/>
            </w:pP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DCC0A9" w14:textId="77777777" w:rsidR="00002407" w:rsidRPr="00761D79" w:rsidRDefault="00002407" w:rsidP="00CF21F5">
            <w:pPr>
              <w:autoSpaceDE w:val="0"/>
              <w:autoSpaceDN w:val="0"/>
              <w:spacing w:before="76" w:after="0" w:line="250" w:lineRule="auto"/>
              <w:ind w:left="72" w:right="720"/>
              <w:rPr>
                <w:lang w:val="ru-RU"/>
              </w:rPr>
            </w:pP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Наблюдение за </w:t>
            </w:r>
            <w:r w:rsidRPr="00761D79">
              <w:rPr>
                <w:lang w:val="ru-RU"/>
              </w:rPr>
              <w:br/>
            </w: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последовательностью предложений в тексте;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D7CCF0" w14:textId="77777777" w:rsidR="00002407" w:rsidRDefault="00002407" w:rsidP="00CF21F5">
            <w:pPr>
              <w:autoSpaceDE w:val="0"/>
              <w:autoSpaceDN w:val="0"/>
              <w:spacing w:before="76" w:after="0" w:line="25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8DE0035" w14:textId="77777777" w:rsidR="00002407" w:rsidRDefault="00002407" w:rsidP="00CF21F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учи.ру</w:t>
            </w:r>
          </w:p>
        </w:tc>
      </w:tr>
      <w:tr w:rsidR="00002407" w14:paraId="4A15BF27" w14:textId="77777777" w:rsidTr="00CF21F5">
        <w:trPr>
          <w:trHeight w:hRule="exact" w:val="92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8747E7" w14:textId="77777777" w:rsidR="00002407" w:rsidRDefault="00002407" w:rsidP="00CF21F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8.8.</w:t>
            </w:r>
          </w:p>
        </w:tc>
        <w:tc>
          <w:tcPr>
            <w:tcW w:w="6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FDE4861" w14:textId="77777777" w:rsidR="00002407" w:rsidRPr="00761D79" w:rsidRDefault="00002407" w:rsidP="00CF21F5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Выразительное чтение текста вслух с соблюдением правильной интонации.</w:t>
            </w:r>
          </w:p>
          <w:p w14:paraId="2D8B7473" w14:textId="77777777" w:rsidR="00002407" w:rsidRPr="00761D79" w:rsidRDefault="00002407" w:rsidP="00CF21F5">
            <w:pPr>
              <w:autoSpaceDE w:val="0"/>
              <w:autoSpaceDN w:val="0"/>
              <w:spacing w:before="20" w:after="0" w:line="230" w:lineRule="auto"/>
              <w:ind w:left="72"/>
              <w:rPr>
                <w:lang w:val="ru-RU"/>
              </w:rPr>
            </w:pP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FF36FE" w14:textId="77777777" w:rsidR="00002407" w:rsidRDefault="00002407" w:rsidP="00CF21F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ED9899" w14:textId="77777777" w:rsidR="00002407" w:rsidRDefault="00002407" w:rsidP="00CF21F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C03F5C1" w14:textId="77777777" w:rsidR="00002407" w:rsidRDefault="00002407" w:rsidP="00CF21F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F7D496" w14:textId="0161CBB8" w:rsidR="00002407" w:rsidRDefault="00002407" w:rsidP="00CF21F5">
            <w:pPr>
              <w:autoSpaceDE w:val="0"/>
              <w:autoSpaceDN w:val="0"/>
              <w:spacing w:before="78" w:after="0" w:line="245" w:lineRule="auto"/>
              <w:jc w:val="center"/>
            </w:pP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A378DA" w14:textId="77777777" w:rsidR="00002407" w:rsidRPr="00761D79" w:rsidRDefault="00002407" w:rsidP="00CF21F5">
            <w:pPr>
              <w:autoSpaceDE w:val="0"/>
              <w:autoSpaceDN w:val="0"/>
              <w:spacing w:before="78" w:after="0" w:line="250" w:lineRule="auto"/>
              <w:ind w:left="72" w:right="288"/>
              <w:rPr>
                <w:lang w:val="ru-RU"/>
              </w:rPr>
            </w:pP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Практическая работа: </w:t>
            </w:r>
            <w:r w:rsidRPr="00761D79">
              <w:rPr>
                <w:lang w:val="ru-RU"/>
              </w:rPr>
              <w:br/>
            </w: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восстановление нарушенной последо​вательности абзацев, запись исправленного текста;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600E7F" w14:textId="77777777" w:rsidR="00002407" w:rsidRDefault="00002407" w:rsidP="00CF21F5">
            <w:pPr>
              <w:autoSpaceDE w:val="0"/>
              <w:autoSpaceDN w:val="0"/>
              <w:spacing w:before="78" w:after="0" w:line="247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190D08" w14:textId="77777777" w:rsidR="00002407" w:rsidRDefault="00002407" w:rsidP="00CF21F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учи.ру</w:t>
            </w:r>
          </w:p>
        </w:tc>
      </w:tr>
      <w:tr w:rsidR="00002407" w14:paraId="16C0902A" w14:textId="77777777" w:rsidTr="00CF21F5">
        <w:trPr>
          <w:trHeight w:hRule="exact" w:val="348"/>
        </w:trPr>
        <w:tc>
          <w:tcPr>
            <w:tcW w:w="6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F530D71" w14:textId="77777777" w:rsidR="00002407" w:rsidRDefault="00002407" w:rsidP="00CF21F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376C75" w14:textId="77777777" w:rsidR="00002407" w:rsidRDefault="00002407" w:rsidP="00CF21F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47</w:t>
            </w:r>
          </w:p>
        </w:tc>
        <w:tc>
          <w:tcPr>
            <w:tcW w:w="81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48BE7D" w14:textId="77777777" w:rsidR="00002407" w:rsidRDefault="00002407" w:rsidP="00CF21F5"/>
        </w:tc>
      </w:tr>
      <w:tr w:rsidR="00002407" w14:paraId="65102B35" w14:textId="77777777" w:rsidTr="00CF21F5">
        <w:trPr>
          <w:trHeight w:hRule="exact" w:val="348"/>
        </w:trPr>
        <w:tc>
          <w:tcPr>
            <w:tcW w:w="6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674B0F" w14:textId="77777777" w:rsidR="00002407" w:rsidRDefault="00002407" w:rsidP="00CF21F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Резервное время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9B77A4E" w14:textId="77777777" w:rsidR="00002407" w:rsidRDefault="00002407" w:rsidP="00CF21F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106" w:type="dxa"/>
            <w:gridSpan w:val="6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DBE5EA" w14:textId="77777777" w:rsidR="00002407" w:rsidRDefault="00002407" w:rsidP="00CF21F5"/>
        </w:tc>
      </w:tr>
      <w:tr w:rsidR="00002407" w14:paraId="1460F01B" w14:textId="77777777" w:rsidTr="00CF21F5">
        <w:trPr>
          <w:trHeight w:hRule="exact" w:val="330"/>
        </w:trPr>
        <w:tc>
          <w:tcPr>
            <w:tcW w:w="6868" w:type="dxa"/>
            <w:gridSpan w:val="2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8566AFE" w14:textId="77777777" w:rsidR="00002407" w:rsidRPr="00761D79" w:rsidRDefault="00002407" w:rsidP="00CF21F5">
            <w:pPr>
              <w:autoSpaceDE w:val="0"/>
              <w:autoSpaceDN w:val="0"/>
              <w:spacing w:before="76" w:after="0" w:line="230" w:lineRule="auto"/>
              <w:ind w:left="72"/>
              <w:rPr>
                <w:lang w:val="ru-RU"/>
              </w:rPr>
            </w:pPr>
            <w:r w:rsidRPr="00761D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ОБЩЕЕ КОЛИЧЕСТВО ЧАСОВ ПО ПРОГРАММЕ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536AD6" w14:textId="77777777" w:rsidR="00002407" w:rsidRDefault="00002407" w:rsidP="00CF21F5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170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9368868" w14:textId="77777777" w:rsidR="00002407" w:rsidRDefault="00002407" w:rsidP="00CF21F5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114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1BD081" w14:textId="77777777" w:rsidR="00002407" w:rsidRDefault="00002407" w:rsidP="00CF21F5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860" w:type="dxa"/>
            <w:gridSpan w:val="4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21AACB8" w14:textId="77777777" w:rsidR="00002407" w:rsidRDefault="00002407" w:rsidP="00CF21F5"/>
        </w:tc>
      </w:tr>
    </w:tbl>
    <w:p w14:paraId="65E7E671" w14:textId="77777777" w:rsidR="00002407" w:rsidRDefault="00002407" w:rsidP="00002407">
      <w:pPr>
        <w:autoSpaceDE w:val="0"/>
        <w:autoSpaceDN w:val="0"/>
        <w:spacing w:after="0" w:line="14" w:lineRule="exact"/>
      </w:pPr>
    </w:p>
    <w:p w14:paraId="0E1DC58B" w14:textId="74AD2623" w:rsidR="00002407" w:rsidRDefault="00002407" w:rsidP="00A51D48"/>
    <w:p w14:paraId="69C1DB24" w14:textId="77777777" w:rsidR="00394C6C" w:rsidRPr="00394C6C" w:rsidRDefault="00394C6C" w:rsidP="00394C6C">
      <w:pPr>
        <w:spacing w:line="266" w:lineRule="auto"/>
        <w:rPr>
          <w:sz w:val="15"/>
          <w:lang w:val="ru-RU"/>
        </w:rPr>
        <w:sectPr w:rsidR="00394C6C" w:rsidRPr="00394C6C">
          <w:pgSz w:w="16840" w:h="11900" w:orient="landscape"/>
          <w:pgMar w:top="580" w:right="540" w:bottom="280" w:left="560" w:header="720" w:footer="720" w:gutter="0"/>
          <w:cols w:space="720"/>
        </w:sectPr>
      </w:pPr>
      <w:bookmarkStart w:id="2" w:name="_Hlk127476308"/>
    </w:p>
    <w:p w14:paraId="726AD46F" w14:textId="02BB14C2" w:rsidR="00394C6C" w:rsidRDefault="001870C2" w:rsidP="000C70CE">
      <w:pPr>
        <w:widowControl w:val="0"/>
        <w:tabs>
          <w:tab w:val="left" w:pos="242"/>
        </w:tabs>
        <w:autoSpaceDE w:val="0"/>
        <w:autoSpaceDN w:val="0"/>
        <w:spacing w:before="93" w:after="0" w:line="240" w:lineRule="auto"/>
        <w:ind w:left="105"/>
        <w:rPr>
          <w:b/>
          <w:sz w:val="18"/>
        </w:rPr>
      </w:pPr>
      <w:r>
        <w:rPr>
          <w:b/>
          <w:sz w:val="18"/>
          <w:lang w:val="ru-RU"/>
        </w:rPr>
        <w:lastRenderedPageBreak/>
        <w:t>3 класс</w:t>
      </w:r>
    </w:p>
    <w:p w14:paraId="74D2779E" w14:textId="77777777" w:rsidR="001870C2" w:rsidRDefault="001870C2" w:rsidP="000C70CE">
      <w:pPr>
        <w:widowControl w:val="0"/>
        <w:tabs>
          <w:tab w:val="left" w:pos="242"/>
        </w:tabs>
        <w:autoSpaceDE w:val="0"/>
        <w:autoSpaceDN w:val="0"/>
        <w:spacing w:before="93" w:after="0" w:line="240" w:lineRule="auto"/>
        <w:ind w:left="105"/>
        <w:rPr>
          <w:b/>
          <w:sz w:val="18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4466"/>
        <w:gridCol w:w="528"/>
        <w:gridCol w:w="1104"/>
        <w:gridCol w:w="1140"/>
        <w:gridCol w:w="864"/>
        <w:gridCol w:w="3842"/>
        <w:gridCol w:w="1237"/>
        <w:gridCol w:w="1849"/>
      </w:tblGrid>
      <w:tr w:rsidR="000C70CE" w14:paraId="56A4760F" w14:textId="77777777" w:rsidTr="00CF21F5">
        <w:trPr>
          <w:trHeight w:val="333"/>
        </w:trPr>
        <w:tc>
          <w:tcPr>
            <w:tcW w:w="468" w:type="dxa"/>
            <w:vMerge w:val="restart"/>
          </w:tcPr>
          <w:p w14:paraId="455A6931" w14:textId="77777777" w:rsidR="000C70CE" w:rsidRDefault="000C70CE" w:rsidP="00CF21F5">
            <w:pPr>
              <w:pStyle w:val="TableParagraph"/>
              <w:spacing w:before="74" w:line="266" w:lineRule="auto"/>
              <w:ind w:right="13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№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п/п</w:t>
            </w:r>
          </w:p>
        </w:tc>
        <w:tc>
          <w:tcPr>
            <w:tcW w:w="4466" w:type="dxa"/>
            <w:vMerge w:val="restart"/>
          </w:tcPr>
          <w:p w14:paraId="38824ACD" w14:textId="77777777" w:rsidR="000C70CE" w:rsidRDefault="000C70CE" w:rsidP="00CF21F5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Наименование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разделов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программы</w:t>
            </w:r>
          </w:p>
        </w:tc>
        <w:tc>
          <w:tcPr>
            <w:tcW w:w="2772" w:type="dxa"/>
            <w:gridSpan w:val="3"/>
          </w:tcPr>
          <w:p w14:paraId="797C77AE" w14:textId="77777777" w:rsidR="000C70CE" w:rsidRDefault="000C70CE" w:rsidP="00CF21F5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Количество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часов</w:t>
            </w:r>
          </w:p>
        </w:tc>
        <w:tc>
          <w:tcPr>
            <w:tcW w:w="864" w:type="dxa"/>
            <w:vMerge w:val="restart"/>
          </w:tcPr>
          <w:p w14:paraId="37084CEA" w14:textId="77777777" w:rsidR="000C70CE" w:rsidRDefault="000C70CE" w:rsidP="00CF21F5">
            <w:pPr>
              <w:pStyle w:val="TableParagraph"/>
              <w:spacing w:before="74" w:line="266" w:lineRule="auto"/>
              <w:ind w:left="78" w:right="100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Дата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изучения</w:t>
            </w:r>
          </w:p>
        </w:tc>
        <w:tc>
          <w:tcPr>
            <w:tcW w:w="3842" w:type="dxa"/>
            <w:vMerge w:val="restart"/>
          </w:tcPr>
          <w:p w14:paraId="547B8CD7" w14:textId="77777777" w:rsidR="000C70CE" w:rsidRDefault="000C70CE" w:rsidP="00CF21F5">
            <w:pPr>
              <w:pStyle w:val="TableParagraph"/>
              <w:spacing w:before="74"/>
              <w:ind w:left="79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Виды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деятельности</w:t>
            </w:r>
          </w:p>
        </w:tc>
        <w:tc>
          <w:tcPr>
            <w:tcW w:w="1237" w:type="dxa"/>
            <w:vMerge w:val="restart"/>
          </w:tcPr>
          <w:p w14:paraId="22D6FA29" w14:textId="77777777" w:rsidR="000C70CE" w:rsidRDefault="000C70CE" w:rsidP="00CF21F5">
            <w:pPr>
              <w:pStyle w:val="TableParagraph"/>
              <w:spacing w:before="74" w:line="266" w:lineRule="auto"/>
              <w:ind w:left="79" w:right="162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Виды, формы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контроля</w:t>
            </w:r>
          </w:p>
        </w:tc>
        <w:tc>
          <w:tcPr>
            <w:tcW w:w="1849" w:type="dxa"/>
            <w:vMerge w:val="restart"/>
          </w:tcPr>
          <w:p w14:paraId="2C47B982" w14:textId="77777777" w:rsidR="000C70CE" w:rsidRDefault="000C70CE" w:rsidP="00CF21F5">
            <w:pPr>
              <w:pStyle w:val="TableParagraph"/>
              <w:spacing w:before="74" w:line="266" w:lineRule="auto"/>
              <w:ind w:left="79" w:right="517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Электронные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(цифровые)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образовательные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ресурсы</w:t>
            </w:r>
          </w:p>
        </w:tc>
      </w:tr>
      <w:tr w:rsidR="000C70CE" w14:paraId="69D79417" w14:textId="77777777" w:rsidTr="00CF21F5">
        <w:trPr>
          <w:trHeight w:val="561"/>
        </w:trPr>
        <w:tc>
          <w:tcPr>
            <w:tcW w:w="468" w:type="dxa"/>
            <w:vMerge/>
            <w:tcBorders>
              <w:top w:val="nil"/>
            </w:tcBorders>
          </w:tcPr>
          <w:p w14:paraId="7E520260" w14:textId="77777777" w:rsidR="000C70CE" w:rsidRDefault="000C70CE" w:rsidP="00CF21F5">
            <w:pPr>
              <w:rPr>
                <w:sz w:val="2"/>
                <w:szCs w:val="2"/>
              </w:rPr>
            </w:pPr>
          </w:p>
        </w:tc>
        <w:tc>
          <w:tcPr>
            <w:tcW w:w="4466" w:type="dxa"/>
            <w:vMerge/>
            <w:tcBorders>
              <w:top w:val="nil"/>
            </w:tcBorders>
          </w:tcPr>
          <w:p w14:paraId="2B32106B" w14:textId="77777777" w:rsidR="000C70CE" w:rsidRDefault="000C70CE" w:rsidP="00CF21F5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14:paraId="3AAC8FF2" w14:textId="77777777" w:rsidR="000C70CE" w:rsidRDefault="000C70CE" w:rsidP="00CF21F5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всего</w:t>
            </w:r>
          </w:p>
        </w:tc>
        <w:tc>
          <w:tcPr>
            <w:tcW w:w="1104" w:type="dxa"/>
          </w:tcPr>
          <w:p w14:paraId="091AFDCD" w14:textId="77777777" w:rsidR="000C70CE" w:rsidRDefault="000C70CE" w:rsidP="00CF21F5">
            <w:pPr>
              <w:pStyle w:val="TableParagraph"/>
              <w:spacing w:before="74" w:line="266" w:lineRule="auto"/>
              <w:ind w:left="77" w:right="4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контрольные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140" w:type="dxa"/>
          </w:tcPr>
          <w:p w14:paraId="6B874E81" w14:textId="77777777" w:rsidR="000C70CE" w:rsidRDefault="000C70CE" w:rsidP="00CF21F5">
            <w:pPr>
              <w:pStyle w:val="TableParagraph"/>
              <w:spacing w:before="74" w:line="266" w:lineRule="auto"/>
              <w:ind w:left="78" w:right="4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практические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864" w:type="dxa"/>
            <w:vMerge/>
            <w:tcBorders>
              <w:top w:val="nil"/>
            </w:tcBorders>
          </w:tcPr>
          <w:p w14:paraId="40DB8B12" w14:textId="77777777" w:rsidR="000C70CE" w:rsidRDefault="000C70CE" w:rsidP="00CF21F5">
            <w:pPr>
              <w:rPr>
                <w:sz w:val="2"/>
                <w:szCs w:val="2"/>
              </w:rPr>
            </w:pPr>
          </w:p>
        </w:tc>
        <w:tc>
          <w:tcPr>
            <w:tcW w:w="3842" w:type="dxa"/>
            <w:vMerge/>
            <w:tcBorders>
              <w:top w:val="nil"/>
            </w:tcBorders>
          </w:tcPr>
          <w:p w14:paraId="41731412" w14:textId="77777777" w:rsidR="000C70CE" w:rsidRDefault="000C70CE" w:rsidP="00CF21F5">
            <w:pPr>
              <w:rPr>
                <w:sz w:val="2"/>
                <w:szCs w:val="2"/>
              </w:rPr>
            </w:pPr>
          </w:p>
        </w:tc>
        <w:tc>
          <w:tcPr>
            <w:tcW w:w="1237" w:type="dxa"/>
            <w:vMerge/>
            <w:tcBorders>
              <w:top w:val="nil"/>
            </w:tcBorders>
          </w:tcPr>
          <w:p w14:paraId="76D5CAE8" w14:textId="77777777" w:rsidR="000C70CE" w:rsidRDefault="000C70CE" w:rsidP="00CF21F5">
            <w:pPr>
              <w:rPr>
                <w:sz w:val="2"/>
                <w:szCs w:val="2"/>
              </w:rPr>
            </w:pPr>
          </w:p>
        </w:tc>
        <w:tc>
          <w:tcPr>
            <w:tcW w:w="1849" w:type="dxa"/>
            <w:vMerge/>
            <w:tcBorders>
              <w:top w:val="nil"/>
            </w:tcBorders>
          </w:tcPr>
          <w:p w14:paraId="02D6145B" w14:textId="77777777" w:rsidR="000C70CE" w:rsidRDefault="000C70CE" w:rsidP="00CF21F5">
            <w:pPr>
              <w:rPr>
                <w:sz w:val="2"/>
                <w:szCs w:val="2"/>
              </w:rPr>
            </w:pPr>
          </w:p>
        </w:tc>
      </w:tr>
      <w:tr w:rsidR="000C70CE" w:rsidRPr="0069551C" w14:paraId="0AC38BDA" w14:textId="77777777" w:rsidTr="00CF21F5">
        <w:trPr>
          <w:trHeight w:val="333"/>
        </w:trPr>
        <w:tc>
          <w:tcPr>
            <w:tcW w:w="15498" w:type="dxa"/>
            <w:gridSpan w:val="9"/>
          </w:tcPr>
          <w:p w14:paraId="0E591692" w14:textId="77777777" w:rsidR="000C70CE" w:rsidRDefault="000C70CE" w:rsidP="00CF21F5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Сведения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русском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языке</w:t>
            </w:r>
          </w:p>
        </w:tc>
      </w:tr>
      <w:tr w:rsidR="000C70CE" w14:paraId="2473BD6F" w14:textId="77777777" w:rsidTr="00CF21F5">
        <w:trPr>
          <w:trHeight w:val="258"/>
        </w:trPr>
        <w:tc>
          <w:tcPr>
            <w:tcW w:w="468" w:type="dxa"/>
            <w:tcBorders>
              <w:bottom w:val="nil"/>
            </w:tcBorders>
          </w:tcPr>
          <w:p w14:paraId="0AD8CF23" w14:textId="77777777" w:rsidR="000C70CE" w:rsidRDefault="000C70CE" w:rsidP="00CF21F5">
            <w:pPr>
              <w:pStyle w:val="TableParagraph"/>
              <w:spacing w:before="74" w:line="163" w:lineRule="exact"/>
              <w:rPr>
                <w:sz w:val="15"/>
              </w:rPr>
            </w:pPr>
            <w:r>
              <w:rPr>
                <w:w w:val="105"/>
                <w:sz w:val="15"/>
              </w:rPr>
              <w:t>1.1.</w:t>
            </w:r>
          </w:p>
        </w:tc>
        <w:tc>
          <w:tcPr>
            <w:tcW w:w="4466" w:type="dxa"/>
            <w:tcBorders>
              <w:bottom w:val="nil"/>
            </w:tcBorders>
          </w:tcPr>
          <w:p w14:paraId="3A8F3A3F" w14:textId="77777777" w:rsidR="000C70CE" w:rsidRDefault="000C70CE" w:rsidP="00CF21F5">
            <w:pPr>
              <w:pStyle w:val="TableParagraph"/>
              <w:spacing w:before="74" w:line="163" w:lineRule="exact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Русский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язык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государственный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Российской</w:t>
            </w:r>
          </w:p>
        </w:tc>
        <w:tc>
          <w:tcPr>
            <w:tcW w:w="528" w:type="dxa"/>
            <w:tcBorders>
              <w:bottom w:val="nil"/>
            </w:tcBorders>
          </w:tcPr>
          <w:p w14:paraId="23BA5622" w14:textId="77777777" w:rsidR="000C70CE" w:rsidRDefault="000C70CE" w:rsidP="00CF21F5">
            <w:pPr>
              <w:pStyle w:val="TableParagraph"/>
              <w:spacing w:before="74" w:line="163" w:lineRule="exact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  <w:tcBorders>
              <w:bottom w:val="nil"/>
            </w:tcBorders>
          </w:tcPr>
          <w:p w14:paraId="3E8728A0" w14:textId="77777777" w:rsidR="000C70CE" w:rsidRDefault="000C70CE" w:rsidP="00CF21F5">
            <w:pPr>
              <w:pStyle w:val="TableParagraph"/>
              <w:spacing w:before="74" w:line="163" w:lineRule="exact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  <w:tcBorders>
              <w:bottom w:val="nil"/>
            </w:tcBorders>
          </w:tcPr>
          <w:p w14:paraId="622E4688" w14:textId="77777777" w:rsidR="000C70CE" w:rsidRDefault="000C70CE" w:rsidP="00CF21F5">
            <w:pPr>
              <w:pStyle w:val="TableParagraph"/>
              <w:spacing w:before="74" w:line="163" w:lineRule="exact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  <w:tcBorders>
              <w:bottom w:val="nil"/>
            </w:tcBorders>
          </w:tcPr>
          <w:p w14:paraId="2454C964" w14:textId="343610EB" w:rsidR="000C70CE" w:rsidRDefault="000C70CE" w:rsidP="00CF21F5">
            <w:pPr>
              <w:pStyle w:val="TableParagraph"/>
              <w:spacing w:before="74" w:line="163" w:lineRule="exact"/>
              <w:ind w:left="78"/>
              <w:rPr>
                <w:sz w:val="15"/>
              </w:rPr>
            </w:pPr>
          </w:p>
        </w:tc>
        <w:tc>
          <w:tcPr>
            <w:tcW w:w="3842" w:type="dxa"/>
            <w:tcBorders>
              <w:bottom w:val="nil"/>
            </w:tcBorders>
          </w:tcPr>
          <w:p w14:paraId="63BED013" w14:textId="77777777" w:rsidR="000C70CE" w:rsidRDefault="000C70CE" w:rsidP="00CF21F5">
            <w:pPr>
              <w:pStyle w:val="TableParagraph"/>
              <w:spacing w:before="74" w:line="163" w:lineRule="exact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Коллективное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прочтение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статьи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68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Конституции</w:t>
            </w:r>
          </w:p>
        </w:tc>
        <w:tc>
          <w:tcPr>
            <w:tcW w:w="1237" w:type="dxa"/>
            <w:tcBorders>
              <w:bottom w:val="nil"/>
            </w:tcBorders>
          </w:tcPr>
          <w:p w14:paraId="2A41656F" w14:textId="77777777" w:rsidR="000C70CE" w:rsidRDefault="000C70CE" w:rsidP="00CF21F5">
            <w:pPr>
              <w:pStyle w:val="TableParagraph"/>
              <w:spacing w:before="74" w:line="163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849" w:type="dxa"/>
            <w:tcBorders>
              <w:bottom w:val="nil"/>
            </w:tcBorders>
          </w:tcPr>
          <w:p w14:paraId="29DD28D2" w14:textId="77777777" w:rsidR="000C70CE" w:rsidRDefault="000C70CE" w:rsidP="00CF21F5">
            <w:pPr>
              <w:pStyle w:val="TableParagraph"/>
              <w:spacing w:before="74" w:line="163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https://resh.edu.ru</w:t>
            </w:r>
          </w:p>
        </w:tc>
      </w:tr>
      <w:tr w:rsidR="000C70CE" w14:paraId="349D2167" w14:textId="77777777" w:rsidTr="00CF21F5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14:paraId="07370732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4466" w:type="dxa"/>
            <w:tcBorders>
              <w:top w:val="nil"/>
              <w:bottom w:val="nil"/>
            </w:tcBorders>
          </w:tcPr>
          <w:p w14:paraId="651BC1A8" w14:textId="77777777" w:rsidR="000C70CE" w:rsidRDefault="000C70CE" w:rsidP="00CF21F5">
            <w:pPr>
              <w:pStyle w:val="TableParagraph"/>
              <w:spacing w:before="8" w:line="163" w:lineRule="exact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Федерации.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Знакомство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различными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методами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познания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74E14895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14:paraId="01AA7451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033D0865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14:paraId="5777AA50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3842" w:type="dxa"/>
            <w:tcBorders>
              <w:top w:val="nil"/>
              <w:bottom w:val="nil"/>
            </w:tcBorders>
          </w:tcPr>
          <w:p w14:paraId="24CDA291" w14:textId="77777777" w:rsidR="000C70CE" w:rsidRDefault="000C70CE" w:rsidP="00CF21F5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Российской;</w:t>
            </w:r>
          </w:p>
        </w:tc>
        <w:tc>
          <w:tcPr>
            <w:tcW w:w="1237" w:type="dxa"/>
            <w:tcBorders>
              <w:top w:val="nil"/>
              <w:bottom w:val="nil"/>
            </w:tcBorders>
          </w:tcPr>
          <w:p w14:paraId="7FE248E6" w14:textId="77777777" w:rsidR="000C70CE" w:rsidRDefault="000C70CE" w:rsidP="00CF21F5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Письменный</w:t>
            </w: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2713908C" w14:textId="77777777" w:rsidR="000C70CE" w:rsidRDefault="000C70CE" w:rsidP="00CF21F5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https://uchi.ru/</w:t>
            </w:r>
          </w:p>
        </w:tc>
      </w:tr>
      <w:tr w:rsidR="000C70CE" w14:paraId="20AE4530" w14:textId="77777777" w:rsidTr="00CF21F5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14:paraId="0B173E65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4466" w:type="dxa"/>
            <w:tcBorders>
              <w:top w:val="nil"/>
              <w:bottom w:val="nil"/>
            </w:tcBorders>
          </w:tcPr>
          <w:p w14:paraId="15C1513B" w14:textId="77777777" w:rsidR="000C70CE" w:rsidRDefault="000C70CE" w:rsidP="00CF21F5">
            <w:pPr>
              <w:pStyle w:val="TableParagraph"/>
              <w:spacing w:before="8" w:line="163" w:lineRule="exact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языка: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наблюдение,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анализ,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лингвистический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эксперимент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3456022D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14:paraId="629E4599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6CE0E2D5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14:paraId="0A6B06EF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3842" w:type="dxa"/>
            <w:tcBorders>
              <w:top w:val="nil"/>
              <w:bottom w:val="nil"/>
            </w:tcBorders>
          </w:tcPr>
          <w:p w14:paraId="46F5B48C" w14:textId="77777777" w:rsidR="000C70CE" w:rsidRDefault="000C70CE" w:rsidP="00CF21F5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Федерации: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«1.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Государственным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языком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Российской</w:t>
            </w:r>
          </w:p>
        </w:tc>
        <w:tc>
          <w:tcPr>
            <w:tcW w:w="1237" w:type="dxa"/>
            <w:tcBorders>
              <w:top w:val="nil"/>
              <w:bottom w:val="nil"/>
            </w:tcBorders>
          </w:tcPr>
          <w:p w14:paraId="5B1C41C3" w14:textId="77777777" w:rsidR="000C70CE" w:rsidRDefault="000C70CE" w:rsidP="00CF21F5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6613CD0C" w14:textId="77777777" w:rsidR="000C70CE" w:rsidRDefault="000C70CE" w:rsidP="00CF21F5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https://education.yandex.ru</w:t>
            </w:r>
          </w:p>
        </w:tc>
      </w:tr>
      <w:tr w:rsidR="000C70CE" w14:paraId="17EB2FC3" w14:textId="77777777" w:rsidTr="00CF21F5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14:paraId="58A117A1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4466" w:type="dxa"/>
            <w:tcBorders>
              <w:top w:val="nil"/>
              <w:bottom w:val="nil"/>
            </w:tcBorders>
          </w:tcPr>
          <w:p w14:paraId="3714697C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251F8667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14:paraId="4573D46A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07A8CCCA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14:paraId="71C51288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3842" w:type="dxa"/>
            <w:tcBorders>
              <w:top w:val="nil"/>
              <w:bottom w:val="nil"/>
            </w:tcBorders>
          </w:tcPr>
          <w:p w14:paraId="3064F19B" w14:textId="77777777" w:rsidR="000C70CE" w:rsidRDefault="000C70CE" w:rsidP="00CF21F5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Федерации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на;</w:t>
            </w:r>
          </w:p>
        </w:tc>
        <w:tc>
          <w:tcPr>
            <w:tcW w:w="1237" w:type="dxa"/>
            <w:tcBorders>
              <w:top w:val="nil"/>
              <w:bottom w:val="nil"/>
            </w:tcBorders>
          </w:tcPr>
          <w:p w14:paraId="2B958713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226BAD7C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</w:tr>
      <w:tr w:rsidR="000C70CE" w:rsidRPr="0069551C" w14:paraId="26924BF7" w14:textId="77777777" w:rsidTr="00CF21F5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14:paraId="34940AC8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4466" w:type="dxa"/>
            <w:tcBorders>
              <w:top w:val="nil"/>
              <w:bottom w:val="nil"/>
            </w:tcBorders>
          </w:tcPr>
          <w:p w14:paraId="2E6E6450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5C0B19BE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14:paraId="30E76F35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39A20E49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14:paraId="190ACBAE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3842" w:type="dxa"/>
            <w:tcBorders>
              <w:top w:val="nil"/>
              <w:bottom w:val="nil"/>
            </w:tcBorders>
          </w:tcPr>
          <w:p w14:paraId="4E349ECA" w14:textId="77777777" w:rsidR="000C70CE" w:rsidRDefault="000C70CE" w:rsidP="00CF21F5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всей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её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территории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является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русский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язык;</w:t>
            </w:r>
          </w:p>
        </w:tc>
        <w:tc>
          <w:tcPr>
            <w:tcW w:w="1237" w:type="dxa"/>
            <w:tcBorders>
              <w:top w:val="nil"/>
              <w:bottom w:val="nil"/>
            </w:tcBorders>
          </w:tcPr>
          <w:p w14:paraId="53BC7749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00390570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</w:tr>
      <w:tr w:rsidR="000C70CE" w14:paraId="448C46E3" w14:textId="77777777" w:rsidTr="00CF21F5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14:paraId="55791800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4466" w:type="dxa"/>
            <w:tcBorders>
              <w:top w:val="nil"/>
              <w:bottom w:val="nil"/>
            </w:tcBorders>
          </w:tcPr>
          <w:p w14:paraId="219A94FD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42527159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14:paraId="6FD32916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12DC3552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14:paraId="24F635E0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3842" w:type="dxa"/>
            <w:tcBorders>
              <w:top w:val="nil"/>
              <w:bottom w:val="nil"/>
            </w:tcBorders>
          </w:tcPr>
          <w:p w14:paraId="147D96DD" w14:textId="77777777" w:rsidR="000C70CE" w:rsidRDefault="000C70CE" w:rsidP="00CF21F5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государствообразующего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народа;</w:t>
            </w:r>
          </w:p>
        </w:tc>
        <w:tc>
          <w:tcPr>
            <w:tcW w:w="1237" w:type="dxa"/>
            <w:tcBorders>
              <w:top w:val="nil"/>
              <w:bottom w:val="nil"/>
            </w:tcBorders>
          </w:tcPr>
          <w:p w14:paraId="31115083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004A7C39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</w:tr>
      <w:tr w:rsidR="000C70CE" w14:paraId="52596207" w14:textId="77777777" w:rsidTr="00CF21F5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14:paraId="54884470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4466" w:type="dxa"/>
            <w:tcBorders>
              <w:top w:val="nil"/>
              <w:bottom w:val="nil"/>
            </w:tcBorders>
          </w:tcPr>
          <w:p w14:paraId="0AB659FA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10A684C5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14:paraId="5F402ED7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3C51CD91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14:paraId="2947F6E3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3842" w:type="dxa"/>
            <w:tcBorders>
              <w:top w:val="nil"/>
              <w:bottom w:val="nil"/>
            </w:tcBorders>
          </w:tcPr>
          <w:p w14:paraId="48D739AE" w14:textId="77777777" w:rsidR="000C70CE" w:rsidRDefault="000C70CE" w:rsidP="00CF21F5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входящего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многонациональный;</w:t>
            </w:r>
          </w:p>
        </w:tc>
        <w:tc>
          <w:tcPr>
            <w:tcW w:w="1237" w:type="dxa"/>
            <w:tcBorders>
              <w:top w:val="nil"/>
              <w:bottom w:val="nil"/>
            </w:tcBorders>
          </w:tcPr>
          <w:p w14:paraId="03CCB28A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5EEA01F1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</w:tr>
      <w:tr w:rsidR="000C70CE" w:rsidRPr="0069551C" w14:paraId="678F6B2C" w14:textId="77777777" w:rsidTr="00CF21F5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14:paraId="4A127A76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4466" w:type="dxa"/>
            <w:tcBorders>
              <w:top w:val="nil"/>
              <w:bottom w:val="nil"/>
            </w:tcBorders>
          </w:tcPr>
          <w:p w14:paraId="41F0EB7E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52870675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14:paraId="210F8D7F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6CB4168D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14:paraId="53D2221F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3842" w:type="dxa"/>
            <w:tcBorders>
              <w:top w:val="nil"/>
              <w:bottom w:val="nil"/>
            </w:tcBorders>
          </w:tcPr>
          <w:p w14:paraId="3F73E5B0" w14:textId="77777777" w:rsidR="000C70CE" w:rsidRDefault="000C70CE" w:rsidP="00CF21F5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союз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равноправных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народов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Российской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Федерации»;</w:t>
            </w:r>
          </w:p>
        </w:tc>
        <w:tc>
          <w:tcPr>
            <w:tcW w:w="1237" w:type="dxa"/>
            <w:tcBorders>
              <w:top w:val="nil"/>
              <w:bottom w:val="nil"/>
            </w:tcBorders>
          </w:tcPr>
          <w:p w14:paraId="5C3F7664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09ADB1EC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</w:tr>
      <w:tr w:rsidR="000C70CE" w:rsidRPr="0069551C" w14:paraId="62E7C0F0" w14:textId="77777777" w:rsidTr="00CF21F5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14:paraId="040F58EB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4466" w:type="dxa"/>
            <w:tcBorders>
              <w:top w:val="nil"/>
              <w:bottom w:val="nil"/>
            </w:tcBorders>
          </w:tcPr>
          <w:p w14:paraId="5BD2F25B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46A875BC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14:paraId="47B97D9F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32150BD0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14:paraId="6C72F63D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3842" w:type="dxa"/>
            <w:tcBorders>
              <w:top w:val="nil"/>
              <w:bottom w:val="nil"/>
            </w:tcBorders>
          </w:tcPr>
          <w:p w14:paraId="115D6D89" w14:textId="77777777" w:rsidR="000C70CE" w:rsidRDefault="000C70CE" w:rsidP="00CF21F5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Рассказпояснение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«Русский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как;</w:t>
            </w:r>
          </w:p>
        </w:tc>
        <w:tc>
          <w:tcPr>
            <w:tcW w:w="1237" w:type="dxa"/>
            <w:tcBorders>
              <w:top w:val="nil"/>
              <w:bottom w:val="nil"/>
            </w:tcBorders>
          </w:tcPr>
          <w:p w14:paraId="483FDF7C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556D7329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</w:tr>
      <w:tr w:rsidR="000C70CE" w14:paraId="2684AF5E" w14:textId="77777777" w:rsidTr="00CF21F5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14:paraId="6FE1973E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4466" w:type="dxa"/>
            <w:tcBorders>
              <w:top w:val="nil"/>
              <w:bottom w:val="nil"/>
            </w:tcBorders>
          </w:tcPr>
          <w:p w14:paraId="3C74207B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4E0EEB5F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14:paraId="2D686970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19A1C3EF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14:paraId="6DE65DEC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3842" w:type="dxa"/>
            <w:tcBorders>
              <w:top w:val="nil"/>
              <w:bottom w:val="nil"/>
            </w:tcBorders>
          </w:tcPr>
          <w:p w14:paraId="39AE061E" w14:textId="77777777" w:rsidR="000C70CE" w:rsidRDefault="000C70CE" w:rsidP="00CF21F5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государственный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язык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Российской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Федерации»;</w:t>
            </w:r>
          </w:p>
        </w:tc>
        <w:tc>
          <w:tcPr>
            <w:tcW w:w="1237" w:type="dxa"/>
            <w:tcBorders>
              <w:top w:val="nil"/>
              <w:bottom w:val="nil"/>
            </w:tcBorders>
          </w:tcPr>
          <w:p w14:paraId="642D8F94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42EA0312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</w:tr>
      <w:tr w:rsidR="000C70CE" w14:paraId="31355B84" w14:textId="77777777" w:rsidTr="00CF21F5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14:paraId="4B487D38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4466" w:type="dxa"/>
            <w:tcBorders>
              <w:top w:val="nil"/>
              <w:bottom w:val="nil"/>
            </w:tcBorders>
          </w:tcPr>
          <w:p w14:paraId="36F89F8A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7B0D54EF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14:paraId="498052EE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5AFA42E9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14:paraId="4DE5C54D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3842" w:type="dxa"/>
            <w:tcBorders>
              <w:top w:val="nil"/>
              <w:bottom w:val="nil"/>
            </w:tcBorders>
          </w:tcPr>
          <w:p w14:paraId="02CF00F4" w14:textId="0E7E1BB1" w:rsidR="000C70CE" w:rsidRDefault="000C70CE" w:rsidP="00CF21F5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Учебный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диалог</w:t>
            </w:r>
            <w:r w:rsidR="000D3C84">
              <w:rPr>
                <w:w w:val="105"/>
                <w:sz w:val="15"/>
              </w:rPr>
              <w:t xml:space="preserve"> </w:t>
            </w:r>
          </w:p>
        </w:tc>
        <w:tc>
          <w:tcPr>
            <w:tcW w:w="1237" w:type="dxa"/>
            <w:tcBorders>
              <w:top w:val="nil"/>
              <w:bottom w:val="nil"/>
            </w:tcBorders>
          </w:tcPr>
          <w:p w14:paraId="5A644C48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54CF567A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</w:tr>
      <w:tr w:rsidR="000C70CE" w:rsidRPr="0069551C" w14:paraId="1EB71846" w14:textId="77777777" w:rsidTr="00CF21F5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14:paraId="67049E95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4466" w:type="dxa"/>
            <w:tcBorders>
              <w:top w:val="nil"/>
              <w:bottom w:val="nil"/>
            </w:tcBorders>
          </w:tcPr>
          <w:p w14:paraId="3744ACD8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60A7B7D4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14:paraId="1D44264C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5A7DE2C3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14:paraId="2A7132AD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3842" w:type="dxa"/>
            <w:tcBorders>
              <w:top w:val="nil"/>
              <w:bottom w:val="nil"/>
            </w:tcBorders>
          </w:tcPr>
          <w:p w14:paraId="53B1D689" w14:textId="77777777" w:rsidR="000C70CE" w:rsidRDefault="000C70CE" w:rsidP="00CF21F5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ходе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которого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формулируются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суждения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о;</w:t>
            </w:r>
          </w:p>
        </w:tc>
        <w:tc>
          <w:tcPr>
            <w:tcW w:w="1237" w:type="dxa"/>
            <w:tcBorders>
              <w:top w:val="nil"/>
              <w:bottom w:val="nil"/>
            </w:tcBorders>
          </w:tcPr>
          <w:p w14:paraId="68802EBE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188E1B39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</w:tr>
      <w:tr w:rsidR="000C70CE" w:rsidRPr="0069551C" w14:paraId="18E271F3" w14:textId="77777777" w:rsidTr="00CF21F5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14:paraId="712B029A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4466" w:type="dxa"/>
            <w:tcBorders>
              <w:top w:val="nil"/>
              <w:bottom w:val="nil"/>
            </w:tcBorders>
          </w:tcPr>
          <w:p w14:paraId="1A0FD199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6BE8939A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14:paraId="54735D8D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68D8C58F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14:paraId="5F1FE8E5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3842" w:type="dxa"/>
            <w:tcBorders>
              <w:top w:val="nil"/>
              <w:bottom w:val="nil"/>
            </w:tcBorders>
          </w:tcPr>
          <w:p w14:paraId="6636933F" w14:textId="77777777" w:rsidR="000C70CE" w:rsidRDefault="000C70CE" w:rsidP="00CF21F5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многообразии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языкового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пространства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</w:p>
        </w:tc>
        <w:tc>
          <w:tcPr>
            <w:tcW w:w="1237" w:type="dxa"/>
            <w:tcBorders>
              <w:top w:val="nil"/>
              <w:bottom w:val="nil"/>
            </w:tcBorders>
          </w:tcPr>
          <w:p w14:paraId="56BBD3F8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7EBFA323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</w:tr>
      <w:tr w:rsidR="000C70CE" w14:paraId="38B2BC38" w14:textId="77777777" w:rsidTr="00CF21F5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14:paraId="423A310C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4466" w:type="dxa"/>
            <w:tcBorders>
              <w:top w:val="nil"/>
              <w:bottom w:val="nil"/>
            </w:tcBorders>
          </w:tcPr>
          <w:p w14:paraId="4D7874EC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212A5A3A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14:paraId="70D42A66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166B8843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14:paraId="365739E6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3842" w:type="dxa"/>
            <w:tcBorders>
              <w:top w:val="nil"/>
              <w:bottom w:val="nil"/>
            </w:tcBorders>
          </w:tcPr>
          <w:p w14:paraId="4B54F1F0" w14:textId="77777777" w:rsidR="000C70CE" w:rsidRDefault="000C70CE" w:rsidP="00CF21F5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значении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русского;</w:t>
            </w:r>
          </w:p>
        </w:tc>
        <w:tc>
          <w:tcPr>
            <w:tcW w:w="1237" w:type="dxa"/>
            <w:tcBorders>
              <w:top w:val="nil"/>
              <w:bottom w:val="nil"/>
            </w:tcBorders>
          </w:tcPr>
          <w:p w14:paraId="14D265AC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66933706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</w:tr>
      <w:tr w:rsidR="000C70CE" w:rsidRPr="0069551C" w14:paraId="56A54EFC" w14:textId="77777777" w:rsidTr="00CF21F5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14:paraId="3BEB7E6B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4466" w:type="dxa"/>
            <w:tcBorders>
              <w:top w:val="nil"/>
              <w:bottom w:val="nil"/>
            </w:tcBorders>
          </w:tcPr>
          <w:p w14:paraId="545DB30D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29AACDF2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14:paraId="18AB76B0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04F4F324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14:paraId="44205E35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3842" w:type="dxa"/>
            <w:tcBorders>
              <w:top w:val="nil"/>
              <w:bottom w:val="nil"/>
            </w:tcBorders>
          </w:tcPr>
          <w:p w14:paraId="28CADE96" w14:textId="77777777" w:rsidR="000C70CE" w:rsidRDefault="000C70CE" w:rsidP="00CF21F5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языка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как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государственного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Российской</w:t>
            </w:r>
          </w:p>
        </w:tc>
        <w:tc>
          <w:tcPr>
            <w:tcW w:w="1237" w:type="dxa"/>
            <w:tcBorders>
              <w:top w:val="nil"/>
              <w:bottom w:val="nil"/>
            </w:tcBorders>
          </w:tcPr>
          <w:p w14:paraId="09C9F756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242265BA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</w:tr>
      <w:tr w:rsidR="000C70CE" w14:paraId="1C6C5AA8" w14:textId="77777777" w:rsidTr="00CF21F5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14:paraId="1ED3FF27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4466" w:type="dxa"/>
            <w:tcBorders>
              <w:top w:val="nil"/>
              <w:bottom w:val="nil"/>
            </w:tcBorders>
          </w:tcPr>
          <w:p w14:paraId="45F03A55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2BFAAD71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14:paraId="4ADC845E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08CEEC75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14:paraId="055203F9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3842" w:type="dxa"/>
            <w:tcBorders>
              <w:top w:val="nil"/>
              <w:bottom w:val="nil"/>
            </w:tcBorders>
          </w:tcPr>
          <w:p w14:paraId="366F152A" w14:textId="77777777" w:rsidR="000C70CE" w:rsidRDefault="000C70CE" w:rsidP="00CF21F5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Федерации;</w:t>
            </w:r>
          </w:p>
        </w:tc>
        <w:tc>
          <w:tcPr>
            <w:tcW w:w="1237" w:type="dxa"/>
            <w:tcBorders>
              <w:top w:val="nil"/>
              <w:bottom w:val="nil"/>
            </w:tcBorders>
          </w:tcPr>
          <w:p w14:paraId="5E8BBE74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32164BF2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</w:tr>
      <w:tr w:rsidR="000C70CE" w:rsidRPr="0069551C" w14:paraId="211ACCD4" w14:textId="77777777" w:rsidTr="00CF21F5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14:paraId="03DEAD69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4466" w:type="dxa"/>
            <w:tcBorders>
              <w:top w:val="nil"/>
              <w:bottom w:val="nil"/>
            </w:tcBorders>
          </w:tcPr>
          <w:p w14:paraId="10AF4879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2F7C0DB2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14:paraId="452620EF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62CA3E4C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14:paraId="03C4E2C6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3842" w:type="dxa"/>
            <w:tcBorders>
              <w:top w:val="nil"/>
              <w:bottom w:val="nil"/>
            </w:tcBorders>
          </w:tcPr>
          <w:p w14:paraId="333C6E64" w14:textId="77777777" w:rsidR="000C70CE" w:rsidRDefault="000C70CE" w:rsidP="00CF21F5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Работа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парах: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придумать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ситуацию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применения</w:t>
            </w:r>
          </w:p>
        </w:tc>
        <w:tc>
          <w:tcPr>
            <w:tcW w:w="1237" w:type="dxa"/>
            <w:tcBorders>
              <w:top w:val="nil"/>
              <w:bottom w:val="nil"/>
            </w:tcBorders>
          </w:tcPr>
          <w:p w14:paraId="3063CF77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001AD99B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</w:tr>
      <w:tr w:rsidR="000C70CE" w14:paraId="7BB8FA4D" w14:textId="77777777" w:rsidTr="00CF21F5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14:paraId="1C30995E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4466" w:type="dxa"/>
            <w:tcBorders>
              <w:top w:val="nil"/>
              <w:bottom w:val="nil"/>
            </w:tcBorders>
          </w:tcPr>
          <w:p w14:paraId="0F785D6E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17A4F3DE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14:paraId="2E2C5A40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768F117A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14:paraId="699E796B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3842" w:type="dxa"/>
            <w:tcBorders>
              <w:top w:val="nil"/>
              <w:bottom w:val="nil"/>
            </w:tcBorders>
          </w:tcPr>
          <w:p w14:paraId="7FA4E0B3" w14:textId="77777777" w:rsidR="000C70CE" w:rsidRDefault="000C70CE" w:rsidP="00CF21F5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русского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как;</w:t>
            </w:r>
          </w:p>
        </w:tc>
        <w:tc>
          <w:tcPr>
            <w:tcW w:w="1237" w:type="dxa"/>
            <w:tcBorders>
              <w:top w:val="nil"/>
              <w:bottom w:val="nil"/>
            </w:tcBorders>
          </w:tcPr>
          <w:p w14:paraId="734D2344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714EEBCD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</w:tr>
      <w:tr w:rsidR="000C70CE" w14:paraId="563A0F14" w14:textId="77777777" w:rsidTr="00CF21F5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14:paraId="02674C4B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4466" w:type="dxa"/>
            <w:tcBorders>
              <w:top w:val="nil"/>
              <w:bottom w:val="nil"/>
            </w:tcBorders>
          </w:tcPr>
          <w:p w14:paraId="4FE69783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5C4F5442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14:paraId="6A604662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0A7918B6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14:paraId="62B5C24D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3842" w:type="dxa"/>
            <w:tcBorders>
              <w:top w:val="nil"/>
              <w:bottom w:val="nil"/>
            </w:tcBorders>
          </w:tcPr>
          <w:p w14:paraId="71EBE90C" w14:textId="77777777" w:rsidR="000C70CE" w:rsidRDefault="000C70CE" w:rsidP="00CF21F5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государственного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языка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Российской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Федерации;</w:t>
            </w:r>
          </w:p>
        </w:tc>
        <w:tc>
          <w:tcPr>
            <w:tcW w:w="1237" w:type="dxa"/>
            <w:tcBorders>
              <w:top w:val="nil"/>
              <w:bottom w:val="nil"/>
            </w:tcBorders>
          </w:tcPr>
          <w:p w14:paraId="025872D7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163A50CA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</w:tr>
      <w:tr w:rsidR="000C70CE" w14:paraId="0DB8B268" w14:textId="77777777" w:rsidTr="00CF21F5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14:paraId="0C615DDE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4466" w:type="dxa"/>
            <w:tcBorders>
              <w:top w:val="nil"/>
              <w:bottom w:val="nil"/>
            </w:tcBorders>
          </w:tcPr>
          <w:p w14:paraId="0E5ABAD5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49BE4529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14:paraId="2370102F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1D29B032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14:paraId="63592ED3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3842" w:type="dxa"/>
            <w:tcBorders>
              <w:top w:val="nil"/>
              <w:bottom w:val="nil"/>
            </w:tcBorders>
          </w:tcPr>
          <w:p w14:paraId="6F664B7C" w14:textId="77777777" w:rsidR="000C70CE" w:rsidRDefault="000C70CE" w:rsidP="00CF21F5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Обсуждение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возможности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использования</w:t>
            </w:r>
          </w:p>
        </w:tc>
        <w:tc>
          <w:tcPr>
            <w:tcW w:w="1237" w:type="dxa"/>
            <w:tcBorders>
              <w:top w:val="nil"/>
              <w:bottom w:val="nil"/>
            </w:tcBorders>
          </w:tcPr>
          <w:p w14:paraId="426AD765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17D62791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</w:tr>
      <w:tr w:rsidR="000C70CE" w14:paraId="4D84B25C" w14:textId="77777777" w:rsidTr="00CF21F5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14:paraId="01A0F343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4466" w:type="dxa"/>
            <w:tcBorders>
              <w:top w:val="nil"/>
              <w:bottom w:val="nil"/>
            </w:tcBorders>
          </w:tcPr>
          <w:p w14:paraId="16A0FCA7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390945B2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14:paraId="33C39764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7193B1B0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14:paraId="4A14AF63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3842" w:type="dxa"/>
            <w:tcBorders>
              <w:top w:val="nil"/>
              <w:bottom w:val="nil"/>
            </w:tcBorders>
          </w:tcPr>
          <w:p w14:paraId="16994BF3" w14:textId="77777777" w:rsidR="000C70CE" w:rsidRDefault="000C70CE" w:rsidP="00CF21F5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лингвистического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миниэксперимента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метода</w:t>
            </w:r>
          </w:p>
        </w:tc>
        <w:tc>
          <w:tcPr>
            <w:tcW w:w="1237" w:type="dxa"/>
            <w:tcBorders>
              <w:top w:val="nil"/>
              <w:bottom w:val="nil"/>
            </w:tcBorders>
          </w:tcPr>
          <w:p w14:paraId="12035ABC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25BC8D47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</w:tr>
      <w:tr w:rsidR="000C70CE" w14:paraId="35FBADBF" w14:textId="77777777" w:rsidTr="00CF21F5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14:paraId="76BB5DE4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4466" w:type="dxa"/>
            <w:tcBorders>
              <w:top w:val="nil"/>
              <w:bottom w:val="nil"/>
            </w:tcBorders>
          </w:tcPr>
          <w:p w14:paraId="0D0DF84E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6BFB8134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14:paraId="2A98A2ED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3CAF1B77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14:paraId="24BD7501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3842" w:type="dxa"/>
            <w:tcBorders>
              <w:top w:val="nil"/>
              <w:bottom w:val="nil"/>
            </w:tcBorders>
          </w:tcPr>
          <w:p w14:paraId="133E79DD" w14:textId="77777777" w:rsidR="000C70CE" w:rsidRDefault="000C70CE" w:rsidP="00CF21F5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изучения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языка;</w:t>
            </w:r>
          </w:p>
        </w:tc>
        <w:tc>
          <w:tcPr>
            <w:tcW w:w="1237" w:type="dxa"/>
            <w:tcBorders>
              <w:top w:val="nil"/>
              <w:bottom w:val="nil"/>
            </w:tcBorders>
          </w:tcPr>
          <w:p w14:paraId="5ED5C63C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4A22D96B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</w:tr>
      <w:tr w:rsidR="000C70CE" w:rsidRPr="0069551C" w14:paraId="2EEF726E" w14:textId="77777777" w:rsidTr="00CF21F5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14:paraId="134543FE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4466" w:type="dxa"/>
            <w:tcBorders>
              <w:top w:val="nil"/>
              <w:bottom w:val="nil"/>
            </w:tcBorders>
          </w:tcPr>
          <w:p w14:paraId="634E2550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47FA5730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14:paraId="69EFA035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28E1EDF1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14:paraId="7E720479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3842" w:type="dxa"/>
            <w:tcBorders>
              <w:top w:val="nil"/>
              <w:bottom w:val="nil"/>
            </w:tcBorders>
          </w:tcPr>
          <w:p w14:paraId="7722928F" w14:textId="77777777" w:rsidR="000C70CE" w:rsidRDefault="000C70CE" w:rsidP="00CF21F5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Учебный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диалог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«Как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выбирать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источник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информации</w:t>
            </w:r>
          </w:p>
        </w:tc>
        <w:tc>
          <w:tcPr>
            <w:tcW w:w="1237" w:type="dxa"/>
            <w:tcBorders>
              <w:top w:val="nil"/>
              <w:bottom w:val="nil"/>
            </w:tcBorders>
          </w:tcPr>
          <w:p w14:paraId="045D7ADA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113EBD43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</w:tr>
      <w:tr w:rsidR="000C70CE" w14:paraId="05B35D8A" w14:textId="77777777" w:rsidTr="00CF21F5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14:paraId="3305BD8E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4466" w:type="dxa"/>
            <w:tcBorders>
              <w:top w:val="nil"/>
              <w:bottom w:val="nil"/>
            </w:tcBorders>
          </w:tcPr>
          <w:p w14:paraId="7E45B105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52A5151C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14:paraId="2227BC99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697B02DC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14:paraId="2F29A47D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3842" w:type="dxa"/>
            <w:tcBorders>
              <w:top w:val="nil"/>
              <w:bottom w:val="nil"/>
            </w:tcBorders>
          </w:tcPr>
          <w:p w14:paraId="6B981ED5" w14:textId="074F2073" w:rsidR="000C70CE" w:rsidRDefault="000D3C84" w:rsidP="00CF21F5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</w:t>
            </w:r>
            <w:r w:rsidR="000C70CE">
              <w:rPr>
                <w:w w:val="105"/>
                <w:sz w:val="15"/>
              </w:rPr>
              <w:t>ри</w:t>
            </w:r>
            <w:r>
              <w:rPr>
                <w:w w:val="105"/>
                <w:sz w:val="15"/>
              </w:rPr>
              <w:t xml:space="preserve"> </w:t>
            </w:r>
          </w:p>
        </w:tc>
        <w:tc>
          <w:tcPr>
            <w:tcW w:w="1237" w:type="dxa"/>
            <w:tcBorders>
              <w:top w:val="nil"/>
              <w:bottom w:val="nil"/>
            </w:tcBorders>
          </w:tcPr>
          <w:p w14:paraId="45E3BFE6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4D45B165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</w:tr>
      <w:tr w:rsidR="000C70CE" w14:paraId="3612E612" w14:textId="77777777" w:rsidTr="00CF21F5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14:paraId="4D18358C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4466" w:type="dxa"/>
            <w:tcBorders>
              <w:top w:val="nil"/>
              <w:bottom w:val="nil"/>
            </w:tcBorders>
          </w:tcPr>
          <w:p w14:paraId="34CB2177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6FCF9164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14:paraId="0909AE41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536EB014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14:paraId="5865DF82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3842" w:type="dxa"/>
            <w:tcBorders>
              <w:top w:val="nil"/>
              <w:bottom w:val="nil"/>
            </w:tcBorders>
          </w:tcPr>
          <w:p w14:paraId="573C5BD0" w14:textId="77777777" w:rsidR="000C70CE" w:rsidRDefault="000C70CE" w:rsidP="00CF21F5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выполнении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мини-эксперимента?»;</w:t>
            </w:r>
          </w:p>
        </w:tc>
        <w:tc>
          <w:tcPr>
            <w:tcW w:w="1237" w:type="dxa"/>
            <w:tcBorders>
              <w:top w:val="nil"/>
              <w:bottom w:val="nil"/>
            </w:tcBorders>
          </w:tcPr>
          <w:p w14:paraId="419B0F62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74A9EDC0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</w:tr>
      <w:tr w:rsidR="000C70CE" w:rsidRPr="0069551C" w14:paraId="14A7F974" w14:textId="77777777" w:rsidTr="00CF21F5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14:paraId="0E111C2E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4466" w:type="dxa"/>
            <w:tcBorders>
              <w:top w:val="nil"/>
              <w:bottom w:val="nil"/>
            </w:tcBorders>
          </w:tcPr>
          <w:p w14:paraId="4172C9CE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6BB4CD68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14:paraId="12390C5D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319C0FBF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14:paraId="4B14E28F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3842" w:type="dxa"/>
            <w:tcBorders>
              <w:top w:val="nil"/>
              <w:bottom w:val="nil"/>
            </w:tcBorders>
          </w:tcPr>
          <w:p w14:paraId="7B446F6C" w14:textId="77777777" w:rsidR="000C70CE" w:rsidRDefault="000C70CE" w:rsidP="00CF21F5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Практические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всех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разделах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курса;</w:t>
            </w:r>
          </w:p>
        </w:tc>
        <w:tc>
          <w:tcPr>
            <w:tcW w:w="1237" w:type="dxa"/>
            <w:tcBorders>
              <w:top w:val="nil"/>
              <w:bottom w:val="nil"/>
            </w:tcBorders>
          </w:tcPr>
          <w:p w14:paraId="0B737C85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687CBE93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</w:tr>
      <w:tr w:rsidR="000C70CE" w14:paraId="08EF8A1F" w14:textId="77777777" w:rsidTr="00CF21F5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14:paraId="0B1987C6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4466" w:type="dxa"/>
            <w:tcBorders>
              <w:top w:val="nil"/>
              <w:bottom w:val="nil"/>
            </w:tcBorders>
          </w:tcPr>
          <w:p w14:paraId="6D7A65FB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0BA75116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14:paraId="2CDE790F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6DD6F389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14:paraId="6A49CCB9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3842" w:type="dxa"/>
            <w:tcBorders>
              <w:top w:val="nil"/>
              <w:bottom w:val="nil"/>
            </w:tcBorders>
          </w:tcPr>
          <w:p w14:paraId="2C3FBC16" w14:textId="77777777" w:rsidR="000C70CE" w:rsidRDefault="000C70CE" w:rsidP="00CF21F5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в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ходе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которых;</w:t>
            </w:r>
          </w:p>
        </w:tc>
        <w:tc>
          <w:tcPr>
            <w:tcW w:w="1237" w:type="dxa"/>
            <w:tcBorders>
              <w:top w:val="nil"/>
              <w:bottom w:val="nil"/>
            </w:tcBorders>
          </w:tcPr>
          <w:p w14:paraId="241F5A88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61E0D245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</w:tr>
      <w:tr w:rsidR="000C70CE" w14:paraId="2E44EA22" w14:textId="77777777" w:rsidTr="00CF21F5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14:paraId="68926DB3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4466" w:type="dxa"/>
            <w:tcBorders>
              <w:top w:val="nil"/>
              <w:bottom w:val="nil"/>
            </w:tcBorders>
          </w:tcPr>
          <w:p w14:paraId="54874CD5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659B7B4A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14:paraId="18D5C603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5C1A2BCB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14:paraId="730EE841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3842" w:type="dxa"/>
            <w:tcBorders>
              <w:top w:val="nil"/>
              <w:bottom w:val="nil"/>
            </w:tcBorders>
          </w:tcPr>
          <w:p w14:paraId="1DF0F9D4" w14:textId="77777777" w:rsidR="000C70CE" w:rsidRDefault="000C70CE" w:rsidP="00CF21F5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развивается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умение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анализировать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текстовую;</w:t>
            </w:r>
          </w:p>
        </w:tc>
        <w:tc>
          <w:tcPr>
            <w:tcW w:w="1237" w:type="dxa"/>
            <w:tcBorders>
              <w:top w:val="nil"/>
              <w:bottom w:val="nil"/>
            </w:tcBorders>
          </w:tcPr>
          <w:p w14:paraId="40AD095D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494D1C56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</w:tr>
      <w:tr w:rsidR="000C70CE" w14:paraId="4C6F9168" w14:textId="77777777" w:rsidTr="00CF21F5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14:paraId="24D6DA7E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4466" w:type="dxa"/>
            <w:tcBorders>
              <w:top w:val="nil"/>
              <w:bottom w:val="nil"/>
            </w:tcBorders>
          </w:tcPr>
          <w:p w14:paraId="6188D9D4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5A1993D9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14:paraId="2249D303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0530D224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14:paraId="3CFA5D76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3842" w:type="dxa"/>
            <w:tcBorders>
              <w:top w:val="nil"/>
              <w:bottom w:val="nil"/>
            </w:tcBorders>
          </w:tcPr>
          <w:p w14:paraId="6BE03C0D" w14:textId="019CA01E" w:rsidR="000C70CE" w:rsidRDefault="000C70CE" w:rsidP="00CF21F5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графическую;</w:t>
            </w:r>
            <w:r w:rsidR="000D3C84">
              <w:rPr>
                <w:w w:val="105"/>
                <w:sz w:val="15"/>
              </w:rPr>
              <w:t xml:space="preserve"> </w:t>
            </w:r>
          </w:p>
        </w:tc>
        <w:tc>
          <w:tcPr>
            <w:tcW w:w="1237" w:type="dxa"/>
            <w:tcBorders>
              <w:top w:val="nil"/>
              <w:bottom w:val="nil"/>
            </w:tcBorders>
          </w:tcPr>
          <w:p w14:paraId="146CA3CE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26D4CAAA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</w:tr>
      <w:tr w:rsidR="000C70CE" w14:paraId="0031D75D" w14:textId="77777777" w:rsidTr="00CF21F5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14:paraId="6F2A1EB7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4466" w:type="dxa"/>
            <w:tcBorders>
              <w:top w:val="nil"/>
              <w:bottom w:val="nil"/>
            </w:tcBorders>
          </w:tcPr>
          <w:p w14:paraId="3DE94DD0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3A5AFDCE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14:paraId="4FC78820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34BE079F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14:paraId="793729FD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3842" w:type="dxa"/>
            <w:tcBorders>
              <w:top w:val="nil"/>
              <w:bottom w:val="nil"/>
            </w:tcBorders>
          </w:tcPr>
          <w:p w14:paraId="5452B6D6" w14:textId="5FB69A6F" w:rsidR="000C70CE" w:rsidRDefault="000C70CE" w:rsidP="00CF21F5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</w:p>
        </w:tc>
        <w:tc>
          <w:tcPr>
            <w:tcW w:w="1237" w:type="dxa"/>
            <w:tcBorders>
              <w:top w:val="nil"/>
              <w:bottom w:val="nil"/>
            </w:tcBorders>
          </w:tcPr>
          <w:p w14:paraId="043D0730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34496EF1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</w:tr>
      <w:tr w:rsidR="000C70CE" w:rsidRPr="0069551C" w14:paraId="379E5317" w14:textId="77777777" w:rsidTr="00CF21F5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14:paraId="131FCD06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4466" w:type="dxa"/>
            <w:tcBorders>
              <w:top w:val="nil"/>
              <w:bottom w:val="nil"/>
            </w:tcBorders>
          </w:tcPr>
          <w:p w14:paraId="46092889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6864F14E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14:paraId="038A3214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67AFDC97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14:paraId="60AE76F4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3842" w:type="dxa"/>
            <w:tcBorders>
              <w:top w:val="nil"/>
              <w:bottom w:val="nil"/>
            </w:tcBorders>
          </w:tcPr>
          <w:p w14:paraId="20165046" w14:textId="77777777" w:rsidR="000C70CE" w:rsidRDefault="000C70CE" w:rsidP="00CF21F5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звуковую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информацию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соответствии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учебной</w:t>
            </w:r>
          </w:p>
        </w:tc>
        <w:tc>
          <w:tcPr>
            <w:tcW w:w="1237" w:type="dxa"/>
            <w:tcBorders>
              <w:top w:val="nil"/>
              <w:bottom w:val="nil"/>
            </w:tcBorders>
          </w:tcPr>
          <w:p w14:paraId="13125AE9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42364914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</w:tr>
      <w:tr w:rsidR="000C70CE" w14:paraId="2DE9E14E" w14:textId="77777777" w:rsidTr="00CF21F5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14:paraId="4FE6767E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4466" w:type="dxa"/>
            <w:tcBorders>
              <w:top w:val="nil"/>
              <w:bottom w:val="nil"/>
            </w:tcBorders>
          </w:tcPr>
          <w:p w14:paraId="575C9125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15391C53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14:paraId="4B005480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66B67CC0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14:paraId="01DCD22E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3842" w:type="dxa"/>
            <w:tcBorders>
              <w:top w:val="nil"/>
              <w:bottom w:val="nil"/>
            </w:tcBorders>
          </w:tcPr>
          <w:p w14:paraId="0F77EEEE" w14:textId="77777777" w:rsidR="000C70CE" w:rsidRDefault="000C70CE" w:rsidP="00CF21F5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задачей;</w:t>
            </w:r>
          </w:p>
        </w:tc>
        <w:tc>
          <w:tcPr>
            <w:tcW w:w="1237" w:type="dxa"/>
            <w:tcBorders>
              <w:top w:val="nil"/>
              <w:bottom w:val="nil"/>
            </w:tcBorders>
          </w:tcPr>
          <w:p w14:paraId="0715C721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6984FCFA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</w:tr>
      <w:tr w:rsidR="000C70CE" w14:paraId="1598C84D" w14:textId="77777777" w:rsidTr="00CF21F5">
        <w:trPr>
          <w:trHeight w:val="267"/>
        </w:trPr>
        <w:tc>
          <w:tcPr>
            <w:tcW w:w="468" w:type="dxa"/>
            <w:tcBorders>
              <w:top w:val="nil"/>
            </w:tcBorders>
          </w:tcPr>
          <w:p w14:paraId="0075490D" w14:textId="77777777" w:rsidR="000C70CE" w:rsidRDefault="000C70CE" w:rsidP="00CF21F5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4466" w:type="dxa"/>
            <w:tcBorders>
              <w:top w:val="nil"/>
            </w:tcBorders>
          </w:tcPr>
          <w:p w14:paraId="2E8037CA" w14:textId="77777777" w:rsidR="000C70CE" w:rsidRDefault="000C70CE" w:rsidP="00CF21F5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528" w:type="dxa"/>
            <w:tcBorders>
              <w:top w:val="nil"/>
            </w:tcBorders>
          </w:tcPr>
          <w:p w14:paraId="07E8FF7A" w14:textId="77777777" w:rsidR="000C70CE" w:rsidRDefault="000C70CE" w:rsidP="00CF21F5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1104" w:type="dxa"/>
            <w:tcBorders>
              <w:top w:val="nil"/>
            </w:tcBorders>
          </w:tcPr>
          <w:p w14:paraId="109DA80E" w14:textId="77777777" w:rsidR="000C70CE" w:rsidRDefault="000C70CE" w:rsidP="00CF21F5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1140" w:type="dxa"/>
            <w:tcBorders>
              <w:top w:val="nil"/>
            </w:tcBorders>
          </w:tcPr>
          <w:p w14:paraId="0B44C9D0" w14:textId="77777777" w:rsidR="000C70CE" w:rsidRDefault="000C70CE" w:rsidP="00CF21F5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864" w:type="dxa"/>
            <w:tcBorders>
              <w:top w:val="nil"/>
            </w:tcBorders>
          </w:tcPr>
          <w:p w14:paraId="68FEEC8A" w14:textId="77777777" w:rsidR="000C70CE" w:rsidRDefault="000C70CE" w:rsidP="00CF21F5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3842" w:type="dxa"/>
            <w:tcBorders>
              <w:top w:val="nil"/>
            </w:tcBorders>
          </w:tcPr>
          <w:p w14:paraId="16C566A1" w14:textId="7B4F81DE" w:rsidR="000C70CE" w:rsidRDefault="000C70CE" w:rsidP="00CF21F5">
            <w:pPr>
              <w:pStyle w:val="TableParagraph"/>
              <w:spacing w:before="8"/>
              <w:ind w:left="79"/>
              <w:rPr>
                <w:sz w:val="15"/>
              </w:rPr>
            </w:pPr>
          </w:p>
        </w:tc>
        <w:tc>
          <w:tcPr>
            <w:tcW w:w="1237" w:type="dxa"/>
            <w:tcBorders>
              <w:top w:val="nil"/>
            </w:tcBorders>
          </w:tcPr>
          <w:p w14:paraId="2DFEED48" w14:textId="77777777" w:rsidR="000C70CE" w:rsidRDefault="000C70CE" w:rsidP="00CF21F5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1849" w:type="dxa"/>
            <w:tcBorders>
              <w:top w:val="nil"/>
            </w:tcBorders>
          </w:tcPr>
          <w:p w14:paraId="27E19EE0" w14:textId="77777777" w:rsidR="000C70CE" w:rsidRDefault="000C70CE" w:rsidP="00CF21F5">
            <w:pPr>
              <w:pStyle w:val="TableParagraph"/>
              <w:spacing w:before="0"/>
              <w:rPr>
                <w:sz w:val="14"/>
              </w:rPr>
            </w:pPr>
          </w:p>
        </w:tc>
      </w:tr>
      <w:tr w:rsidR="000C70CE" w14:paraId="13E020B1" w14:textId="77777777" w:rsidTr="00CF21F5">
        <w:trPr>
          <w:trHeight w:val="333"/>
        </w:trPr>
        <w:tc>
          <w:tcPr>
            <w:tcW w:w="4934" w:type="dxa"/>
            <w:gridSpan w:val="2"/>
          </w:tcPr>
          <w:p w14:paraId="2148EC0B" w14:textId="77777777" w:rsidR="000C70CE" w:rsidRDefault="000C70CE" w:rsidP="00CF21F5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разделу:</w:t>
            </w:r>
          </w:p>
        </w:tc>
        <w:tc>
          <w:tcPr>
            <w:tcW w:w="528" w:type="dxa"/>
          </w:tcPr>
          <w:p w14:paraId="05943313" w14:textId="77777777" w:rsidR="000C70CE" w:rsidRDefault="000C70CE" w:rsidP="00CF21F5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0036" w:type="dxa"/>
            <w:gridSpan w:val="6"/>
          </w:tcPr>
          <w:p w14:paraId="2178018C" w14:textId="77777777" w:rsidR="000C70CE" w:rsidRDefault="000C70CE" w:rsidP="00CF21F5">
            <w:pPr>
              <w:pStyle w:val="TableParagraph"/>
              <w:spacing w:before="0"/>
              <w:rPr>
                <w:sz w:val="14"/>
              </w:rPr>
            </w:pPr>
          </w:p>
        </w:tc>
      </w:tr>
      <w:tr w:rsidR="000C70CE" w14:paraId="40A9D43D" w14:textId="77777777" w:rsidTr="00CF21F5">
        <w:trPr>
          <w:trHeight w:val="333"/>
        </w:trPr>
        <w:tc>
          <w:tcPr>
            <w:tcW w:w="15498" w:type="dxa"/>
            <w:gridSpan w:val="9"/>
          </w:tcPr>
          <w:p w14:paraId="1852EF0F" w14:textId="77777777" w:rsidR="000C70CE" w:rsidRDefault="000C70CE" w:rsidP="00CF21F5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Раздел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Фонетика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графика</w:t>
            </w:r>
          </w:p>
        </w:tc>
      </w:tr>
    </w:tbl>
    <w:p w14:paraId="4E3FEE11" w14:textId="77777777" w:rsidR="000C70CE" w:rsidRDefault="000C70CE" w:rsidP="000C70CE">
      <w:pPr>
        <w:rPr>
          <w:sz w:val="15"/>
        </w:rPr>
        <w:sectPr w:rsidR="000C70CE">
          <w:pgSz w:w="16840" w:h="11900" w:orient="landscape"/>
          <w:pgMar w:top="4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4466"/>
        <w:gridCol w:w="528"/>
        <w:gridCol w:w="1104"/>
        <w:gridCol w:w="1140"/>
        <w:gridCol w:w="864"/>
        <w:gridCol w:w="3842"/>
        <w:gridCol w:w="1237"/>
        <w:gridCol w:w="1849"/>
      </w:tblGrid>
      <w:tr w:rsidR="000C70CE" w14:paraId="24E571B7" w14:textId="77777777" w:rsidTr="00CF21F5">
        <w:trPr>
          <w:trHeight w:val="258"/>
        </w:trPr>
        <w:tc>
          <w:tcPr>
            <w:tcW w:w="468" w:type="dxa"/>
            <w:tcBorders>
              <w:bottom w:val="nil"/>
            </w:tcBorders>
          </w:tcPr>
          <w:p w14:paraId="059CEE14" w14:textId="77777777" w:rsidR="000C70CE" w:rsidRDefault="000C70CE" w:rsidP="00CF21F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2.1.</w:t>
            </w:r>
          </w:p>
        </w:tc>
        <w:tc>
          <w:tcPr>
            <w:tcW w:w="4466" w:type="dxa"/>
            <w:tcBorders>
              <w:bottom w:val="nil"/>
            </w:tcBorders>
          </w:tcPr>
          <w:p w14:paraId="706617F4" w14:textId="77777777" w:rsidR="000C70CE" w:rsidRDefault="000C70CE" w:rsidP="00CF21F5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Повторение: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звуки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русского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языка: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гласный/согласный,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гласный</w:t>
            </w:r>
          </w:p>
        </w:tc>
        <w:tc>
          <w:tcPr>
            <w:tcW w:w="528" w:type="dxa"/>
            <w:tcBorders>
              <w:bottom w:val="nil"/>
            </w:tcBorders>
          </w:tcPr>
          <w:p w14:paraId="17B1EFAB" w14:textId="77777777" w:rsidR="000C70CE" w:rsidRDefault="000C70CE" w:rsidP="00CF21F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  <w:tcBorders>
              <w:bottom w:val="nil"/>
            </w:tcBorders>
          </w:tcPr>
          <w:p w14:paraId="204428B2" w14:textId="77777777" w:rsidR="000C70CE" w:rsidRDefault="000C70CE" w:rsidP="00CF21F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  <w:tcBorders>
              <w:bottom w:val="nil"/>
            </w:tcBorders>
          </w:tcPr>
          <w:p w14:paraId="71DA09A1" w14:textId="77777777" w:rsidR="000C70CE" w:rsidRDefault="000C70CE" w:rsidP="00CF21F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  <w:tcBorders>
              <w:bottom w:val="nil"/>
            </w:tcBorders>
          </w:tcPr>
          <w:p w14:paraId="54B064F1" w14:textId="5E1811E5" w:rsidR="000C70CE" w:rsidRDefault="000C70CE" w:rsidP="00CF21F5">
            <w:pPr>
              <w:pStyle w:val="TableParagraph"/>
              <w:spacing w:before="64"/>
              <w:ind w:left="78"/>
              <w:rPr>
                <w:sz w:val="15"/>
              </w:rPr>
            </w:pPr>
          </w:p>
        </w:tc>
        <w:tc>
          <w:tcPr>
            <w:tcW w:w="3842" w:type="dxa"/>
            <w:tcBorders>
              <w:bottom w:val="nil"/>
            </w:tcBorders>
          </w:tcPr>
          <w:p w14:paraId="0E1D4A58" w14:textId="77777777" w:rsidR="000C70CE" w:rsidRDefault="000C70CE" w:rsidP="00CF21F5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Упражнение: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определить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существенный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признак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</w:p>
        </w:tc>
        <w:tc>
          <w:tcPr>
            <w:tcW w:w="1237" w:type="dxa"/>
            <w:tcBorders>
              <w:bottom w:val="nil"/>
            </w:tcBorders>
          </w:tcPr>
          <w:p w14:paraId="14B9CED0" w14:textId="77777777" w:rsidR="000C70CE" w:rsidRDefault="000C70CE" w:rsidP="00CF21F5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Письменный</w:t>
            </w:r>
          </w:p>
        </w:tc>
        <w:tc>
          <w:tcPr>
            <w:tcW w:w="1849" w:type="dxa"/>
            <w:tcBorders>
              <w:bottom w:val="nil"/>
            </w:tcBorders>
          </w:tcPr>
          <w:p w14:paraId="373FC7EC" w14:textId="77777777" w:rsidR="000C70CE" w:rsidRDefault="000C70CE" w:rsidP="00CF21F5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https://resh.edu.ru</w:t>
            </w:r>
          </w:p>
        </w:tc>
      </w:tr>
      <w:tr w:rsidR="000C70CE" w14:paraId="511E89DD" w14:textId="77777777" w:rsidTr="00CF21F5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14:paraId="1148502D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4466" w:type="dxa"/>
            <w:tcBorders>
              <w:top w:val="nil"/>
              <w:bottom w:val="nil"/>
            </w:tcBorders>
          </w:tcPr>
          <w:p w14:paraId="1E3887E5" w14:textId="77777777" w:rsidR="000C70CE" w:rsidRDefault="000C70CE" w:rsidP="00CF21F5">
            <w:pPr>
              <w:pStyle w:val="TableParagraph"/>
              <w:spacing w:before="0" w:line="171" w:lineRule="exact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ударный/безударный,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согласный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твёрдый/мягкий,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79C222D8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14:paraId="27BFC3B0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02C2FD4D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14:paraId="0D7C1598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3842" w:type="dxa"/>
            <w:tcBorders>
              <w:top w:val="nil"/>
              <w:bottom w:val="nil"/>
            </w:tcBorders>
          </w:tcPr>
          <w:p w14:paraId="6C55188C" w14:textId="77777777" w:rsidR="000C70CE" w:rsidRDefault="000C70CE" w:rsidP="00CF21F5">
            <w:pPr>
              <w:pStyle w:val="TableParagraph"/>
              <w:spacing w:before="0"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классификации;</w:t>
            </w:r>
          </w:p>
        </w:tc>
        <w:tc>
          <w:tcPr>
            <w:tcW w:w="1237" w:type="dxa"/>
            <w:tcBorders>
              <w:top w:val="nil"/>
              <w:bottom w:val="nil"/>
            </w:tcBorders>
          </w:tcPr>
          <w:p w14:paraId="179BA9C6" w14:textId="77777777" w:rsidR="000C70CE" w:rsidRDefault="000C70CE" w:rsidP="00CF21F5">
            <w:pPr>
              <w:pStyle w:val="TableParagraph"/>
              <w:spacing w:before="0"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49CCCE98" w14:textId="77777777" w:rsidR="000C70CE" w:rsidRDefault="000C70CE" w:rsidP="00CF21F5">
            <w:pPr>
              <w:pStyle w:val="TableParagraph"/>
              <w:spacing w:before="0"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https://uchi.ru/</w:t>
            </w:r>
          </w:p>
        </w:tc>
      </w:tr>
      <w:tr w:rsidR="000C70CE" w14:paraId="6D0958C5" w14:textId="77777777" w:rsidTr="00CF21F5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14:paraId="1B9BCBAA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4466" w:type="dxa"/>
            <w:tcBorders>
              <w:top w:val="nil"/>
              <w:bottom w:val="nil"/>
            </w:tcBorders>
          </w:tcPr>
          <w:p w14:paraId="42E0ED35" w14:textId="77777777" w:rsidR="000C70CE" w:rsidRDefault="000C70CE" w:rsidP="00CF21F5">
            <w:pPr>
              <w:pStyle w:val="TableParagraph"/>
              <w:spacing w:before="0" w:line="171" w:lineRule="exact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парный/непарный,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согласный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глухой/звонкий,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49F8E9CA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14:paraId="6D2DB48F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0D74CB69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14:paraId="54AC3F8E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3842" w:type="dxa"/>
            <w:tcBorders>
              <w:top w:val="nil"/>
              <w:bottom w:val="nil"/>
            </w:tcBorders>
          </w:tcPr>
          <w:p w14:paraId="6F0EFE34" w14:textId="77777777" w:rsidR="000C70CE" w:rsidRDefault="000C70CE" w:rsidP="00CF21F5">
            <w:pPr>
              <w:pStyle w:val="TableParagraph"/>
              <w:spacing w:before="0"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звуков;</w:t>
            </w:r>
          </w:p>
        </w:tc>
        <w:tc>
          <w:tcPr>
            <w:tcW w:w="1237" w:type="dxa"/>
            <w:tcBorders>
              <w:top w:val="nil"/>
              <w:bottom w:val="nil"/>
            </w:tcBorders>
          </w:tcPr>
          <w:p w14:paraId="2D3B0601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4C622A9B" w14:textId="77777777" w:rsidR="000C70CE" w:rsidRDefault="000C70CE" w:rsidP="00CF21F5">
            <w:pPr>
              <w:pStyle w:val="TableParagraph"/>
              <w:spacing w:before="0"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https://education.yandex.ru</w:t>
            </w:r>
          </w:p>
        </w:tc>
      </w:tr>
      <w:tr w:rsidR="000C70CE" w:rsidRPr="0069551C" w14:paraId="7F960657" w14:textId="77777777" w:rsidTr="00CF21F5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14:paraId="1A9F5CF4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4466" w:type="dxa"/>
            <w:tcBorders>
              <w:top w:val="nil"/>
              <w:bottom w:val="nil"/>
            </w:tcBorders>
          </w:tcPr>
          <w:p w14:paraId="6EBDB8F5" w14:textId="77777777" w:rsidR="000C70CE" w:rsidRDefault="000C70CE" w:rsidP="00CF21F5">
            <w:pPr>
              <w:pStyle w:val="TableParagraph"/>
              <w:spacing w:before="0" w:line="171" w:lineRule="exact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парный/непарный;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функции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разделительных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мягкого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твёрдого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7F6D714E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14:paraId="24A0C987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47601430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14:paraId="4BF34E9A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3842" w:type="dxa"/>
            <w:tcBorders>
              <w:top w:val="nil"/>
              <w:bottom w:val="nil"/>
            </w:tcBorders>
          </w:tcPr>
          <w:p w14:paraId="501B49A1" w14:textId="77777777" w:rsidR="000C70CE" w:rsidRDefault="000C70CE" w:rsidP="00CF21F5">
            <w:pPr>
              <w:pStyle w:val="TableParagraph"/>
              <w:spacing w:before="0" w:line="171" w:lineRule="exact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Работа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парах: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классификация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набора</w:t>
            </w:r>
          </w:p>
        </w:tc>
        <w:tc>
          <w:tcPr>
            <w:tcW w:w="1237" w:type="dxa"/>
            <w:tcBorders>
              <w:top w:val="nil"/>
              <w:bottom w:val="nil"/>
            </w:tcBorders>
          </w:tcPr>
          <w:p w14:paraId="41E47D9B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75B36E29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</w:tr>
      <w:tr w:rsidR="000C70CE" w14:paraId="1A021F6E" w14:textId="77777777" w:rsidTr="00CF21F5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14:paraId="397E23BA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4466" w:type="dxa"/>
            <w:tcBorders>
              <w:top w:val="nil"/>
              <w:bottom w:val="nil"/>
            </w:tcBorders>
          </w:tcPr>
          <w:p w14:paraId="372D749B" w14:textId="77777777" w:rsidR="000C70CE" w:rsidRDefault="000C70CE" w:rsidP="00CF21F5">
            <w:pPr>
              <w:pStyle w:val="TableParagraph"/>
              <w:spacing w:before="0" w:line="171" w:lineRule="exact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знаков,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условия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использования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разделительных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65DF3692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14:paraId="3F3D7E31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351F0102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14:paraId="01767017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3842" w:type="dxa"/>
            <w:tcBorders>
              <w:top w:val="nil"/>
              <w:bottom w:val="nil"/>
            </w:tcBorders>
          </w:tcPr>
          <w:p w14:paraId="37B6C4F9" w14:textId="4558319F" w:rsidR="000C70CE" w:rsidRDefault="000C70CE" w:rsidP="00CF21F5">
            <w:pPr>
              <w:pStyle w:val="TableParagraph"/>
              <w:spacing w:before="0"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звуков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 w:rsidR="000D3C84">
              <w:rPr>
                <w:w w:val="105"/>
                <w:sz w:val="15"/>
              </w:rPr>
              <w:t xml:space="preserve"> </w:t>
            </w:r>
          </w:p>
        </w:tc>
        <w:tc>
          <w:tcPr>
            <w:tcW w:w="1237" w:type="dxa"/>
            <w:tcBorders>
              <w:top w:val="nil"/>
              <w:bottom w:val="nil"/>
            </w:tcBorders>
          </w:tcPr>
          <w:p w14:paraId="79AF5B26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5748AC2D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</w:tr>
      <w:tr w:rsidR="000C70CE" w14:paraId="453D4972" w14:textId="77777777" w:rsidTr="00CF21F5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14:paraId="5E7C73B5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4466" w:type="dxa"/>
            <w:tcBorders>
              <w:top w:val="nil"/>
              <w:bottom w:val="nil"/>
            </w:tcBorders>
          </w:tcPr>
          <w:p w14:paraId="676FE229" w14:textId="77777777" w:rsidR="000C70CE" w:rsidRDefault="000C70CE" w:rsidP="00CF21F5">
            <w:pPr>
              <w:pStyle w:val="TableParagraph"/>
              <w:spacing w:before="0" w:line="171" w:lineRule="exact"/>
              <w:rPr>
                <w:sz w:val="15"/>
              </w:rPr>
            </w:pPr>
            <w:r>
              <w:rPr>
                <w:w w:val="105"/>
                <w:sz w:val="15"/>
              </w:rPr>
              <w:t>мягкого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твёрдого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знаков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4A441EF4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14:paraId="32644B3C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4CA71968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14:paraId="4186981A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3842" w:type="dxa"/>
            <w:tcBorders>
              <w:top w:val="nil"/>
              <w:bottom w:val="nil"/>
            </w:tcBorders>
          </w:tcPr>
          <w:p w14:paraId="6385F7CF" w14:textId="77777777" w:rsidR="000C70CE" w:rsidRDefault="000C70CE" w:rsidP="00CF21F5">
            <w:pPr>
              <w:pStyle w:val="TableParagraph"/>
              <w:spacing w:before="0" w:line="171" w:lineRule="exact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последующей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коллективной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проверкой;</w:t>
            </w:r>
          </w:p>
        </w:tc>
        <w:tc>
          <w:tcPr>
            <w:tcW w:w="1237" w:type="dxa"/>
            <w:tcBorders>
              <w:top w:val="nil"/>
              <w:bottom w:val="nil"/>
            </w:tcBorders>
          </w:tcPr>
          <w:p w14:paraId="25809C4A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51F87F6D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</w:tr>
      <w:tr w:rsidR="000C70CE" w14:paraId="1A7B91E9" w14:textId="77777777" w:rsidTr="00CF21F5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14:paraId="5B3773E1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4466" w:type="dxa"/>
            <w:tcBorders>
              <w:top w:val="nil"/>
              <w:bottom w:val="nil"/>
            </w:tcBorders>
          </w:tcPr>
          <w:p w14:paraId="796553EE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3F51BF75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14:paraId="3E2AB7DB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07DC29EC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14:paraId="244102A6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3842" w:type="dxa"/>
            <w:tcBorders>
              <w:top w:val="nil"/>
              <w:bottom w:val="nil"/>
            </w:tcBorders>
          </w:tcPr>
          <w:p w14:paraId="6D0F71D2" w14:textId="77777777" w:rsidR="000C70CE" w:rsidRDefault="000C70CE" w:rsidP="00CF21F5">
            <w:pPr>
              <w:pStyle w:val="TableParagraph"/>
              <w:spacing w:before="0" w:line="171" w:lineRule="exact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Комментированное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выполнение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задания;</w:t>
            </w:r>
          </w:p>
        </w:tc>
        <w:tc>
          <w:tcPr>
            <w:tcW w:w="1237" w:type="dxa"/>
            <w:tcBorders>
              <w:top w:val="nil"/>
              <w:bottom w:val="nil"/>
            </w:tcBorders>
          </w:tcPr>
          <w:p w14:paraId="048E6520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65CA3C63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</w:tr>
      <w:tr w:rsidR="000C70CE" w14:paraId="60492D24" w14:textId="77777777" w:rsidTr="00CF21F5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14:paraId="1199595C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4466" w:type="dxa"/>
            <w:tcBorders>
              <w:top w:val="nil"/>
              <w:bottom w:val="nil"/>
            </w:tcBorders>
          </w:tcPr>
          <w:p w14:paraId="4305DD5D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530A0270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14:paraId="420C71BB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7273F41D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14:paraId="6568ECED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3842" w:type="dxa"/>
            <w:tcBorders>
              <w:top w:val="nil"/>
              <w:bottom w:val="nil"/>
            </w:tcBorders>
          </w:tcPr>
          <w:p w14:paraId="05562BA0" w14:textId="77777777" w:rsidR="000C70CE" w:rsidRDefault="000C70CE" w:rsidP="00CF21F5">
            <w:pPr>
              <w:pStyle w:val="TableParagraph"/>
              <w:spacing w:before="0" w:line="171" w:lineRule="exact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связанного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объяснением;</w:t>
            </w:r>
          </w:p>
        </w:tc>
        <w:tc>
          <w:tcPr>
            <w:tcW w:w="1237" w:type="dxa"/>
            <w:tcBorders>
              <w:top w:val="nil"/>
              <w:bottom w:val="nil"/>
            </w:tcBorders>
          </w:tcPr>
          <w:p w14:paraId="55D43F56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4A8EB882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</w:tr>
      <w:tr w:rsidR="000C70CE" w:rsidRPr="0069551C" w14:paraId="7D7C53E6" w14:textId="77777777" w:rsidTr="00CF21F5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14:paraId="725596B7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4466" w:type="dxa"/>
            <w:tcBorders>
              <w:top w:val="nil"/>
              <w:bottom w:val="nil"/>
            </w:tcBorders>
          </w:tcPr>
          <w:p w14:paraId="5883E61C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571FB549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14:paraId="767A87AF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55B4406E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14:paraId="7F189F8A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3842" w:type="dxa"/>
            <w:tcBorders>
              <w:top w:val="nil"/>
              <w:bottom w:val="nil"/>
            </w:tcBorders>
          </w:tcPr>
          <w:p w14:paraId="6EAD5A54" w14:textId="77777777" w:rsidR="000C70CE" w:rsidRDefault="000C70CE" w:rsidP="00CF21F5">
            <w:pPr>
              <w:pStyle w:val="TableParagraph"/>
              <w:spacing w:before="0"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различий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звукобуквенном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составе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</w:p>
        </w:tc>
        <w:tc>
          <w:tcPr>
            <w:tcW w:w="1237" w:type="dxa"/>
            <w:tcBorders>
              <w:top w:val="nil"/>
              <w:bottom w:val="nil"/>
            </w:tcBorders>
          </w:tcPr>
          <w:p w14:paraId="0B6F499F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47680B0A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</w:tr>
      <w:tr w:rsidR="000C70CE" w14:paraId="27E37018" w14:textId="77777777" w:rsidTr="00CF21F5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14:paraId="25AB9385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4466" w:type="dxa"/>
            <w:tcBorders>
              <w:top w:val="nil"/>
              <w:bottom w:val="nil"/>
            </w:tcBorders>
          </w:tcPr>
          <w:p w14:paraId="42471D9F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3D484177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14:paraId="180450DE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789F17EE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14:paraId="0A660A03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3842" w:type="dxa"/>
            <w:tcBorders>
              <w:top w:val="nil"/>
              <w:bottom w:val="nil"/>
            </w:tcBorders>
          </w:tcPr>
          <w:p w14:paraId="079AD502" w14:textId="77777777" w:rsidR="000C70CE" w:rsidRDefault="000C70CE" w:rsidP="00CF21F5">
            <w:pPr>
              <w:pStyle w:val="TableParagraph"/>
              <w:spacing w:before="0"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разделительными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ъ;</w:t>
            </w:r>
          </w:p>
        </w:tc>
        <w:tc>
          <w:tcPr>
            <w:tcW w:w="1237" w:type="dxa"/>
            <w:tcBorders>
              <w:top w:val="nil"/>
              <w:bottom w:val="nil"/>
            </w:tcBorders>
          </w:tcPr>
          <w:p w14:paraId="59EA5EE1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0F46BD93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</w:tr>
      <w:tr w:rsidR="000C70CE" w14:paraId="31A0587E" w14:textId="77777777" w:rsidTr="00CF21F5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14:paraId="5B500B54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4466" w:type="dxa"/>
            <w:tcBorders>
              <w:top w:val="nil"/>
              <w:bottom w:val="nil"/>
            </w:tcBorders>
          </w:tcPr>
          <w:p w14:paraId="28CF81B7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3BB0080C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14:paraId="6B318189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6543420E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14:paraId="6049F278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3842" w:type="dxa"/>
            <w:tcBorders>
              <w:top w:val="nil"/>
              <w:bottom w:val="nil"/>
            </w:tcBorders>
          </w:tcPr>
          <w:p w14:paraId="0FE7C834" w14:textId="646AF582" w:rsidR="000C70CE" w:rsidRDefault="000D3C84" w:rsidP="00CF21F5">
            <w:pPr>
              <w:pStyle w:val="TableParagraph"/>
              <w:spacing w:before="0"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 xml:space="preserve">В </w:t>
            </w:r>
          </w:p>
        </w:tc>
        <w:tc>
          <w:tcPr>
            <w:tcW w:w="1237" w:type="dxa"/>
            <w:tcBorders>
              <w:top w:val="nil"/>
              <w:bottom w:val="nil"/>
            </w:tcBorders>
          </w:tcPr>
          <w:p w14:paraId="49F827DD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501E333C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</w:tr>
      <w:tr w:rsidR="000C70CE" w14:paraId="6A44D67B" w14:textId="77777777" w:rsidTr="00CF21F5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14:paraId="6F6FAF7D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4466" w:type="dxa"/>
            <w:tcBorders>
              <w:top w:val="nil"/>
              <w:bottom w:val="nil"/>
            </w:tcBorders>
          </w:tcPr>
          <w:p w14:paraId="2AAC46D2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2E25BC3C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14:paraId="78B30A62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07A24179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14:paraId="76B679C6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3842" w:type="dxa"/>
            <w:tcBorders>
              <w:top w:val="nil"/>
              <w:bottom w:val="nil"/>
            </w:tcBorders>
          </w:tcPr>
          <w:p w14:paraId="516A9152" w14:textId="77777777" w:rsidR="000C70CE" w:rsidRDefault="000C70CE" w:rsidP="00CF21F5">
            <w:pPr>
              <w:pStyle w:val="TableParagraph"/>
              <w:spacing w:before="0" w:line="171" w:lineRule="exact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словах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непроизносимыми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согласными;</w:t>
            </w:r>
          </w:p>
        </w:tc>
        <w:tc>
          <w:tcPr>
            <w:tcW w:w="1237" w:type="dxa"/>
            <w:tcBorders>
              <w:top w:val="nil"/>
              <w:bottom w:val="nil"/>
            </w:tcBorders>
          </w:tcPr>
          <w:p w14:paraId="0055E251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79D7E3A3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</w:tr>
      <w:tr w:rsidR="000C70CE" w:rsidRPr="0069551C" w14:paraId="01AAC815" w14:textId="77777777" w:rsidTr="00CF21F5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14:paraId="6DE5150E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4466" w:type="dxa"/>
            <w:tcBorders>
              <w:top w:val="nil"/>
              <w:bottom w:val="nil"/>
            </w:tcBorders>
          </w:tcPr>
          <w:p w14:paraId="0865BB44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41CDD8E0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14:paraId="1105D38F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2791C1AF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14:paraId="1DC01AE9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3842" w:type="dxa"/>
            <w:tcBorders>
              <w:top w:val="nil"/>
              <w:bottom w:val="nil"/>
            </w:tcBorders>
          </w:tcPr>
          <w:p w14:paraId="6DD5294B" w14:textId="77777777" w:rsidR="000C70CE" w:rsidRDefault="000C70CE" w:rsidP="00CF21F5">
            <w:pPr>
              <w:pStyle w:val="TableParagraph"/>
              <w:spacing w:before="0" w:line="171" w:lineRule="exact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Работа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группах: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соотношения</w:t>
            </w:r>
          </w:p>
        </w:tc>
        <w:tc>
          <w:tcPr>
            <w:tcW w:w="1237" w:type="dxa"/>
            <w:tcBorders>
              <w:top w:val="nil"/>
              <w:bottom w:val="nil"/>
            </w:tcBorders>
          </w:tcPr>
          <w:p w14:paraId="259E1B7B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3D9113A0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</w:tr>
      <w:tr w:rsidR="000C70CE" w14:paraId="7EB3868E" w14:textId="77777777" w:rsidTr="00CF21F5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14:paraId="0FCA70C6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4466" w:type="dxa"/>
            <w:tcBorders>
              <w:top w:val="nil"/>
              <w:bottom w:val="nil"/>
            </w:tcBorders>
          </w:tcPr>
          <w:p w14:paraId="645516AD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2F53C4EA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14:paraId="3BB60539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50F328BC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14:paraId="1B6E83A6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3842" w:type="dxa"/>
            <w:tcBorders>
              <w:top w:val="nil"/>
              <w:bottom w:val="nil"/>
            </w:tcBorders>
          </w:tcPr>
          <w:p w14:paraId="79BD387D" w14:textId="77777777" w:rsidR="000C70CE" w:rsidRDefault="000C70CE" w:rsidP="00CF21F5">
            <w:pPr>
              <w:pStyle w:val="TableParagraph"/>
              <w:spacing w:before="0"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количества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и;</w:t>
            </w:r>
          </w:p>
        </w:tc>
        <w:tc>
          <w:tcPr>
            <w:tcW w:w="1237" w:type="dxa"/>
            <w:tcBorders>
              <w:top w:val="nil"/>
              <w:bottom w:val="nil"/>
            </w:tcBorders>
          </w:tcPr>
          <w:p w14:paraId="6B2D14A9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3B7E7DF9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</w:tr>
      <w:tr w:rsidR="000C70CE" w:rsidRPr="0069551C" w14:paraId="0A22BDF8" w14:textId="77777777" w:rsidTr="00CF21F5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14:paraId="483DF244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4466" w:type="dxa"/>
            <w:tcBorders>
              <w:top w:val="nil"/>
              <w:bottom w:val="nil"/>
            </w:tcBorders>
          </w:tcPr>
          <w:p w14:paraId="0B83FE23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61B9399D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14:paraId="19E41F05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5F86B444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14:paraId="4DBE9069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3842" w:type="dxa"/>
            <w:tcBorders>
              <w:top w:val="nil"/>
              <w:bottom w:val="nil"/>
            </w:tcBorders>
          </w:tcPr>
          <w:p w14:paraId="22B6E1B7" w14:textId="77777777" w:rsidR="000C70CE" w:rsidRDefault="000C70CE" w:rsidP="00CF21F5">
            <w:pPr>
              <w:pStyle w:val="TableParagraph"/>
              <w:spacing w:before="0"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букв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предложенном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наборе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слов;</w:t>
            </w:r>
          </w:p>
        </w:tc>
        <w:tc>
          <w:tcPr>
            <w:tcW w:w="1237" w:type="dxa"/>
            <w:tcBorders>
              <w:top w:val="nil"/>
              <w:bottom w:val="nil"/>
            </w:tcBorders>
          </w:tcPr>
          <w:p w14:paraId="5CFDED97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149097F8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</w:tr>
      <w:tr w:rsidR="000C70CE" w14:paraId="496935F1" w14:textId="77777777" w:rsidTr="00CF21F5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14:paraId="71DE8166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4466" w:type="dxa"/>
            <w:tcBorders>
              <w:top w:val="nil"/>
              <w:bottom w:val="nil"/>
            </w:tcBorders>
          </w:tcPr>
          <w:p w14:paraId="001709A3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0ED97521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14:paraId="476F2E55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0F5154FB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14:paraId="3E35EA3D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3842" w:type="dxa"/>
            <w:tcBorders>
              <w:top w:val="nil"/>
              <w:bottom w:val="nil"/>
            </w:tcBorders>
          </w:tcPr>
          <w:p w14:paraId="356803D2" w14:textId="77777777" w:rsidR="000C70CE" w:rsidRDefault="000C70CE" w:rsidP="00CF21F5">
            <w:pPr>
              <w:pStyle w:val="TableParagraph"/>
              <w:spacing w:before="0"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заполнение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таблицы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тремя;</w:t>
            </w:r>
          </w:p>
        </w:tc>
        <w:tc>
          <w:tcPr>
            <w:tcW w:w="1237" w:type="dxa"/>
            <w:tcBorders>
              <w:top w:val="nil"/>
              <w:bottom w:val="nil"/>
            </w:tcBorders>
          </w:tcPr>
          <w:p w14:paraId="72676B13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0483A54D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</w:tr>
      <w:tr w:rsidR="000C70CE" w:rsidRPr="0069551C" w14:paraId="693545C4" w14:textId="77777777" w:rsidTr="00CF21F5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14:paraId="64473684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4466" w:type="dxa"/>
            <w:tcBorders>
              <w:top w:val="nil"/>
              <w:bottom w:val="nil"/>
            </w:tcBorders>
          </w:tcPr>
          <w:p w14:paraId="1B03493C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681D501F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14:paraId="4797A07C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1EF48C1E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14:paraId="26B010EC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3842" w:type="dxa"/>
            <w:tcBorders>
              <w:top w:val="nil"/>
              <w:bottom w:val="nil"/>
            </w:tcBorders>
          </w:tcPr>
          <w:p w14:paraId="4B860626" w14:textId="77777777" w:rsidR="000C70CE" w:rsidRDefault="000C70CE" w:rsidP="00CF21F5">
            <w:pPr>
              <w:pStyle w:val="TableParagraph"/>
              <w:spacing w:before="0" w:line="171" w:lineRule="exact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колонками: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количество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равно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количеству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букв;</w:t>
            </w:r>
          </w:p>
        </w:tc>
        <w:tc>
          <w:tcPr>
            <w:tcW w:w="1237" w:type="dxa"/>
            <w:tcBorders>
              <w:top w:val="nil"/>
              <w:bottom w:val="nil"/>
            </w:tcBorders>
          </w:tcPr>
          <w:p w14:paraId="6FA6C687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6C1B2A5E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</w:tr>
      <w:tr w:rsidR="000C70CE" w14:paraId="0A35F299" w14:textId="77777777" w:rsidTr="00CF21F5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14:paraId="3BC26684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4466" w:type="dxa"/>
            <w:tcBorders>
              <w:top w:val="nil"/>
              <w:bottom w:val="nil"/>
            </w:tcBorders>
          </w:tcPr>
          <w:p w14:paraId="2BE3A887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57C4FCF6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14:paraId="3B2952DE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3B5CDEE6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14:paraId="74DFE5A2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3842" w:type="dxa"/>
            <w:tcBorders>
              <w:top w:val="nil"/>
              <w:bottom w:val="nil"/>
            </w:tcBorders>
          </w:tcPr>
          <w:p w14:paraId="4C796E03" w14:textId="77777777" w:rsidR="000C70CE" w:rsidRDefault="000C70CE" w:rsidP="00CF21F5">
            <w:pPr>
              <w:pStyle w:val="TableParagraph"/>
              <w:spacing w:before="0"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количество;</w:t>
            </w:r>
          </w:p>
        </w:tc>
        <w:tc>
          <w:tcPr>
            <w:tcW w:w="1237" w:type="dxa"/>
            <w:tcBorders>
              <w:top w:val="nil"/>
              <w:bottom w:val="nil"/>
            </w:tcBorders>
          </w:tcPr>
          <w:p w14:paraId="697E5429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2E6F9864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</w:tr>
      <w:tr w:rsidR="000C70CE" w14:paraId="2C46496B" w14:textId="77777777" w:rsidTr="00CF21F5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14:paraId="52A888E2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4466" w:type="dxa"/>
            <w:tcBorders>
              <w:top w:val="nil"/>
              <w:bottom w:val="nil"/>
            </w:tcBorders>
          </w:tcPr>
          <w:p w14:paraId="269833E0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380ACFD3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14:paraId="11D39504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7D08793D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14:paraId="4920219B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3842" w:type="dxa"/>
            <w:tcBorders>
              <w:top w:val="nil"/>
              <w:bottom w:val="nil"/>
            </w:tcBorders>
          </w:tcPr>
          <w:p w14:paraId="70B6084E" w14:textId="77777777" w:rsidR="000C70CE" w:rsidRDefault="000C70CE" w:rsidP="00CF21F5">
            <w:pPr>
              <w:pStyle w:val="TableParagraph"/>
              <w:spacing w:before="0"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звуков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меньше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количества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букв;</w:t>
            </w:r>
          </w:p>
        </w:tc>
        <w:tc>
          <w:tcPr>
            <w:tcW w:w="1237" w:type="dxa"/>
            <w:tcBorders>
              <w:top w:val="nil"/>
              <w:bottom w:val="nil"/>
            </w:tcBorders>
          </w:tcPr>
          <w:p w14:paraId="12697FBD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7456429C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</w:tr>
      <w:tr w:rsidR="000C70CE" w14:paraId="7CBCC73A" w14:textId="77777777" w:rsidTr="00CF21F5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14:paraId="1F7B5355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4466" w:type="dxa"/>
            <w:tcBorders>
              <w:top w:val="nil"/>
              <w:bottom w:val="nil"/>
            </w:tcBorders>
          </w:tcPr>
          <w:p w14:paraId="5938A5F7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6D43D682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14:paraId="5E893B00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51A95FEB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14:paraId="69D189F1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3842" w:type="dxa"/>
            <w:tcBorders>
              <w:top w:val="nil"/>
              <w:bottom w:val="nil"/>
            </w:tcBorders>
          </w:tcPr>
          <w:p w14:paraId="26A5DF02" w14:textId="77777777" w:rsidR="000C70CE" w:rsidRDefault="000C70CE" w:rsidP="00CF21F5">
            <w:pPr>
              <w:pStyle w:val="TableParagraph"/>
              <w:spacing w:before="0" w:line="171" w:lineRule="exact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количество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звуков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больше;</w:t>
            </w:r>
          </w:p>
        </w:tc>
        <w:tc>
          <w:tcPr>
            <w:tcW w:w="1237" w:type="dxa"/>
            <w:tcBorders>
              <w:top w:val="nil"/>
              <w:bottom w:val="nil"/>
            </w:tcBorders>
          </w:tcPr>
          <w:p w14:paraId="44691E40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0FBA64E1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</w:tr>
      <w:tr w:rsidR="000C70CE" w14:paraId="4A3153CC" w14:textId="77777777" w:rsidTr="00CF21F5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14:paraId="713404D0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4466" w:type="dxa"/>
            <w:tcBorders>
              <w:top w:val="nil"/>
              <w:bottom w:val="nil"/>
            </w:tcBorders>
          </w:tcPr>
          <w:p w14:paraId="73A98C6E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4A7D5551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14:paraId="453ED9EB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173AEFE1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14:paraId="4B11469B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3842" w:type="dxa"/>
            <w:tcBorders>
              <w:top w:val="nil"/>
              <w:bottom w:val="nil"/>
            </w:tcBorders>
          </w:tcPr>
          <w:p w14:paraId="70CE872A" w14:textId="77777777" w:rsidR="000C70CE" w:rsidRDefault="000C70CE" w:rsidP="00CF21F5">
            <w:pPr>
              <w:pStyle w:val="TableParagraph"/>
              <w:spacing w:before="0" w:line="171" w:lineRule="exact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количества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букв;</w:t>
            </w:r>
          </w:p>
        </w:tc>
        <w:tc>
          <w:tcPr>
            <w:tcW w:w="1237" w:type="dxa"/>
            <w:tcBorders>
              <w:top w:val="nil"/>
              <w:bottom w:val="nil"/>
            </w:tcBorders>
          </w:tcPr>
          <w:p w14:paraId="3E2454D0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12D68176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</w:tr>
      <w:tr w:rsidR="000C70CE" w14:paraId="629C6FD8" w14:textId="77777777" w:rsidTr="00CF21F5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14:paraId="6168A155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4466" w:type="dxa"/>
            <w:tcBorders>
              <w:top w:val="nil"/>
              <w:bottom w:val="nil"/>
            </w:tcBorders>
          </w:tcPr>
          <w:p w14:paraId="06022D1F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1C89BFAD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14:paraId="6B8B1946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525592EE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14:paraId="37F2A215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3842" w:type="dxa"/>
            <w:tcBorders>
              <w:top w:val="nil"/>
              <w:bottom w:val="nil"/>
            </w:tcBorders>
          </w:tcPr>
          <w:p w14:paraId="7240CF80" w14:textId="77777777" w:rsidR="000C70CE" w:rsidRDefault="000C70CE" w:rsidP="00CF21F5">
            <w:pPr>
              <w:pStyle w:val="TableParagraph"/>
              <w:spacing w:before="0" w:line="171" w:lineRule="exact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Самостоятельная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работа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систематизации</w:t>
            </w:r>
          </w:p>
        </w:tc>
        <w:tc>
          <w:tcPr>
            <w:tcW w:w="1237" w:type="dxa"/>
            <w:tcBorders>
              <w:top w:val="nil"/>
              <w:bottom w:val="nil"/>
            </w:tcBorders>
          </w:tcPr>
          <w:p w14:paraId="3B655377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393FE0B6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</w:tr>
      <w:tr w:rsidR="000C70CE" w14:paraId="0B08651B" w14:textId="77777777" w:rsidTr="00CF21F5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14:paraId="267BA77C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4466" w:type="dxa"/>
            <w:tcBorders>
              <w:top w:val="nil"/>
              <w:bottom w:val="nil"/>
            </w:tcBorders>
          </w:tcPr>
          <w:p w14:paraId="70D4F6BE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350AC7CB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14:paraId="799F7874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75DD05CE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14:paraId="3B349FDB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3842" w:type="dxa"/>
            <w:tcBorders>
              <w:top w:val="nil"/>
              <w:bottom w:val="nil"/>
            </w:tcBorders>
          </w:tcPr>
          <w:p w14:paraId="6CE55D50" w14:textId="77777777" w:rsidR="000C70CE" w:rsidRDefault="000C70CE" w:rsidP="00CF21F5">
            <w:pPr>
              <w:pStyle w:val="TableParagraph"/>
              <w:spacing w:before="0"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информации:;</w:t>
            </w:r>
          </w:p>
        </w:tc>
        <w:tc>
          <w:tcPr>
            <w:tcW w:w="1237" w:type="dxa"/>
            <w:tcBorders>
              <w:top w:val="nil"/>
              <w:bottom w:val="nil"/>
            </w:tcBorders>
          </w:tcPr>
          <w:p w14:paraId="3639AE37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5DDD3A09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</w:tr>
      <w:tr w:rsidR="000C70CE" w:rsidRPr="0069551C" w14:paraId="1A2D16D6" w14:textId="77777777" w:rsidTr="00CF21F5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14:paraId="5C1B7D9F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4466" w:type="dxa"/>
            <w:tcBorders>
              <w:top w:val="nil"/>
              <w:bottom w:val="nil"/>
            </w:tcBorders>
          </w:tcPr>
          <w:p w14:paraId="25AF1B2C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49B23BBA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14:paraId="55AA391E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7E5E18F9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14:paraId="7AF109EE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3842" w:type="dxa"/>
            <w:tcBorders>
              <w:top w:val="nil"/>
              <w:bottom w:val="nil"/>
            </w:tcBorders>
          </w:tcPr>
          <w:p w14:paraId="0C16EADF" w14:textId="77777777" w:rsidR="000C70CE" w:rsidRDefault="000C70CE" w:rsidP="00CF21F5">
            <w:pPr>
              <w:pStyle w:val="TableParagraph"/>
              <w:spacing w:before="0" w:line="171" w:lineRule="exact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записывать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предложенный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набор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алфавитном</w:t>
            </w:r>
          </w:p>
        </w:tc>
        <w:tc>
          <w:tcPr>
            <w:tcW w:w="1237" w:type="dxa"/>
            <w:tcBorders>
              <w:top w:val="nil"/>
              <w:bottom w:val="nil"/>
            </w:tcBorders>
          </w:tcPr>
          <w:p w14:paraId="663D26C8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5305A238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</w:tr>
      <w:tr w:rsidR="000C70CE" w14:paraId="62C8D3E8" w14:textId="77777777" w:rsidTr="00CF21F5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14:paraId="4ED1D713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4466" w:type="dxa"/>
            <w:tcBorders>
              <w:top w:val="nil"/>
              <w:bottom w:val="nil"/>
            </w:tcBorders>
          </w:tcPr>
          <w:p w14:paraId="6334CABE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7B52C8DD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14:paraId="31F0D16E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7E9F2846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14:paraId="3AD8F1ED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3842" w:type="dxa"/>
            <w:tcBorders>
              <w:top w:val="nil"/>
              <w:bottom w:val="nil"/>
            </w:tcBorders>
          </w:tcPr>
          <w:p w14:paraId="2FC5EB8A" w14:textId="77777777" w:rsidR="000C70CE" w:rsidRDefault="000C70CE" w:rsidP="00CF21F5">
            <w:pPr>
              <w:pStyle w:val="TableParagraph"/>
              <w:spacing w:before="0"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порядке;</w:t>
            </w:r>
          </w:p>
        </w:tc>
        <w:tc>
          <w:tcPr>
            <w:tcW w:w="1237" w:type="dxa"/>
            <w:tcBorders>
              <w:top w:val="nil"/>
              <w:bottom w:val="nil"/>
            </w:tcBorders>
          </w:tcPr>
          <w:p w14:paraId="56E9C9D3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61F0826F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</w:tr>
      <w:tr w:rsidR="000C70CE" w14:paraId="660987E8" w14:textId="77777777" w:rsidTr="00CF21F5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14:paraId="4D766796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4466" w:type="dxa"/>
            <w:tcBorders>
              <w:top w:val="nil"/>
              <w:bottom w:val="nil"/>
            </w:tcBorders>
          </w:tcPr>
          <w:p w14:paraId="5270CC71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4C5FFAEB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14:paraId="1929EA7B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781533BE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14:paraId="606EEFAA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3842" w:type="dxa"/>
            <w:tcBorders>
              <w:top w:val="nil"/>
              <w:bottom w:val="nil"/>
            </w:tcBorders>
          </w:tcPr>
          <w:p w14:paraId="1AED3F7A" w14:textId="77777777" w:rsidR="000C70CE" w:rsidRDefault="000C70CE" w:rsidP="00CF21F5">
            <w:pPr>
              <w:pStyle w:val="TableParagraph"/>
              <w:spacing w:before="0" w:line="171" w:lineRule="exact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Дифференцированное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задание: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нахождение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ошибок</w:t>
            </w:r>
          </w:p>
        </w:tc>
        <w:tc>
          <w:tcPr>
            <w:tcW w:w="1237" w:type="dxa"/>
            <w:tcBorders>
              <w:top w:val="nil"/>
              <w:bottom w:val="nil"/>
            </w:tcBorders>
          </w:tcPr>
          <w:p w14:paraId="1AA8E252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5BFF23B4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</w:tr>
      <w:tr w:rsidR="000C70CE" w14:paraId="28BD4059" w14:textId="77777777" w:rsidTr="00CF21F5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14:paraId="16AFAF1E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4466" w:type="dxa"/>
            <w:tcBorders>
              <w:top w:val="nil"/>
              <w:bottom w:val="nil"/>
            </w:tcBorders>
          </w:tcPr>
          <w:p w14:paraId="6CDDD196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14BE5078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14:paraId="6421D180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006F0767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14:paraId="3E7B9D1C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3842" w:type="dxa"/>
            <w:tcBorders>
              <w:top w:val="nil"/>
              <w:bottom w:val="nil"/>
            </w:tcBorders>
          </w:tcPr>
          <w:p w14:paraId="274718D6" w14:textId="553BF546" w:rsidR="000C70CE" w:rsidRDefault="000D3C84" w:rsidP="00CF21F5">
            <w:pPr>
              <w:pStyle w:val="TableParagraph"/>
              <w:spacing w:before="0"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</w:t>
            </w:r>
            <w:r w:rsidR="000C70CE">
              <w:rPr>
                <w:w w:val="105"/>
                <w:sz w:val="15"/>
              </w:rPr>
              <w:t>ри</w:t>
            </w:r>
            <w:r>
              <w:rPr>
                <w:w w:val="105"/>
                <w:sz w:val="15"/>
              </w:rPr>
              <w:t xml:space="preserve"> </w:t>
            </w:r>
          </w:p>
        </w:tc>
        <w:tc>
          <w:tcPr>
            <w:tcW w:w="1237" w:type="dxa"/>
            <w:tcBorders>
              <w:top w:val="nil"/>
              <w:bottom w:val="nil"/>
            </w:tcBorders>
          </w:tcPr>
          <w:p w14:paraId="6D908AA1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5D2327DD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</w:tr>
      <w:tr w:rsidR="000C70CE" w:rsidRPr="0069551C" w14:paraId="58D75847" w14:textId="77777777" w:rsidTr="00CF21F5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14:paraId="7F5A61DB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4466" w:type="dxa"/>
            <w:tcBorders>
              <w:top w:val="nil"/>
              <w:bottom w:val="nil"/>
            </w:tcBorders>
          </w:tcPr>
          <w:p w14:paraId="4969125B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5EF21A61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14:paraId="08EAD59B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34115109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14:paraId="175E82D0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3842" w:type="dxa"/>
            <w:tcBorders>
              <w:top w:val="nil"/>
              <w:bottom w:val="nil"/>
            </w:tcBorders>
          </w:tcPr>
          <w:p w14:paraId="1FCD366A" w14:textId="77777777" w:rsidR="000C70CE" w:rsidRDefault="000C70CE" w:rsidP="00CF21F5">
            <w:pPr>
              <w:pStyle w:val="TableParagraph"/>
              <w:spacing w:before="0" w:line="171" w:lineRule="exact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выполнении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расставить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фамилии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</w:p>
        </w:tc>
        <w:tc>
          <w:tcPr>
            <w:tcW w:w="1237" w:type="dxa"/>
            <w:tcBorders>
              <w:top w:val="nil"/>
              <w:bottom w:val="nil"/>
            </w:tcBorders>
          </w:tcPr>
          <w:p w14:paraId="1EAD339C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75A1BCDD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</w:tr>
      <w:tr w:rsidR="000C70CE" w14:paraId="14D38C82" w14:textId="77777777" w:rsidTr="00CF21F5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14:paraId="58628E82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4466" w:type="dxa"/>
            <w:tcBorders>
              <w:top w:val="nil"/>
              <w:bottom w:val="nil"/>
            </w:tcBorders>
          </w:tcPr>
          <w:p w14:paraId="5801EE96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5D2AD6C5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14:paraId="4F7E1B15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33E1D477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14:paraId="79A098EB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3842" w:type="dxa"/>
            <w:tcBorders>
              <w:top w:val="nil"/>
              <w:bottom w:val="nil"/>
            </w:tcBorders>
          </w:tcPr>
          <w:p w14:paraId="21175859" w14:textId="77777777" w:rsidR="000C70CE" w:rsidRDefault="000C70CE" w:rsidP="00CF21F5">
            <w:pPr>
              <w:pStyle w:val="TableParagraph"/>
              <w:spacing w:before="0" w:line="171" w:lineRule="exact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алфавитном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порядке;</w:t>
            </w:r>
          </w:p>
        </w:tc>
        <w:tc>
          <w:tcPr>
            <w:tcW w:w="1237" w:type="dxa"/>
            <w:tcBorders>
              <w:top w:val="nil"/>
              <w:bottom w:val="nil"/>
            </w:tcBorders>
          </w:tcPr>
          <w:p w14:paraId="17A5143E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3306540F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</w:tr>
      <w:tr w:rsidR="000C70CE" w:rsidRPr="0069551C" w14:paraId="42BE2AD0" w14:textId="77777777" w:rsidTr="00CF21F5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14:paraId="12C20E87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4466" w:type="dxa"/>
            <w:tcBorders>
              <w:top w:val="nil"/>
              <w:bottom w:val="nil"/>
            </w:tcBorders>
          </w:tcPr>
          <w:p w14:paraId="39B40678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4A68F0A0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14:paraId="36E40B75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65985F78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14:paraId="219361E0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3842" w:type="dxa"/>
            <w:tcBorders>
              <w:top w:val="nil"/>
              <w:bottom w:val="nil"/>
            </w:tcBorders>
          </w:tcPr>
          <w:p w14:paraId="2E1E9BB4" w14:textId="77777777" w:rsidR="000C70CE" w:rsidRDefault="000C70CE" w:rsidP="00CF21F5">
            <w:pPr>
              <w:pStyle w:val="TableParagraph"/>
              <w:spacing w:before="0" w:line="171" w:lineRule="exact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расставить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книги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</w:p>
        </w:tc>
        <w:tc>
          <w:tcPr>
            <w:tcW w:w="1237" w:type="dxa"/>
            <w:tcBorders>
              <w:top w:val="nil"/>
              <w:bottom w:val="nil"/>
            </w:tcBorders>
          </w:tcPr>
          <w:p w14:paraId="67480D3F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52312751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</w:tr>
      <w:tr w:rsidR="000C70CE" w14:paraId="760C3A92" w14:textId="77777777" w:rsidTr="00CF21F5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14:paraId="147D45FB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4466" w:type="dxa"/>
            <w:tcBorders>
              <w:top w:val="nil"/>
              <w:bottom w:val="nil"/>
            </w:tcBorders>
          </w:tcPr>
          <w:p w14:paraId="24F26E8D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0387CBD4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14:paraId="0BA324C3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0CC60EC8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14:paraId="2531BC24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3842" w:type="dxa"/>
            <w:tcBorders>
              <w:top w:val="nil"/>
              <w:bottom w:val="nil"/>
            </w:tcBorders>
          </w:tcPr>
          <w:p w14:paraId="000B6E60" w14:textId="77777777" w:rsidR="000C70CE" w:rsidRDefault="000C70CE" w:rsidP="00CF21F5">
            <w:pPr>
              <w:pStyle w:val="TableParagraph"/>
              <w:spacing w:before="0" w:line="171" w:lineRule="exact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библиотечном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уголке;</w:t>
            </w:r>
          </w:p>
        </w:tc>
        <w:tc>
          <w:tcPr>
            <w:tcW w:w="1237" w:type="dxa"/>
            <w:tcBorders>
              <w:top w:val="nil"/>
              <w:bottom w:val="nil"/>
            </w:tcBorders>
          </w:tcPr>
          <w:p w14:paraId="5195FC51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01FD860C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</w:tr>
      <w:tr w:rsidR="000C70CE" w14:paraId="6014AE41" w14:textId="77777777" w:rsidTr="00CF21F5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14:paraId="4E2FE66E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4466" w:type="dxa"/>
            <w:tcBorders>
              <w:top w:val="nil"/>
              <w:bottom w:val="nil"/>
            </w:tcBorders>
          </w:tcPr>
          <w:p w14:paraId="1EA7F064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2BBDEB6B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14:paraId="2FFD3F77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217878AC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14:paraId="25BA1A0E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3842" w:type="dxa"/>
            <w:tcBorders>
              <w:top w:val="nil"/>
              <w:bottom w:val="nil"/>
            </w:tcBorders>
          </w:tcPr>
          <w:p w14:paraId="6F864E12" w14:textId="77777777" w:rsidR="000C70CE" w:rsidRDefault="000C70CE" w:rsidP="00CF21F5">
            <w:pPr>
              <w:pStyle w:val="TableParagraph"/>
              <w:spacing w:before="0"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класса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алфавитном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порядке;</w:t>
            </w:r>
          </w:p>
        </w:tc>
        <w:tc>
          <w:tcPr>
            <w:tcW w:w="1237" w:type="dxa"/>
            <w:tcBorders>
              <w:top w:val="nil"/>
              <w:bottom w:val="nil"/>
            </w:tcBorders>
          </w:tcPr>
          <w:p w14:paraId="0E6DF138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2ACB9B61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</w:tr>
      <w:tr w:rsidR="000C70CE" w14:paraId="22CE95BB" w14:textId="77777777" w:rsidTr="00CF21F5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14:paraId="146DE189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4466" w:type="dxa"/>
            <w:tcBorders>
              <w:top w:val="nil"/>
              <w:bottom w:val="nil"/>
            </w:tcBorders>
          </w:tcPr>
          <w:p w14:paraId="56720A27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6FFC5BA6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14:paraId="3F54D535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34842D4B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14:paraId="4DCA6452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3842" w:type="dxa"/>
            <w:tcBorders>
              <w:top w:val="nil"/>
              <w:bottom w:val="nil"/>
            </w:tcBorders>
          </w:tcPr>
          <w:p w14:paraId="687781F7" w14:textId="77777777" w:rsidR="000C70CE" w:rsidRDefault="000C70CE" w:rsidP="00CF21F5">
            <w:pPr>
              <w:pStyle w:val="TableParagraph"/>
              <w:spacing w:before="0"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ориентируясь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фамилию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автора;</w:t>
            </w:r>
          </w:p>
        </w:tc>
        <w:tc>
          <w:tcPr>
            <w:tcW w:w="1237" w:type="dxa"/>
            <w:tcBorders>
              <w:top w:val="nil"/>
              <w:bottom w:val="nil"/>
            </w:tcBorders>
          </w:tcPr>
          <w:p w14:paraId="4BC1DB50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67076C32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</w:tr>
      <w:tr w:rsidR="000C70CE" w:rsidRPr="00E12312" w14:paraId="570FF163" w14:textId="77777777" w:rsidTr="00CF21F5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14:paraId="6A52D90F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4466" w:type="dxa"/>
            <w:tcBorders>
              <w:top w:val="nil"/>
              <w:bottom w:val="nil"/>
            </w:tcBorders>
          </w:tcPr>
          <w:p w14:paraId="075E0226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3C851C49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14:paraId="599AE400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2629B8C8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14:paraId="29A28FE6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3842" w:type="dxa"/>
            <w:tcBorders>
              <w:top w:val="nil"/>
              <w:bottom w:val="nil"/>
            </w:tcBorders>
          </w:tcPr>
          <w:p w14:paraId="5C7729B8" w14:textId="77777777" w:rsidR="000C70CE" w:rsidRDefault="000C70CE" w:rsidP="00CF21F5">
            <w:pPr>
              <w:pStyle w:val="TableParagraph"/>
              <w:spacing w:before="0"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Практическая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изучении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всех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разделов</w:t>
            </w:r>
          </w:p>
        </w:tc>
        <w:tc>
          <w:tcPr>
            <w:tcW w:w="1237" w:type="dxa"/>
            <w:tcBorders>
              <w:top w:val="nil"/>
              <w:bottom w:val="nil"/>
            </w:tcBorders>
          </w:tcPr>
          <w:p w14:paraId="62885667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2367901A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</w:tr>
      <w:tr w:rsidR="000C70CE" w14:paraId="0B02D938" w14:textId="77777777" w:rsidTr="00CF21F5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14:paraId="19AC48CC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4466" w:type="dxa"/>
            <w:tcBorders>
              <w:top w:val="nil"/>
              <w:bottom w:val="nil"/>
            </w:tcBorders>
          </w:tcPr>
          <w:p w14:paraId="017167D2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76A88F1E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14:paraId="3B877C11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57AF7B74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14:paraId="022004D6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3842" w:type="dxa"/>
            <w:tcBorders>
              <w:top w:val="nil"/>
              <w:bottom w:val="nil"/>
            </w:tcBorders>
          </w:tcPr>
          <w:p w14:paraId="2166243D" w14:textId="77777777" w:rsidR="000C70CE" w:rsidRDefault="000C70CE" w:rsidP="00CF21F5">
            <w:pPr>
              <w:pStyle w:val="TableParagraph"/>
              <w:spacing w:before="0"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курса;</w:t>
            </w:r>
          </w:p>
        </w:tc>
        <w:tc>
          <w:tcPr>
            <w:tcW w:w="1237" w:type="dxa"/>
            <w:tcBorders>
              <w:top w:val="nil"/>
              <w:bottom w:val="nil"/>
            </w:tcBorders>
          </w:tcPr>
          <w:p w14:paraId="66890F3A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331A1776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</w:tr>
      <w:tr w:rsidR="000C70CE" w14:paraId="529F60D3" w14:textId="77777777" w:rsidTr="00CF21F5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14:paraId="0753FA89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4466" w:type="dxa"/>
            <w:tcBorders>
              <w:top w:val="nil"/>
              <w:bottom w:val="nil"/>
            </w:tcBorders>
          </w:tcPr>
          <w:p w14:paraId="3BBF0E4B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2B9439C0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14:paraId="707840CE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505B18AB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14:paraId="51CE3F72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3842" w:type="dxa"/>
            <w:tcBorders>
              <w:top w:val="nil"/>
              <w:bottom w:val="nil"/>
            </w:tcBorders>
          </w:tcPr>
          <w:p w14:paraId="7064E4C2" w14:textId="77777777" w:rsidR="000C70CE" w:rsidRDefault="000C70CE" w:rsidP="00CF21F5">
            <w:pPr>
              <w:pStyle w:val="TableParagraph"/>
              <w:spacing w:before="0"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связанная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с;</w:t>
            </w:r>
          </w:p>
        </w:tc>
        <w:tc>
          <w:tcPr>
            <w:tcW w:w="1237" w:type="dxa"/>
            <w:tcBorders>
              <w:top w:val="nil"/>
              <w:bottom w:val="nil"/>
            </w:tcBorders>
          </w:tcPr>
          <w:p w14:paraId="69A8D957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0DA6C9FB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</w:tr>
      <w:tr w:rsidR="000C70CE" w:rsidRPr="00E12312" w14:paraId="049AF5BD" w14:textId="77777777" w:rsidTr="00CF21F5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14:paraId="475252CC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4466" w:type="dxa"/>
            <w:tcBorders>
              <w:top w:val="nil"/>
              <w:bottom w:val="nil"/>
            </w:tcBorders>
          </w:tcPr>
          <w:p w14:paraId="3C3F3546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5FEB9E1D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14:paraId="6D1D96A6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23294F86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14:paraId="02DC8CD8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3842" w:type="dxa"/>
            <w:tcBorders>
              <w:top w:val="nil"/>
              <w:bottom w:val="nil"/>
            </w:tcBorders>
          </w:tcPr>
          <w:p w14:paraId="6213E0AE" w14:textId="77777777" w:rsidR="000C70CE" w:rsidRDefault="000C70CE" w:rsidP="00CF21F5">
            <w:pPr>
              <w:pStyle w:val="TableParagraph"/>
              <w:spacing w:before="0"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применением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алфавита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</w:t>
            </w:r>
          </w:p>
        </w:tc>
        <w:tc>
          <w:tcPr>
            <w:tcW w:w="1237" w:type="dxa"/>
            <w:tcBorders>
              <w:top w:val="nil"/>
              <w:bottom w:val="nil"/>
            </w:tcBorders>
          </w:tcPr>
          <w:p w14:paraId="2F9F657B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1104EA3E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</w:tr>
      <w:tr w:rsidR="000C70CE" w14:paraId="66BBA8FE" w14:textId="77777777" w:rsidTr="00CF21F5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14:paraId="47D20364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4466" w:type="dxa"/>
            <w:tcBorders>
              <w:top w:val="nil"/>
              <w:bottom w:val="nil"/>
            </w:tcBorders>
          </w:tcPr>
          <w:p w14:paraId="5ED8E1DA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415D4FD2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14:paraId="33CC0D25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362126D3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14:paraId="30DB3316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3842" w:type="dxa"/>
            <w:tcBorders>
              <w:top w:val="nil"/>
              <w:bottom w:val="nil"/>
            </w:tcBorders>
          </w:tcPr>
          <w:p w14:paraId="6443A2F0" w14:textId="2BF4F1D7" w:rsidR="000C70CE" w:rsidRDefault="000C70CE" w:rsidP="00CF21F5">
            <w:pPr>
              <w:pStyle w:val="TableParagraph"/>
              <w:spacing w:before="0"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словарями;</w:t>
            </w:r>
            <w:r w:rsidR="000D3C84">
              <w:rPr>
                <w:w w:val="105"/>
                <w:sz w:val="15"/>
              </w:rPr>
              <w:t xml:space="preserve"> справочниками</w:t>
            </w:r>
          </w:p>
        </w:tc>
        <w:tc>
          <w:tcPr>
            <w:tcW w:w="1237" w:type="dxa"/>
            <w:tcBorders>
              <w:top w:val="nil"/>
              <w:bottom w:val="nil"/>
            </w:tcBorders>
          </w:tcPr>
          <w:p w14:paraId="11CECA20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452CE78B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</w:tr>
      <w:tr w:rsidR="000C70CE" w14:paraId="0AFFC1AE" w14:textId="77777777" w:rsidTr="00CF21F5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14:paraId="484F0EE2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4466" w:type="dxa"/>
            <w:tcBorders>
              <w:top w:val="nil"/>
              <w:bottom w:val="nil"/>
            </w:tcBorders>
          </w:tcPr>
          <w:p w14:paraId="1BFAE28C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02D1E4A9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14:paraId="493DEC07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6794B111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14:paraId="4E59D8EE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3842" w:type="dxa"/>
            <w:tcBorders>
              <w:top w:val="nil"/>
              <w:bottom w:val="nil"/>
            </w:tcBorders>
          </w:tcPr>
          <w:p w14:paraId="67E3F0AF" w14:textId="76597994" w:rsidR="000C70CE" w:rsidRDefault="000C70CE" w:rsidP="00CF21F5">
            <w:pPr>
              <w:pStyle w:val="TableParagraph"/>
              <w:spacing w:before="0" w:line="171" w:lineRule="exact"/>
              <w:ind w:left="79"/>
              <w:rPr>
                <w:sz w:val="15"/>
              </w:rPr>
            </w:pPr>
          </w:p>
        </w:tc>
        <w:tc>
          <w:tcPr>
            <w:tcW w:w="1237" w:type="dxa"/>
            <w:tcBorders>
              <w:top w:val="nil"/>
              <w:bottom w:val="nil"/>
            </w:tcBorders>
          </w:tcPr>
          <w:p w14:paraId="2E955BB1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32EB6147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</w:tr>
      <w:tr w:rsidR="000C70CE" w14:paraId="69254E81" w14:textId="77777777" w:rsidTr="00CF21F5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14:paraId="10B5DE5F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4466" w:type="dxa"/>
            <w:tcBorders>
              <w:top w:val="nil"/>
              <w:bottom w:val="nil"/>
            </w:tcBorders>
          </w:tcPr>
          <w:p w14:paraId="2C2091CB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7885E3D2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14:paraId="4381EFA4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6AD34642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14:paraId="463B5075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3842" w:type="dxa"/>
            <w:tcBorders>
              <w:top w:val="nil"/>
              <w:bottom w:val="nil"/>
            </w:tcBorders>
          </w:tcPr>
          <w:p w14:paraId="6C8A635B" w14:textId="6EEE96A0" w:rsidR="000C70CE" w:rsidRDefault="000C70CE" w:rsidP="00CF21F5">
            <w:pPr>
              <w:pStyle w:val="TableParagraph"/>
              <w:spacing w:before="0" w:line="171" w:lineRule="exact"/>
              <w:ind w:left="79"/>
              <w:rPr>
                <w:sz w:val="15"/>
              </w:rPr>
            </w:pPr>
          </w:p>
        </w:tc>
        <w:tc>
          <w:tcPr>
            <w:tcW w:w="1237" w:type="dxa"/>
            <w:tcBorders>
              <w:top w:val="nil"/>
              <w:bottom w:val="nil"/>
            </w:tcBorders>
          </w:tcPr>
          <w:p w14:paraId="14128582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259891FD" w14:textId="77777777" w:rsidR="000C70CE" w:rsidRDefault="000C70CE" w:rsidP="00CF21F5">
            <w:pPr>
              <w:pStyle w:val="TableParagraph"/>
              <w:spacing w:before="0"/>
              <w:rPr>
                <w:sz w:val="12"/>
              </w:rPr>
            </w:pPr>
          </w:p>
        </w:tc>
      </w:tr>
      <w:tr w:rsidR="000C70CE" w14:paraId="3E5AE5C8" w14:textId="77777777" w:rsidTr="000D3C84">
        <w:trPr>
          <w:trHeight w:val="80"/>
        </w:trPr>
        <w:tc>
          <w:tcPr>
            <w:tcW w:w="468" w:type="dxa"/>
            <w:tcBorders>
              <w:top w:val="nil"/>
            </w:tcBorders>
          </w:tcPr>
          <w:p w14:paraId="5741A286" w14:textId="77777777" w:rsidR="000C70CE" w:rsidRDefault="000C70CE" w:rsidP="00CF21F5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4466" w:type="dxa"/>
            <w:tcBorders>
              <w:top w:val="nil"/>
            </w:tcBorders>
          </w:tcPr>
          <w:p w14:paraId="0C04CB98" w14:textId="77777777" w:rsidR="000C70CE" w:rsidRDefault="000C70CE" w:rsidP="00CF21F5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528" w:type="dxa"/>
            <w:tcBorders>
              <w:top w:val="nil"/>
            </w:tcBorders>
          </w:tcPr>
          <w:p w14:paraId="2F0342B0" w14:textId="77777777" w:rsidR="000C70CE" w:rsidRDefault="000C70CE" w:rsidP="00CF21F5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1104" w:type="dxa"/>
            <w:tcBorders>
              <w:top w:val="nil"/>
            </w:tcBorders>
          </w:tcPr>
          <w:p w14:paraId="2B2223D2" w14:textId="77777777" w:rsidR="000C70CE" w:rsidRDefault="000C70CE" w:rsidP="00CF21F5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1140" w:type="dxa"/>
            <w:tcBorders>
              <w:top w:val="nil"/>
            </w:tcBorders>
          </w:tcPr>
          <w:p w14:paraId="57C4E683" w14:textId="77777777" w:rsidR="000C70CE" w:rsidRDefault="000C70CE" w:rsidP="00CF21F5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864" w:type="dxa"/>
            <w:tcBorders>
              <w:top w:val="nil"/>
            </w:tcBorders>
          </w:tcPr>
          <w:p w14:paraId="37CC0469" w14:textId="77777777" w:rsidR="000C70CE" w:rsidRDefault="000C70CE" w:rsidP="00CF21F5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3842" w:type="dxa"/>
            <w:tcBorders>
              <w:top w:val="nil"/>
            </w:tcBorders>
          </w:tcPr>
          <w:p w14:paraId="28D1FB4D" w14:textId="619A1E8C" w:rsidR="000C70CE" w:rsidRDefault="000C70CE" w:rsidP="00CF21F5">
            <w:pPr>
              <w:pStyle w:val="TableParagraph"/>
              <w:spacing w:before="0" w:line="171" w:lineRule="exact"/>
              <w:ind w:left="79"/>
              <w:rPr>
                <w:sz w:val="15"/>
              </w:rPr>
            </w:pPr>
          </w:p>
        </w:tc>
        <w:tc>
          <w:tcPr>
            <w:tcW w:w="1237" w:type="dxa"/>
            <w:tcBorders>
              <w:top w:val="nil"/>
            </w:tcBorders>
          </w:tcPr>
          <w:p w14:paraId="1AA27392" w14:textId="77777777" w:rsidR="000C70CE" w:rsidRDefault="000C70CE" w:rsidP="00CF21F5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1849" w:type="dxa"/>
            <w:tcBorders>
              <w:top w:val="nil"/>
            </w:tcBorders>
          </w:tcPr>
          <w:p w14:paraId="65385D29" w14:textId="77777777" w:rsidR="000C70CE" w:rsidRDefault="000C70CE" w:rsidP="00CF21F5">
            <w:pPr>
              <w:pStyle w:val="TableParagraph"/>
              <w:spacing w:before="0"/>
              <w:rPr>
                <w:sz w:val="14"/>
              </w:rPr>
            </w:pPr>
          </w:p>
        </w:tc>
      </w:tr>
    </w:tbl>
    <w:p w14:paraId="402DF51C" w14:textId="77777777" w:rsidR="000C70CE" w:rsidRDefault="000C70CE" w:rsidP="000C70CE">
      <w:pPr>
        <w:rPr>
          <w:sz w:val="14"/>
        </w:rPr>
        <w:sectPr w:rsidR="000C70CE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4466"/>
        <w:gridCol w:w="528"/>
        <w:gridCol w:w="1104"/>
        <w:gridCol w:w="1140"/>
        <w:gridCol w:w="864"/>
        <w:gridCol w:w="3842"/>
        <w:gridCol w:w="1237"/>
        <w:gridCol w:w="1849"/>
      </w:tblGrid>
      <w:tr w:rsidR="000C70CE" w:rsidRPr="00E12312" w14:paraId="7949B93E" w14:textId="77777777" w:rsidTr="000D3C84">
        <w:trPr>
          <w:trHeight w:val="6423"/>
        </w:trPr>
        <w:tc>
          <w:tcPr>
            <w:tcW w:w="468" w:type="dxa"/>
          </w:tcPr>
          <w:p w14:paraId="3E2109A4" w14:textId="77777777" w:rsidR="000C70CE" w:rsidRDefault="000C70CE" w:rsidP="00CF21F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2.2.</w:t>
            </w:r>
          </w:p>
        </w:tc>
        <w:tc>
          <w:tcPr>
            <w:tcW w:w="4466" w:type="dxa"/>
          </w:tcPr>
          <w:p w14:paraId="147BA396" w14:textId="77777777" w:rsidR="000C70CE" w:rsidRDefault="000C70CE" w:rsidP="00CF21F5">
            <w:pPr>
              <w:pStyle w:val="TableParagraph"/>
              <w:spacing w:before="64" w:line="266" w:lineRule="auto"/>
              <w:rPr>
                <w:sz w:val="15"/>
              </w:rPr>
            </w:pPr>
            <w:r>
              <w:rPr>
                <w:w w:val="105"/>
                <w:sz w:val="15"/>
              </w:rPr>
              <w:t>Соотношение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звукового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буквенного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состава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разделительными </w:t>
            </w:r>
            <w:r>
              <w:rPr>
                <w:b/>
                <w:w w:val="105"/>
                <w:sz w:val="15"/>
              </w:rPr>
              <w:t xml:space="preserve">ь </w:t>
            </w:r>
            <w:r>
              <w:rPr>
                <w:w w:val="105"/>
                <w:sz w:val="15"/>
              </w:rPr>
              <w:t xml:space="preserve">и </w:t>
            </w:r>
            <w:r>
              <w:rPr>
                <w:b/>
                <w:w w:val="105"/>
                <w:sz w:val="15"/>
              </w:rPr>
              <w:t>ъ</w:t>
            </w:r>
            <w:r>
              <w:rPr>
                <w:w w:val="105"/>
                <w:sz w:val="15"/>
              </w:rPr>
              <w:t>, в словах с непроизносимыми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согласными</w:t>
            </w:r>
          </w:p>
        </w:tc>
        <w:tc>
          <w:tcPr>
            <w:tcW w:w="528" w:type="dxa"/>
          </w:tcPr>
          <w:p w14:paraId="663F5E26" w14:textId="77777777" w:rsidR="000C70CE" w:rsidRDefault="000C70CE" w:rsidP="00CF21F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14:paraId="280BBB89" w14:textId="77777777" w:rsidR="000C70CE" w:rsidRDefault="000C70CE" w:rsidP="00CF21F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14:paraId="6526478A" w14:textId="77777777" w:rsidR="000C70CE" w:rsidRDefault="000C70CE" w:rsidP="00CF21F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14:paraId="089371FF" w14:textId="5C73599B" w:rsidR="000C70CE" w:rsidRDefault="000C70CE" w:rsidP="00CF21F5">
            <w:pPr>
              <w:pStyle w:val="TableParagraph"/>
              <w:spacing w:before="64"/>
              <w:ind w:left="55" w:right="44"/>
              <w:jc w:val="center"/>
              <w:rPr>
                <w:sz w:val="15"/>
              </w:rPr>
            </w:pPr>
          </w:p>
        </w:tc>
        <w:tc>
          <w:tcPr>
            <w:tcW w:w="3842" w:type="dxa"/>
          </w:tcPr>
          <w:p w14:paraId="1B88F697" w14:textId="77777777" w:rsidR="000C70CE" w:rsidRDefault="000C70CE" w:rsidP="00CF21F5">
            <w:pPr>
              <w:pStyle w:val="TableParagraph"/>
              <w:spacing w:before="64" w:line="266" w:lineRule="auto"/>
              <w:ind w:left="79" w:right="19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Упражнение: определить существенный </w:t>
            </w:r>
            <w:r>
              <w:rPr>
                <w:w w:val="105"/>
                <w:sz w:val="15"/>
              </w:rPr>
              <w:t>признак для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классификации;</w:t>
            </w:r>
          </w:p>
          <w:p w14:paraId="7068C61C" w14:textId="77777777" w:rsidR="000C70CE" w:rsidRDefault="000C70CE" w:rsidP="00CF21F5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звуков;</w:t>
            </w:r>
          </w:p>
          <w:p w14:paraId="7E851668" w14:textId="77777777" w:rsidR="000C70CE" w:rsidRDefault="000C70CE" w:rsidP="00CF21F5">
            <w:pPr>
              <w:pStyle w:val="TableParagraph"/>
              <w:spacing w:before="19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Работа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парах: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классификация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предложенного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набора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звуков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с;</w:t>
            </w:r>
          </w:p>
          <w:p w14:paraId="52B985E5" w14:textId="77777777" w:rsidR="000C70CE" w:rsidRDefault="000C70CE" w:rsidP="00CF21F5">
            <w:pPr>
              <w:pStyle w:val="TableParagraph"/>
              <w:spacing w:before="2" w:line="266" w:lineRule="auto"/>
              <w:ind w:left="79" w:right="99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последующей </w:t>
            </w:r>
            <w:r>
              <w:rPr>
                <w:w w:val="105"/>
                <w:sz w:val="15"/>
              </w:rPr>
              <w:t>коллективной проверкой;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Комментированное выполнение задания;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связанного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объяснением;</w:t>
            </w:r>
          </w:p>
          <w:p w14:paraId="3A59834B" w14:textId="13AC0268" w:rsidR="000C70CE" w:rsidRDefault="000C70CE" w:rsidP="000D3C84">
            <w:pPr>
              <w:pStyle w:val="TableParagraph"/>
              <w:spacing w:before="1" w:line="266" w:lineRule="auto"/>
              <w:ind w:left="79" w:right="909"/>
              <w:rPr>
                <w:sz w:val="15"/>
              </w:rPr>
            </w:pPr>
            <w:r>
              <w:rPr>
                <w:w w:val="105"/>
                <w:sz w:val="15"/>
              </w:rPr>
              <w:t>различий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звукобуквенном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составе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разделительными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ь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ъ;</w:t>
            </w:r>
            <w:r w:rsidR="000D3C84">
              <w:rPr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 w:rsidR="000D3C84">
              <w:rPr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словах с непроизносимыми согласными;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Работа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группах: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соотношения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количества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звуков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и;</w:t>
            </w:r>
          </w:p>
          <w:p w14:paraId="170EAA44" w14:textId="77777777" w:rsidR="000C70CE" w:rsidRDefault="000C70CE" w:rsidP="00CF21F5">
            <w:pPr>
              <w:pStyle w:val="TableParagraph"/>
              <w:spacing w:before="2" w:line="266" w:lineRule="auto"/>
              <w:ind w:left="79" w:right="1419"/>
              <w:rPr>
                <w:sz w:val="15"/>
              </w:rPr>
            </w:pPr>
            <w:r>
              <w:rPr>
                <w:w w:val="105"/>
                <w:sz w:val="15"/>
              </w:rPr>
              <w:t>букв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предложенном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наборе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заполнение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таблицы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тремя;</w:t>
            </w:r>
          </w:p>
          <w:p w14:paraId="28A6BA43" w14:textId="77777777" w:rsidR="000C70CE" w:rsidRDefault="000C70CE" w:rsidP="00CF21F5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колонками: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количество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равно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количеству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букв;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количество;</w:t>
            </w:r>
          </w:p>
          <w:p w14:paraId="1F4461BA" w14:textId="77777777" w:rsidR="000C70CE" w:rsidRDefault="000C70CE" w:rsidP="000D3C84">
            <w:pPr>
              <w:pStyle w:val="TableParagraph"/>
              <w:tabs>
                <w:tab w:val="left" w:pos="2231"/>
              </w:tabs>
              <w:spacing w:before="1" w:line="266" w:lineRule="auto"/>
              <w:ind w:left="79" w:right="158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звуков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меньше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количества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букв;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количество звуков больше;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количества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букв;</w:t>
            </w:r>
          </w:p>
          <w:p w14:paraId="671060D7" w14:textId="1E03A778" w:rsidR="000C70CE" w:rsidRDefault="000C70CE" w:rsidP="000D3C84">
            <w:pPr>
              <w:pStyle w:val="TableParagraph"/>
              <w:spacing w:before="2" w:line="266" w:lineRule="auto"/>
              <w:ind w:left="79" w:right="81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Самостоятельная работа по систематизации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информации;</w:t>
            </w:r>
            <w:r w:rsidR="000D3C84">
              <w:rPr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записывать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предложенный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набор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алфавитном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порядке;</w:t>
            </w:r>
          </w:p>
          <w:p w14:paraId="4DFFA084" w14:textId="7D862342" w:rsidR="000C70CE" w:rsidRDefault="000C70CE" w:rsidP="000D3C84">
            <w:pPr>
              <w:pStyle w:val="TableParagraph"/>
              <w:spacing w:before="2" w:line="266" w:lineRule="auto"/>
              <w:ind w:left="79" w:right="26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Дифференцированное задание: нахождение </w:t>
            </w:r>
            <w:r>
              <w:rPr>
                <w:w w:val="105"/>
                <w:sz w:val="15"/>
              </w:rPr>
              <w:t>ошибок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при;</w:t>
            </w:r>
            <w:r w:rsidR="000D3C84">
              <w:rPr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выполнении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задания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расставить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фамилии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алфавитном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порядке;</w:t>
            </w:r>
          </w:p>
          <w:p w14:paraId="62BDCC48" w14:textId="77777777" w:rsidR="000C70CE" w:rsidRDefault="000C70CE" w:rsidP="00CF21F5">
            <w:pPr>
              <w:pStyle w:val="TableParagraph"/>
              <w:spacing w:before="1" w:line="266" w:lineRule="auto"/>
              <w:ind w:left="79" w:right="19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расставить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книги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библиотечном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уголке;</w:t>
            </w:r>
          </w:p>
          <w:p w14:paraId="2652C850" w14:textId="77777777" w:rsidR="000C70CE" w:rsidRDefault="000C70CE" w:rsidP="00CF21F5">
            <w:pPr>
              <w:pStyle w:val="TableParagraph"/>
              <w:spacing w:before="1" w:line="266" w:lineRule="auto"/>
              <w:ind w:left="79" w:right="1451"/>
              <w:rPr>
                <w:sz w:val="15"/>
              </w:rPr>
            </w:pPr>
            <w:r>
              <w:rPr>
                <w:w w:val="105"/>
                <w:sz w:val="15"/>
              </w:rPr>
              <w:t>класса в алфавитном порядке;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ориентируясь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фамилию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автора;</w:t>
            </w:r>
          </w:p>
          <w:p w14:paraId="3F9FFAB2" w14:textId="5C101A9D" w:rsidR="000C70CE" w:rsidRDefault="000C70CE" w:rsidP="000D3C84">
            <w:pPr>
              <w:pStyle w:val="TableParagraph"/>
              <w:spacing w:before="2" w:line="266" w:lineRule="auto"/>
              <w:ind w:left="79" w:right="19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изучении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всех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разделов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курса;</w:t>
            </w:r>
            <w:r w:rsidR="000D3C84">
              <w:rPr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связанная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 w:rsidR="000D3C84">
              <w:rPr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применением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алфавита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словарями;</w:t>
            </w:r>
            <w:r w:rsidR="001870C2">
              <w:rPr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справочниками;</w:t>
            </w:r>
          </w:p>
        </w:tc>
        <w:tc>
          <w:tcPr>
            <w:tcW w:w="1237" w:type="dxa"/>
          </w:tcPr>
          <w:p w14:paraId="7761495D" w14:textId="77777777" w:rsidR="000C70CE" w:rsidRDefault="000C70CE" w:rsidP="00CF21F5">
            <w:pPr>
              <w:pStyle w:val="TableParagraph"/>
              <w:spacing w:before="64" w:line="266" w:lineRule="auto"/>
              <w:ind w:left="79" w:right="14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 xml:space="preserve">Устный </w:t>
            </w:r>
            <w:r>
              <w:rPr>
                <w:spacing w:val="-1"/>
                <w:w w:val="105"/>
                <w:sz w:val="15"/>
              </w:rPr>
              <w:t>опрос;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849" w:type="dxa"/>
          </w:tcPr>
          <w:p w14:paraId="6A4878A8" w14:textId="77777777" w:rsidR="000C70CE" w:rsidRDefault="000C70CE" w:rsidP="00CF21F5">
            <w:pPr>
              <w:pStyle w:val="TableParagraph"/>
              <w:spacing w:before="64" w:line="266" w:lineRule="auto"/>
              <w:ind w:left="79" w:right="47"/>
              <w:rPr>
                <w:sz w:val="15"/>
              </w:rPr>
            </w:pPr>
            <w:r>
              <w:rPr>
                <w:w w:val="105"/>
                <w:sz w:val="15"/>
              </w:rPr>
              <w:t>https://resh.edu.ru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https://uchi.ru/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https://education.yandex.ru</w:t>
            </w:r>
          </w:p>
        </w:tc>
      </w:tr>
      <w:tr w:rsidR="000C70CE" w:rsidRPr="00E12312" w14:paraId="41582582" w14:textId="77777777" w:rsidTr="000D3C84">
        <w:trPr>
          <w:trHeight w:val="703"/>
        </w:trPr>
        <w:tc>
          <w:tcPr>
            <w:tcW w:w="468" w:type="dxa"/>
          </w:tcPr>
          <w:p w14:paraId="1C54752A" w14:textId="77777777" w:rsidR="000C70CE" w:rsidRDefault="000C70CE" w:rsidP="00CF21F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2.3.</w:t>
            </w:r>
          </w:p>
        </w:tc>
        <w:tc>
          <w:tcPr>
            <w:tcW w:w="4466" w:type="dxa"/>
          </w:tcPr>
          <w:p w14:paraId="6F1F86A0" w14:textId="77777777" w:rsidR="000C70CE" w:rsidRDefault="000C70CE" w:rsidP="00CF21F5">
            <w:pPr>
              <w:pStyle w:val="TableParagraph"/>
              <w:spacing w:before="64" w:line="266" w:lineRule="auto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Использование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алфавита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словарями,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справочниками,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каталогами</w:t>
            </w:r>
          </w:p>
        </w:tc>
        <w:tc>
          <w:tcPr>
            <w:tcW w:w="528" w:type="dxa"/>
          </w:tcPr>
          <w:p w14:paraId="277C9513" w14:textId="77777777" w:rsidR="000C70CE" w:rsidRDefault="000C70CE" w:rsidP="00CF21F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14:paraId="716FB192" w14:textId="77777777" w:rsidR="000C70CE" w:rsidRDefault="000C70CE" w:rsidP="00CF21F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14:paraId="64FC2CAA" w14:textId="77777777" w:rsidR="000C70CE" w:rsidRDefault="000C70CE" w:rsidP="00CF21F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14:paraId="394A7510" w14:textId="504170DD" w:rsidR="000C70CE" w:rsidRDefault="000C70CE" w:rsidP="00CF21F5">
            <w:pPr>
              <w:pStyle w:val="TableParagraph"/>
              <w:spacing w:before="64"/>
              <w:ind w:left="55" w:right="44"/>
              <w:jc w:val="center"/>
              <w:rPr>
                <w:sz w:val="15"/>
              </w:rPr>
            </w:pPr>
          </w:p>
        </w:tc>
        <w:tc>
          <w:tcPr>
            <w:tcW w:w="3842" w:type="dxa"/>
          </w:tcPr>
          <w:p w14:paraId="7879B196" w14:textId="77777777" w:rsidR="000C70CE" w:rsidRDefault="000C70CE" w:rsidP="00CF21F5">
            <w:pPr>
              <w:pStyle w:val="TableParagraph"/>
              <w:spacing w:before="64" w:line="266" w:lineRule="auto"/>
              <w:ind w:left="79" w:right="55"/>
              <w:rPr>
                <w:sz w:val="15"/>
              </w:rPr>
            </w:pPr>
            <w:r>
              <w:rPr>
                <w:w w:val="105"/>
                <w:sz w:val="15"/>
              </w:rPr>
              <w:t>Практическая работа при изучении всех разделов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курса,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связанная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применением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алфавита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словарями,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справочниками;</w:t>
            </w:r>
          </w:p>
          <w:p w14:paraId="6F9ED255" w14:textId="673EC068" w:rsidR="000C70CE" w:rsidRDefault="000C70CE" w:rsidP="00CF21F5">
            <w:pPr>
              <w:pStyle w:val="TableParagraph"/>
              <w:spacing w:before="2"/>
              <w:ind w:left="79"/>
              <w:rPr>
                <w:sz w:val="15"/>
              </w:rPr>
            </w:pPr>
          </w:p>
          <w:p w14:paraId="3AF7F70C" w14:textId="783D6AFF" w:rsidR="000C70CE" w:rsidRDefault="000C70CE" w:rsidP="00CF21F5">
            <w:pPr>
              <w:pStyle w:val="TableParagraph"/>
              <w:spacing w:before="20"/>
              <w:ind w:left="79"/>
              <w:rPr>
                <w:sz w:val="15"/>
              </w:rPr>
            </w:pPr>
          </w:p>
        </w:tc>
        <w:tc>
          <w:tcPr>
            <w:tcW w:w="1237" w:type="dxa"/>
          </w:tcPr>
          <w:p w14:paraId="55CD5E0D" w14:textId="77777777" w:rsidR="000C70CE" w:rsidRDefault="000C70CE" w:rsidP="00CF21F5">
            <w:pPr>
              <w:pStyle w:val="TableParagraph"/>
              <w:spacing w:before="64" w:line="266" w:lineRule="auto"/>
              <w:ind w:left="79" w:right="14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 xml:space="preserve">Устный </w:t>
            </w:r>
            <w:r>
              <w:rPr>
                <w:spacing w:val="-1"/>
                <w:w w:val="105"/>
                <w:sz w:val="15"/>
              </w:rPr>
              <w:t>опрос;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849" w:type="dxa"/>
          </w:tcPr>
          <w:p w14:paraId="429DF8A2" w14:textId="77777777" w:rsidR="000C70CE" w:rsidRDefault="000C70CE" w:rsidP="00CF21F5">
            <w:pPr>
              <w:pStyle w:val="TableParagraph"/>
              <w:spacing w:before="64" w:line="266" w:lineRule="auto"/>
              <w:ind w:left="79" w:right="47"/>
              <w:rPr>
                <w:sz w:val="15"/>
              </w:rPr>
            </w:pPr>
            <w:r>
              <w:rPr>
                <w:w w:val="105"/>
                <w:sz w:val="15"/>
              </w:rPr>
              <w:t>https://resh.edu.ru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https://uchi.ru/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https://education.yandex.ru</w:t>
            </w:r>
          </w:p>
        </w:tc>
      </w:tr>
      <w:tr w:rsidR="000C70CE" w14:paraId="5DF54F9C" w14:textId="77777777" w:rsidTr="00CF21F5">
        <w:trPr>
          <w:trHeight w:val="333"/>
        </w:trPr>
        <w:tc>
          <w:tcPr>
            <w:tcW w:w="4934" w:type="dxa"/>
            <w:gridSpan w:val="2"/>
          </w:tcPr>
          <w:p w14:paraId="6DA3D114" w14:textId="77777777" w:rsidR="000C70CE" w:rsidRDefault="000C70CE" w:rsidP="00CF21F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разделу:</w:t>
            </w:r>
          </w:p>
        </w:tc>
        <w:tc>
          <w:tcPr>
            <w:tcW w:w="528" w:type="dxa"/>
          </w:tcPr>
          <w:p w14:paraId="4098D8D6" w14:textId="77777777" w:rsidR="000C70CE" w:rsidRDefault="000C70CE" w:rsidP="00CF21F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0036" w:type="dxa"/>
            <w:gridSpan w:val="6"/>
          </w:tcPr>
          <w:p w14:paraId="42C36B39" w14:textId="77777777" w:rsidR="000C70CE" w:rsidRDefault="000C70CE" w:rsidP="00CF21F5">
            <w:pPr>
              <w:pStyle w:val="TableParagraph"/>
              <w:spacing w:before="0"/>
              <w:rPr>
                <w:sz w:val="14"/>
              </w:rPr>
            </w:pPr>
          </w:p>
        </w:tc>
      </w:tr>
      <w:tr w:rsidR="000C70CE" w14:paraId="2A018A32" w14:textId="77777777" w:rsidTr="00CF21F5">
        <w:trPr>
          <w:trHeight w:val="333"/>
        </w:trPr>
        <w:tc>
          <w:tcPr>
            <w:tcW w:w="15498" w:type="dxa"/>
            <w:gridSpan w:val="9"/>
          </w:tcPr>
          <w:p w14:paraId="26FBEEB6" w14:textId="77777777" w:rsidR="000C70CE" w:rsidRDefault="000C70CE" w:rsidP="00CF21F5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3.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Лексика</w:t>
            </w:r>
          </w:p>
        </w:tc>
      </w:tr>
      <w:tr w:rsidR="000C70CE" w14:paraId="7B18C041" w14:textId="77777777" w:rsidTr="00CF21F5">
        <w:trPr>
          <w:trHeight w:val="717"/>
        </w:trPr>
        <w:tc>
          <w:tcPr>
            <w:tcW w:w="468" w:type="dxa"/>
          </w:tcPr>
          <w:p w14:paraId="181F5DFC" w14:textId="77777777" w:rsidR="000C70CE" w:rsidRDefault="000C70CE" w:rsidP="00CF21F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3.1.</w:t>
            </w:r>
          </w:p>
        </w:tc>
        <w:tc>
          <w:tcPr>
            <w:tcW w:w="4466" w:type="dxa"/>
          </w:tcPr>
          <w:p w14:paraId="06653A68" w14:textId="77777777" w:rsidR="000C70CE" w:rsidRDefault="000C70CE" w:rsidP="00CF21F5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Повторение: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лексическое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значение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слова.</w:t>
            </w:r>
          </w:p>
        </w:tc>
        <w:tc>
          <w:tcPr>
            <w:tcW w:w="528" w:type="dxa"/>
          </w:tcPr>
          <w:p w14:paraId="747E618C" w14:textId="77777777" w:rsidR="000C70CE" w:rsidRDefault="000C70CE" w:rsidP="00CF21F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14:paraId="2F7139C9" w14:textId="77777777" w:rsidR="000C70CE" w:rsidRDefault="000C70CE" w:rsidP="00CF21F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14:paraId="25C2ACA9" w14:textId="77777777" w:rsidR="000C70CE" w:rsidRDefault="000C70CE" w:rsidP="00CF21F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14:paraId="54C7DC5B" w14:textId="4B057A56" w:rsidR="000C70CE" w:rsidRDefault="000C70CE" w:rsidP="00CF21F5">
            <w:pPr>
              <w:pStyle w:val="TableParagraph"/>
              <w:spacing w:before="20"/>
              <w:ind w:left="78"/>
              <w:rPr>
                <w:sz w:val="15"/>
              </w:rPr>
            </w:pPr>
          </w:p>
        </w:tc>
        <w:tc>
          <w:tcPr>
            <w:tcW w:w="3842" w:type="dxa"/>
          </w:tcPr>
          <w:p w14:paraId="125D7DA8" w14:textId="77777777" w:rsidR="000C70CE" w:rsidRDefault="000C70CE" w:rsidP="00CF21F5">
            <w:pPr>
              <w:pStyle w:val="TableParagraph"/>
              <w:spacing w:before="64" w:line="266" w:lineRule="auto"/>
              <w:ind w:left="79" w:right="22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Рассказ учителя «Способы толкования </w:t>
            </w:r>
            <w:r>
              <w:rPr>
                <w:w w:val="105"/>
                <w:sz w:val="15"/>
              </w:rPr>
              <w:t>лексического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значения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слова»;</w:t>
            </w:r>
          </w:p>
        </w:tc>
        <w:tc>
          <w:tcPr>
            <w:tcW w:w="1237" w:type="dxa"/>
          </w:tcPr>
          <w:p w14:paraId="27AA4D68" w14:textId="77777777" w:rsidR="000C70CE" w:rsidRDefault="000C70CE" w:rsidP="00CF21F5">
            <w:pPr>
              <w:pStyle w:val="TableParagraph"/>
              <w:spacing w:before="64" w:line="266" w:lineRule="auto"/>
              <w:ind w:left="79" w:right="2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849" w:type="dxa"/>
          </w:tcPr>
          <w:p w14:paraId="4B684B2C" w14:textId="77777777" w:rsidR="000C70CE" w:rsidRDefault="000C70CE" w:rsidP="00CF21F5">
            <w:pPr>
              <w:pStyle w:val="TableParagraph"/>
              <w:spacing w:before="64" w:line="266" w:lineRule="auto"/>
              <w:ind w:left="79" w:right="808"/>
              <w:rPr>
                <w:sz w:val="15"/>
              </w:rPr>
            </w:pPr>
            <w:r>
              <w:rPr>
                <w:w w:val="105"/>
                <w:sz w:val="15"/>
              </w:rPr>
              <w:t>Электронное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приложение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учебнику</w:t>
            </w:r>
          </w:p>
        </w:tc>
      </w:tr>
    </w:tbl>
    <w:p w14:paraId="7F9485AE" w14:textId="77777777" w:rsidR="000C70CE" w:rsidRDefault="000C70CE" w:rsidP="000C70CE">
      <w:pPr>
        <w:spacing w:line="266" w:lineRule="auto"/>
        <w:rPr>
          <w:sz w:val="15"/>
        </w:rPr>
        <w:sectPr w:rsidR="000C70CE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4466"/>
        <w:gridCol w:w="528"/>
        <w:gridCol w:w="1104"/>
        <w:gridCol w:w="1140"/>
        <w:gridCol w:w="864"/>
        <w:gridCol w:w="3842"/>
        <w:gridCol w:w="1237"/>
        <w:gridCol w:w="1849"/>
      </w:tblGrid>
      <w:tr w:rsidR="000C70CE" w14:paraId="19E039AB" w14:textId="77777777" w:rsidTr="000D3C84">
        <w:trPr>
          <w:trHeight w:val="2454"/>
        </w:trPr>
        <w:tc>
          <w:tcPr>
            <w:tcW w:w="468" w:type="dxa"/>
          </w:tcPr>
          <w:p w14:paraId="7FD95F04" w14:textId="77777777" w:rsidR="000C70CE" w:rsidRDefault="000C70CE" w:rsidP="00CF21F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3.2.</w:t>
            </w:r>
          </w:p>
        </w:tc>
        <w:tc>
          <w:tcPr>
            <w:tcW w:w="4466" w:type="dxa"/>
          </w:tcPr>
          <w:p w14:paraId="511F1191" w14:textId="77777777" w:rsidR="000C70CE" w:rsidRDefault="000C70CE" w:rsidP="00CF21F5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Прямое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переносное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значение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(ознакомление).</w:t>
            </w:r>
          </w:p>
        </w:tc>
        <w:tc>
          <w:tcPr>
            <w:tcW w:w="528" w:type="dxa"/>
          </w:tcPr>
          <w:p w14:paraId="2FF1BDEB" w14:textId="77777777" w:rsidR="000C70CE" w:rsidRDefault="000C70CE" w:rsidP="00CF21F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14:paraId="680FBCD5" w14:textId="77777777" w:rsidR="000C70CE" w:rsidRDefault="000C70CE" w:rsidP="00CF21F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14:paraId="3ECC16C3" w14:textId="77777777" w:rsidR="000C70CE" w:rsidRDefault="000C70CE" w:rsidP="00CF21F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14:paraId="1DE705C1" w14:textId="64238CCC" w:rsidR="000C70CE" w:rsidRDefault="000C70CE" w:rsidP="00CF21F5">
            <w:pPr>
              <w:pStyle w:val="TableParagraph"/>
              <w:spacing w:before="20"/>
              <w:ind w:left="78"/>
              <w:rPr>
                <w:sz w:val="15"/>
              </w:rPr>
            </w:pPr>
          </w:p>
        </w:tc>
        <w:tc>
          <w:tcPr>
            <w:tcW w:w="3842" w:type="dxa"/>
          </w:tcPr>
          <w:p w14:paraId="42D480B3" w14:textId="77777777" w:rsidR="000C70CE" w:rsidRDefault="000C70CE" w:rsidP="00CF21F5">
            <w:pPr>
              <w:pStyle w:val="TableParagraph"/>
              <w:spacing w:before="64" w:line="266" w:lineRule="auto"/>
              <w:ind w:left="79" w:right="98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Комментированное выполнение заданий;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направленных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развитие;</w:t>
            </w:r>
          </w:p>
          <w:p w14:paraId="368C5CED" w14:textId="2CD5E936" w:rsidR="000C70CE" w:rsidRDefault="000C70CE" w:rsidP="000D3C84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умения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анализировать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употребление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прямом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 w:rsidR="000D3C84">
              <w:rPr>
                <w:w w:val="105"/>
                <w:sz w:val="15"/>
              </w:rPr>
              <w:t xml:space="preserve"> п</w:t>
            </w:r>
            <w:r>
              <w:rPr>
                <w:sz w:val="15"/>
              </w:rPr>
              <w:t>ереносном</w:t>
            </w:r>
            <w:r>
              <w:rPr>
                <w:spacing w:val="43"/>
                <w:sz w:val="15"/>
              </w:rPr>
              <w:t xml:space="preserve"> </w:t>
            </w:r>
            <w:r>
              <w:rPr>
                <w:sz w:val="15"/>
              </w:rPr>
              <w:t>значении;</w:t>
            </w:r>
          </w:p>
          <w:p w14:paraId="41D5C225" w14:textId="77777777" w:rsidR="000C70CE" w:rsidRDefault="000C70CE" w:rsidP="00CF21F5">
            <w:pPr>
              <w:pStyle w:val="TableParagraph"/>
              <w:spacing w:before="20" w:line="266" w:lineRule="auto"/>
              <w:ind w:left="79" w:right="663"/>
              <w:rPr>
                <w:sz w:val="15"/>
              </w:rPr>
            </w:pPr>
            <w:r>
              <w:rPr>
                <w:w w:val="105"/>
                <w:sz w:val="15"/>
              </w:rPr>
              <w:t>Работа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парах: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нахождение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переносном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значении;</w:t>
            </w:r>
          </w:p>
          <w:p w14:paraId="6A3B45AE" w14:textId="6E57920D" w:rsidR="000C70CE" w:rsidRDefault="000C70CE" w:rsidP="000D3C84">
            <w:pPr>
              <w:pStyle w:val="TableParagraph"/>
              <w:spacing w:before="1" w:line="266" w:lineRule="auto"/>
              <w:ind w:left="79" w:right="51"/>
              <w:rPr>
                <w:sz w:val="15"/>
              </w:rPr>
            </w:pPr>
            <w:r>
              <w:rPr>
                <w:w w:val="105"/>
                <w:sz w:val="15"/>
              </w:rPr>
              <w:t>Работа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группах: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ситуациями;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которых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необходимо</w:t>
            </w:r>
            <w:r w:rsidR="000D3C84">
              <w:rPr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сравнивать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прямое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переносное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значение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подбирать;</w:t>
            </w:r>
          </w:p>
          <w:p w14:paraId="7EED1832" w14:textId="77777777" w:rsidR="000C70CE" w:rsidRDefault="000C70CE" w:rsidP="00CF21F5">
            <w:pPr>
              <w:pStyle w:val="TableParagraph"/>
              <w:spacing w:before="1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предложения;</w:t>
            </w:r>
          </w:p>
          <w:p w14:paraId="68C63D42" w14:textId="77777777" w:rsidR="000C70CE" w:rsidRDefault="000C70CE" w:rsidP="00CF21F5">
            <w:pPr>
              <w:pStyle w:val="TableParagraph"/>
              <w:spacing w:before="20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которых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употреблено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прямом/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переносном;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значении;</w:t>
            </w:r>
          </w:p>
          <w:p w14:paraId="1828FA00" w14:textId="1531F377" w:rsidR="000C70CE" w:rsidRDefault="000C70CE" w:rsidP="00CF21F5">
            <w:pPr>
              <w:pStyle w:val="TableParagraph"/>
              <w:spacing w:before="1"/>
              <w:ind w:left="79"/>
              <w:rPr>
                <w:sz w:val="15"/>
              </w:rPr>
            </w:pPr>
          </w:p>
        </w:tc>
        <w:tc>
          <w:tcPr>
            <w:tcW w:w="1237" w:type="dxa"/>
          </w:tcPr>
          <w:p w14:paraId="770B907D" w14:textId="77777777" w:rsidR="000C70CE" w:rsidRDefault="000C70CE" w:rsidP="00CF21F5">
            <w:pPr>
              <w:pStyle w:val="TableParagraph"/>
              <w:spacing w:before="64" w:line="266" w:lineRule="auto"/>
              <w:ind w:left="79" w:right="2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849" w:type="dxa"/>
          </w:tcPr>
          <w:p w14:paraId="11B2F7FC" w14:textId="77777777" w:rsidR="000C70CE" w:rsidRDefault="000C70CE" w:rsidP="00CF21F5">
            <w:pPr>
              <w:pStyle w:val="TableParagraph"/>
              <w:spacing w:before="64" w:line="266" w:lineRule="auto"/>
              <w:ind w:left="79" w:right="808"/>
              <w:rPr>
                <w:sz w:val="15"/>
              </w:rPr>
            </w:pPr>
            <w:r>
              <w:rPr>
                <w:w w:val="105"/>
                <w:sz w:val="15"/>
              </w:rPr>
              <w:t>Электронное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приложение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учебнику</w:t>
            </w:r>
          </w:p>
        </w:tc>
      </w:tr>
      <w:tr w:rsidR="000C70CE" w14:paraId="762F1D3A" w14:textId="77777777" w:rsidTr="000D3C84">
        <w:trPr>
          <w:trHeight w:val="1300"/>
        </w:trPr>
        <w:tc>
          <w:tcPr>
            <w:tcW w:w="468" w:type="dxa"/>
          </w:tcPr>
          <w:p w14:paraId="4A1114A9" w14:textId="77777777" w:rsidR="000C70CE" w:rsidRDefault="000C70CE" w:rsidP="00CF21F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3.3.</w:t>
            </w:r>
          </w:p>
        </w:tc>
        <w:tc>
          <w:tcPr>
            <w:tcW w:w="4466" w:type="dxa"/>
          </w:tcPr>
          <w:p w14:paraId="0C527270" w14:textId="77777777" w:rsidR="000C70CE" w:rsidRDefault="000C70CE" w:rsidP="00CF21F5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Устаревшие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слова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(ознакомление)</w:t>
            </w:r>
          </w:p>
        </w:tc>
        <w:tc>
          <w:tcPr>
            <w:tcW w:w="528" w:type="dxa"/>
          </w:tcPr>
          <w:p w14:paraId="51FCDA66" w14:textId="77777777" w:rsidR="000C70CE" w:rsidRDefault="000C70CE" w:rsidP="00CF21F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14:paraId="6C535F3B" w14:textId="77777777" w:rsidR="000C70CE" w:rsidRDefault="000C70CE" w:rsidP="00CF21F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14:paraId="55795504" w14:textId="77777777" w:rsidR="000C70CE" w:rsidRDefault="000C70CE" w:rsidP="00CF21F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14:paraId="2ABF5A96" w14:textId="42DD5F54" w:rsidR="000C70CE" w:rsidRDefault="000C70CE" w:rsidP="00CF21F5">
            <w:pPr>
              <w:pStyle w:val="TableParagraph"/>
              <w:spacing w:before="64"/>
              <w:ind w:left="78"/>
              <w:rPr>
                <w:sz w:val="15"/>
              </w:rPr>
            </w:pPr>
          </w:p>
        </w:tc>
        <w:tc>
          <w:tcPr>
            <w:tcW w:w="3842" w:type="dxa"/>
          </w:tcPr>
          <w:p w14:paraId="389FCA19" w14:textId="12D54C37" w:rsidR="000C70CE" w:rsidRDefault="000C70CE" w:rsidP="000D3C84">
            <w:pPr>
              <w:pStyle w:val="TableParagraph"/>
              <w:spacing w:before="64" w:line="266" w:lineRule="auto"/>
              <w:ind w:left="79" w:right="55"/>
              <w:rPr>
                <w:sz w:val="15"/>
              </w:rPr>
            </w:pPr>
            <w:r>
              <w:rPr>
                <w:w w:val="105"/>
                <w:sz w:val="15"/>
              </w:rPr>
              <w:t>Учебный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диалог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каким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причинам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выходят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из;</w:t>
            </w:r>
            <w:r w:rsidR="000D3C84">
              <w:rPr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употребления?»;</w:t>
            </w:r>
            <w:r w:rsidR="000D3C84">
              <w:rPr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высказывание предположений с последующим;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сопоставлением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предположений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информацией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учебнике;</w:t>
            </w:r>
          </w:p>
          <w:p w14:paraId="09EC0695" w14:textId="046DAF2C" w:rsidR="000C70CE" w:rsidRDefault="000C70CE" w:rsidP="000D3C84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Работа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парах: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соотнесение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устаревших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современными;</w:t>
            </w:r>
            <w:r w:rsidR="000D3C84">
              <w:rPr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синонимами;</w:t>
            </w:r>
          </w:p>
          <w:p w14:paraId="3EC5408B" w14:textId="3FC5BB1F" w:rsidR="000C70CE" w:rsidRDefault="000C70CE" w:rsidP="00CF21F5">
            <w:pPr>
              <w:pStyle w:val="TableParagraph"/>
              <w:spacing w:before="20"/>
              <w:ind w:left="79"/>
              <w:rPr>
                <w:sz w:val="15"/>
              </w:rPr>
            </w:pPr>
          </w:p>
        </w:tc>
        <w:tc>
          <w:tcPr>
            <w:tcW w:w="1237" w:type="dxa"/>
          </w:tcPr>
          <w:p w14:paraId="3049FA1A" w14:textId="77777777" w:rsidR="000C70CE" w:rsidRDefault="000C70CE" w:rsidP="00CF21F5">
            <w:pPr>
              <w:pStyle w:val="TableParagraph"/>
              <w:spacing w:before="64" w:line="266" w:lineRule="auto"/>
              <w:ind w:left="79" w:right="2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849" w:type="dxa"/>
          </w:tcPr>
          <w:p w14:paraId="210C769D" w14:textId="77777777" w:rsidR="000C70CE" w:rsidRDefault="000C70CE" w:rsidP="00CF21F5">
            <w:pPr>
              <w:pStyle w:val="TableParagraph"/>
              <w:spacing w:before="64" w:line="266" w:lineRule="auto"/>
              <w:ind w:left="79" w:right="808"/>
              <w:rPr>
                <w:sz w:val="15"/>
              </w:rPr>
            </w:pPr>
            <w:r>
              <w:rPr>
                <w:w w:val="105"/>
                <w:sz w:val="15"/>
              </w:rPr>
              <w:t>Электронное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приложение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учебнику</w:t>
            </w:r>
          </w:p>
        </w:tc>
      </w:tr>
      <w:tr w:rsidR="000C70CE" w14:paraId="395F70C9" w14:textId="77777777" w:rsidTr="00CF21F5">
        <w:trPr>
          <w:trHeight w:val="333"/>
        </w:trPr>
        <w:tc>
          <w:tcPr>
            <w:tcW w:w="4934" w:type="dxa"/>
            <w:gridSpan w:val="2"/>
          </w:tcPr>
          <w:p w14:paraId="0881431E" w14:textId="77777777" w:rsidR="000C70CE" w:rsidRDefault="000C70CE" w:rsidP="00CF21F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разделу:</w:t>
            </w:r>
          </w:p>
        </w:tc>
        <w:tc>
          <w:tcPr>
            <w:tcW w:w="528" w:type="dxa"/>
          </w:tcPr>
          <w:p w14:paraId="61F891EA" w14:textId="77777777" w:rsidR="000C70CE" w:rsidRDefault="000C70CE" w:rsidP="00CF21F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0036" w:type="dxa"/>
            <w:gridSpan w:val="6"/>
          </w:tcPr>
          <w:p w14:paraId="1802AACE" w14:textId="77777777" w:rsidR="000C70CE" w:rsidRDefault="000C70CE" w:rsidP="00CF21F5">
            <w:pPr>
              <w:pStyle w:val="TableParagraph"/>
              <w:spacing w:before="0"/>
              <w:rPr>
                <w:sz w:val="14"/>
              </w:rPr>
            </w:pPr>
          </w:p>
        </w:tc>
      </w:tr>
      <w:tr w:rsidR="000C70CE" w14:paraId="6B21FE23" w14:textId="77777777" w:rsidTr="00CF21F5">
        <w:trPr>
          <w:trHeight w:val="333"/>
        </w:trPr>
        <w:tc>
          <w:tcPr>
            <w:tcW w:w="15498" w:type="dxa"/>
            <w:gridSpan w:val="9"/>
          </w:tcPr>
          <w:p w14:paraId="1D76A198" w14:textId="77777777" w:rsidR="000C70CE" w:rsidRDefault="000C70CE" w:rsidP="00CF21F5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4.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Состав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слова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(морфемика)</w:t>
            </w:r>
          </w:p>
        </w:tc>
      </w:tr>
      <w:tr w:rsidR="000C70CE" w:rsidRPr="00E12312" w14:paraId="738524B2" w14:textId="77777777" w:rsidTr="000D3C84">
        <w:trPr>
          <w:trHeight w:val="1727"/>
        </w:trPr>
        <w:tc>
          <w:tcPr>
            <w:tcW w:w="468" w:type="dxa"/>
          </w:tcPr>
          <w:p w14:paraId="121F6E38" w14:textId="77777777" w:rsidR="000C70CE" w:rsidRDefault="000C70CE" w:rsidP="00CF21F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4.1.</w:t>
            </w:r>
          </w:p>
        </w:tc>
        <w:tc>
          <w:tcPr>
            <w:tcW w:w="4466" w:type="dxa"/>
          </w:tcPr>
          <w:p w14:paraId="5AD4043A" w14:textId="77777777" w:rsidR="000C70CE" w:rsidRDefault="000C70CE" w:rsidP="00CF21F5">
            <w:pPr>
              <w:pStyle w:val="TableParagraph"/>
              <w:spacing w:before="64" w:line="266" w:lineRule="auto"/>
              <w:ind w:right="106"/>
              <w:rPr>
                <w:sz w:val="15"/>
              </w:rPr>
            </w:pPr>
            <w:r>
              <w:rPr>
                <w:w w:val="105"/>
                <w:sz w:val="15"/>
              </w:rPr>
              <w:t>Повторение: корень как обязательная часть слова;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однокоренные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(родственные)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слова;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признаки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однокоренных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(родственных) слов; различение однокоренных слов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синонимов, однокоренных слов и слов с омонимичными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корнями; выделение в словах корня (простые случаи);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окончание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изменяемая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часть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слова.</w:t>
            </w:r>
          </w:p>
        </w:tc>
        <w:tc>
          <w:tcPr>
            <w:tcW w:w="528" w:type="dxa"/>
          </w:tcPr>
          <w:p w14:paraId="12B31385" w14:textId="77777777" w:rsidR="000C70CE" w:rsidRDefault="000C70CE" w:rsidP="00CF21F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14:paraId="7B007EC0" w14:textId="77777777" w:rsidR="000C70CE" w:rsidRDefault="000C70CE" w:rsidP="00CF21F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14:paraId="5D0B76BF" w14:textId="77777777" w:rsidR="000C70CE" w:rsidRDefault="000C70CE" w:rsidP="00CF21F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14:paraId="316D8465" w14:textId="77F2A71C" w:rsidR="000C70CE" w:rsidRDefault="000C70CE" w:rsidP="00CF21F5">
            <w:pPr>
              <w:pStyle w:val="TableParagraph"/>
              <w:spacing w:before="20"/>
              <w:ind w:left="78"/>
              <w:rPr>
                <w:sz w:val="15"/>
              </w:rPr>
            </w:pPr>
          </w:p>
        </w:tc>
        <w:tc>
          <w:tcPr>
            <w:tcW w:w="3842" w:type="dxa"/>
          </w:tcPr>
          <w:p w14:paraId="397D875D" w14:textId="22E295F7" w:rsidR="000C70CE" w:rsidRDefault="000C70CE" w:rsidP="000D3C84">
            <w:pPr>
              <w:pStyle w:val="TableParagraph"/>
              <w:spacing w:before="64" w:line="266" w:lineRule="auto"/>
              <w:ind w:left="79" w:right="19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Учебный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диалог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«Чем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похожи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родственные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чем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они</w:t>
            </w:r>
            <w:r w:rsidR="000D3C84">
              <w:rPr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различаются? Как найти корень слова?»;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Наблюдение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группами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родственных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поиск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каждой;</w:t>
            </w:r>
            <w:r w:rsidR="000D3C84">
              <w:rPr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группы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слова;</w:t>
            </w:r>
            <w:r w:rsidR="000D3C84">
              <w:rPr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помощью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которого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можно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объяснить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значение;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родственных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слов;</w:t>
            </w:r>
          </w:p>
          <w:p w14:paraId="7585A017" w14:textId="4A8E2BF6" w:rsidR="000C70CE" w:rsidRDefault="000C70CE" w:rsidP="000D3C84">
            <w:pPr>
              <w:pStyle w:val="TableParagraph"/>
              <w:spacing w:before="1" w:line="266" w:lineRule="auto"/>
              <w:ind w:left="79" w:right="5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Упражнение: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выделение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корня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опорой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 w:rsidR="000D3C84">
              <w:rPr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алгоритм выделения корня;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Комментированный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поиск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нём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родственных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слов;</w:t>
            </w:r>
          </w:p>
        </w:tc>
        <w:tc>
          <w:tcPr>
            <w:tcW w:w="1237" w:type="dxa"/>
          </w:tcPr>
          <w:p w14:paraId="225B8047" w14:textId="77777777" w:rsidR="000C70CE" w:rsidRDefault="000C70CE" w:rsidP="00CF21F5">
            <w:pPr>
              <w:pStyle w:val="TableParagraph"/>
              <w:spacing w:before="64" w:line="266" w:lineRule="auto"/>
              <w:ind w:left="79" w:right="2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849" w:type="dxa"/>
          </w:tcPr>
          <w:p w14:paraId="2B54E941" w14:textId="77777777" w:rsidR="000C70CE" w:rsidRDefault="000C70CE" w:rsidP="00CF21F5">
            <w:pPr>
              <w:pStyle w:val="TableParagraph"/>
              <w:spacing w:before="64" w:line="266" w:lineRule="auto"/>
              <w:ind w:left="79" w:right="47"/>
              <w:rPr>
                <w:sz w:val="15"/>
              </w:rPr>
            </w:pPr>
            <w:r>
              <w:rPr>
                <w:w w:val="105"/>
                <w:sz w:val="15"/>
              </w:rPr>
              <w:t>https://resh.edu.ru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https://uchi.ru/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https://education.yandex.ru</w:t>
            </w:r>
          </w:p>
        </w:tc>
      </w:tr>
      <w:tr w:rsidR="000C70CE" w:rsidRPr="00E12312" w14:paraId="07A48809" w14:textId="77777777" w:rsidTr="000D3C84">
        <w:trPr>
          <w:trHeight w:val="2596"/>
        </w:trPr>
        <w:tc>
          <w:tcPr>
            <w:tcW w:w="468" w:type="dxa"/>
          </w:tcPr>
          <w:p w14:paraId="386D88B0" w14:textId="77777777" w:rsidR="000C70CE" w:rsidRDefault="000C70CE" w:rsidP="00CF21F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4.2.</w:t>
            </w:r>
          </w:p>
        </w:tc>
        <w:tc>
          <w:tcPr>
            <w:tcW w:w="4466" w:type="dxa"/>
          </w:tcPr>
          <w:p w14:paraId="5D219975" w14:textId="77777777" w:rsidR="000C70CE" w:rsidRDefault="000C70CE" w:rsidP="00CF21F5">
            <w:pPr>
              <w:pStyle w:val="TableParagraph"/>
              <w:spacing w:before="64" w:line="266" w:lineRule="auto"/>
              <w:rPr>
                <w:sz w:val="15"/>
              </w:rPr>
            </w:pPr>
            <w:r>
              <w:rPr>
                <w:w w:val="105"/>
                <w:sz w:val="15"/>
              </w:rPr>
              <w:t>Однокоренные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формы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одного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Корень,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приставка, суффикс — значимые части слова. Нулевое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окончание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(ознакомление)</w:t>
            </w:r>
          </w:p>
        </w:tc>
        <w:tc>
          <w:tcPr>
            <w:tcW w:w="528" w:type="dxa"/>
          </w:tcPr>
          <w:p w14:paraId="6D090F51" w14:textId="77777777" w:rsidR="000C70CE" w:rsidRDefault="000C70CE" w:rsidP="00CF21F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14:paraId="0F9D9342" w14:textId="77777777" w:rsidR="000C70CE" w:rsidRDefault="000C70CE" w:rsidP="00CF21F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14:paraId="2B271622" w14:textId="77777777" w:rsidR="000C70CE" w:rsidRDefault="000C70CE" w:rsidP="00CF21F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14:paraId="3CC4AF67" w14:textId="3C5A86D0" w:rsidR="000C70CE" w:rsidRDefault="000C70CE" w:rsidP="00CF21F5">
            <w:pPr>
              <w:pStyle w:val="TableParagraph"/>
              <w:spacing w:before="20"/>
              <w:ind w:left="78"/>
              <w:rPr>
                <w:sz w:val="15"/>
              </w:rPr>
            </w:pPr>
          </w:p>
        </w:tc>
        <w:tc>
          <w:tcPr>
            <w:tcW w:w="3842" w:type="dxa"/>
          </w:tcPr>
          <w:p w14:paraId="22949001" w14:textId="75EA7732" w:rsidR="000C70CE" w:rsidRDefault="000C70CE" w:rsidP="000D3C84">
            <w:pPr>
              <w:pStyle w:val="TableParagraph"/>
              <w:spacing w:before="64" w:line="266" w:lineRule="auto"/>
              <w:ind w:left="79" w:right="476"/>
              <w:rPr>
                <w:sz w:val="15"/>
              </w:rPr>
            </w:pPr>
            <w:r>
              <w:rPr>
                <w:w w:val="105"/>
                <w:sz w:val="15"/>
              </w:rPr>
              <w:t>Работа по построению схемы;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отражающей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различие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родственных</w:t>
            </w:r>
            <w:r w:rsidR="000D3C84"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одного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того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учётом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двух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позиций: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значение;</w:t>
            </w:r>
          </w:p>
          <w:p w14:paraId="0D42537F" w14:textId="023DDCDA" w:rsidR="000C70CE" w:rsidRDefault="000C70CE" w:rsidP="000D3C84">
            <w:pPr>
              <w:pStyle w:val="TableParagraph"/>
              <w:spacing w:before="1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состав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(обсудить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способы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передачи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схеме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идеи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 w:rsidR="000D3C84">
              <w:rPr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полном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совпадении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значения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сходстве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основного</w:t>
            </w:r>
            <w:r w:rsidR="000D3C84">
              <w:rPr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значения;</w:t>
            </w:r>
            <w:r w:rsidR="000D3C84">
              <w:rPr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полной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тождественности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значения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родственных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слов;</w:t>
            </w:r>
          </w:p>
          <w:p w14:paraId="7A3E6821" w14:textId="18F4D90C" w:rsidR="000C70CE" w:rsidRDefault="000C70CE" w:rsidP="000D3C84">
            <w:pPr>
              <w:pStyle w:val="TableParagraph"/>
              <w:spacing w:before="1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различие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только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окончаниях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между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формами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различия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 w:rsidR="000D3C84">
              <w:rPr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составе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родственных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появление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 w:rsidR="000D3C84">
              <w:rPr>
                <w:spacing w:val="-36"/>
                <w:w w:val="105"/>
                <w:sz w:val="15"/>
              </w:rPr>
              <w:t xml:space="preserve">     </w:t>
            </w:r>
            <w:r>
              <w:rPr>
                <w:w w:val="105"/>
                <w:sz w:val="15"/>
              </w:rPr>
              <w:t>приставок</w:t>
            </w:r>
            <w:r w:rsidR="000D3C84">
              <w:rPr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суффиксов);</w:t>
            </w:r>
          </w:p>
          <w:p w14:paraId="3ED14C9E" w14:textId="01A211B1" w:rsidR="000C70CE" w:rsidRDefault="000C70CE" w:rsidP="000D3C84">
            <w:pPr>
              <w:pStyle w:val="TableParagraph"/>
              <w:spacing w:before="19" w:line="266" w:lineRule="auto"/>
              <w:ind w:left="79" w:right="95"/>
              <w:rPr>
                <w:sz w:val="15"/>
              </w:rPr>
            </w:pPr>
            <w:r>
              <w:rPr>
                <w:w w:val="105"/>
                <w:sz w:val="15"/>
              </w:rPr>
              <w:t>Объяснение роли и значения суффиксов/приставок;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группах: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установкой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поиск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нём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 w:rsidR="000D3C84">
              <w:rPr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заданными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приставками/суффиксами;</w:t>
            </w:r>
          </w:p>
          <w:p w14:paraId="7E7530A5" w14:textId="418D5877" w:rsidR="000C70CE" w:rsidRDefault="000C70CE" w:rsidP="00CF21F5">
            <w:pPr>
              <w:pStyle w:val="TableParagraph"/>
              <w:spacing w:before="20"/>
              <w:ind w:left="79"/>
              <w:rPr>
                <w:sz w:val="15"/>
              </w:rPr>
            </w:pPr>
          </w:p>
        </w:tc>
        <w:tc>
          <w:tcPr>
            <w:tcW w:w="1237" w:type="dxa"/>
          </w:tcPr>
          <w:p w14:paraId="70D835AE" w14:textId="77777777" w:rsidR="000C70CE" w:rsidRDefault="000C70CE" w:rsidP="00CF21F5">
            <w:pPr>
              <w:pStyle w:val="TableParagraph"/>
              <w:spacing w:before="64" w:line="266" w:lineRule="auto"/>
              <w:ind w:left="79" w:right="26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Контрольная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849" w:type="dxa"/>
          </w:tcPr>
          <w:p w14:paraId="31904B46" w14:textId="77777777" w:rsidR="000C70CE" w:rsidRDefault="000C70CE" w:rsidP="00CF21F5">
            <w:pPr>
              <w:pStyle w:val="TableParagraph"/>
              <w:spacing w:before="64" w:line="266" w:lineRule="auto"/>
              <w:ind w:left="79" w:right="47"/>
              <w:rPr>
                <w:sz w:val="15"/>
              </w:rPr>
            </w:pPr>
            <w:r>
              <w:rPr>
                <w:w w:val="105"/>
                <w:sz w:val="15"/>
              </w:rPr>
              <w:t>https://resh.edu.ru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https://uchi.ru/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https://education.yandex.ru</w:t>
            </w:r>
          </w:p>
        </w:tc>
      </w:tr>
      <w:tr w:rsidR="000C70CE" w14:paraId="0DE8E813" w14:textId="77777777" w:rsidTr="00CF21F5">
        <w:trPr>
          <w:trHeight w:val="333"/>
        </w:trPr>
        <w:tc>
          <w:tcPr>
            <w:tcW w:w="4934" w:type="dxa"/>
            <w:gridSpan w:val="2"/>
          </w:tcPr>
          <w:p w14:paraId="4E037F4F" w14:textId="77777777" w:rsidR="000C70CE" w:rsidRDefault="000C70CE" w:rsidP="00CF21F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разделу:</w:t>
            </w:r>
          </w:p>
        </w:tc>
        <w:tc>
          <w:tcPr>
            <w:tcW w:w="528" w:type="dxa"/>
          </w:tcPr>
          <w:p w14:paraId="7737E2D2" w14:textId="77777777" w:rsidR="000C70CE" w:rsidRDefault="000C70CE" w:rsidP="00CF21F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8</w:t>
            </w:r>
          </w:p>
        </w:tc>
        <w:tc>
          <w:tcPr>
            <w:tcW w:w="10036" w:type="dxa"/>
            <w:gridSpan w:val="6"/>
          </w:tcPr>
          <w:p w14:paraId="36058C6C" w14:textId="77777777" w:rsidR="000C70CE" w:rsidRDefault="000C70CE" w:rsidP="00CF21F5">
            <w:pPr>
              <w:pStyle w:val="TableParagraph"/>
              <w:spacing w:before="0"/>
              <w:rPr>
                <w:sz w:val="14"/>
              </w:rPr>
            </w:pPr>
          </w:p>
        </w:tc>
      </w:tr>
      <w:tr w:rsidR="000C70CE" w14:paraId="35FCFB6B" w14:textId="77777777" w:rsidTr="00CF21F5">
        <w:trPr>
          <w:trHeight w:val="333"/>
        </w:trPr>
        <w:tc>
          <w:tcPr>
            <w:tcW w:w="15498" w:type="dxa"/>
            <w:gridSpan w:val="9"/>
          </w:tcPr>
          <w:p w14:paraId="3B1BD667" w14:textId="77777777" w:rsidR="000C70CE" w:rsidRDefault="000C70CE" w:rsidP="00CF21F5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5.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Морфология</w:t>
            </w:r>
          </w:p>
        </w:tc>
      </w:tr>
      <w:tr w:rsidR="000C70CE" w:rsidRPr="00E12312" w14:paraId="393098E7" w14:textId="77777777" w:rsidTr="000D3C84">
        <w:trPr>
          <w:trHeight w:val="1526"/>
        </w:trPr>
        <w:tc>
          <w:tcPr>
            <w:tcW w:w="468" w:type="dxa"/>
          </w:tcPr>
          <w:p w14:paraId="45461515" w14:textId="77777777" w:rsidR="000C70CE" w:rsidRDefault="000C70CE" w:rsidP="00CF21F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5.1.</w:t>
            </w:r>
          </w:p>
        </w:tc>
        <w:tc>
          <w:tcPr>
            <w:tcW w:w="4466" w:type="dxa"/>
          </w:tcPr>
          <w:p w14:paraId="2CA39EF9" w14:textId="77777777" w:rsidR="000C70CE" w:rsidRDefault="000C70CE" w:rsidP="00CF21F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Части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речи.</w:t>
            </w:r>
          </w:p>
          <w:p w14:paraId="1C166FDB" w14:textId="77777777" w:rsidR="000C70CE" w:rsidRDefault="000C70CE" w:rsidP="00CF21F5">
            <w:pPr>
              <w:pStyle w:val="TableParagraph"/>
              <w:spacing w:before="20" w:line="266" w:lineRule="auto"/>
              <w:ind w:right="10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Имя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существительное: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общее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значение,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вопросы,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употребление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речи.</w:t>
            </w:r>
          </w:p>
        </w:tc>
        <w:tc>
          <w:tcPr>
            <w:tcW w:w="528" w:type="dxa"/>
          </w:tcPr>
          <w:p w14:paraId="23CDDD48" w14:textId="77777777" w:rsidR="000C70CE" w:rsidRDefault="000C70CE" w:rsidP="00CF21F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14:paraId="2BAED9E4" w14:textId="77777777" w:rsidR="000C70CE" w:rsidRDefault="000C70CE" w:rsidP="00CF21F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14:paraId="6DE9C549" w14:textId="77777777" w:rsidR="000C70CE" w:rsidRDefault="000C70CE" w:rsidP="00CF21F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14:paraId="5AE83106" w14:textId="3301DD4D" w:rsidR="000C70CE" w:rsidRDefault="000C70CE" w:rsidP="00CF21F5">
            <w:pPr>
              <w:pStyle w:val="TableParagraph"/>
              <w:spacing w:before="20"/>
              <w:ind w:left="78"/>
              <w:rPr>
                <w:sz w:val="15"/>
              </w:rPr>
            </w:pPr>
          </w:p>
        </w:tc>
        <w:tc>
          <w:tcPr>
            <w:tcW w:w="3842" w:type="dxa"/>
          </w:tcPr>
          <w:p w14:paraId="575ACFB7" w14:textId="5CF8C525" w:rsidR="000C70CE" w:rsidRDefault="000C70CE" w:rsidP="000D3C84">
            <w:pPr>
              <w:pStyle w:val="TableParagraph"/>
              <w:spacing w:before="64" w:line="266" w:lineRule="auto"/>
              <w:ind w:left="79" w:right="198"/>
              <w:rPr>
                <w:sz w:val="15"/>
              </w:rPr>
            </w:pPr>
            <w:r>
              <w:rPr>
                <w:w w:val="105"/>
                <w:sz w:val="15"/>
              </w:rPr>
              <w:t>Учебный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диалог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каким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признакам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мы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распределяем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 w:rsidR="000D3C84">
              <w:rPr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частям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речи?»;</w:t>
            </w:r>
          </w:p>
          <w:p w14:paraId="52AD4844" w14:textId="56BE84BA" w:rsidR="000C70CE" w:rsidRDefault="000C70CE" w:rsidP="000D3C84">
            <w:pPr>
              <w:pStyle w:val="TableParagraph"/>
              <w:spacing w:before="19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Составление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результатам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диалога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таблицы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«Части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речи»</w:t>
            </w:r>
            <w:r w:rsidR="000D3C84">
              <w:rPr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 w:rsidR="000D3C84">
              <w:rPr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горизонтали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строках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таблицы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отражены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следующие;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параметры:</w:t>
            </w:r>
            <w:r w:rsidR="000D3C84">
              <w:rPr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«Значение»;</w:t>
            </w:r>
            <w:r w:rsidR="000D3C84">
              <w:rPr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«Вопросы»;</w:t>
            </w:r>
          </w:p>
          <w:p w14:paraId="5CBA3DB4" w14:textId="2AC32381" w:rsidR="000C70CE" w:rsidRDefault="000C70CE" w:rsidP="000D3C84">
            <w:pPr>
              <w:pStyle w:val="TableParagraph"/>
              <w:spacing w:before="20" w:line="266" w:lineRule="auto"/>
              <w:ind w:left="79" w:right="5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«Какие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признаки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</w:t>
            </w:r>
            <w:r w:rsidR="000D3C84">
              <w:rPr>
                <w:w w:val="105"/>
                <w:sz w:val="15"/>
              </w:rPr>
              <w:t xml:space="preserve"> 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 w:rsidR="000D3C84"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изменяются»;</w:t>
            </w:r>
          </w:p>
          <w:p w14:paraId="6FDE1CE5" w14:textId="3A18AE08" w:rsidR="000C70CE" w:rsidRDefault="000C70CE" w:rsidP="00CF21F5">
            <w:pPr>
              <w:pStyle w:val="TableParagraph"/>
              <w:spacing w:before="1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«какие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признаки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изменяются»</w:t>
            </w:r>
          </w:p>
        </w:tc>
        <w:tc>
          <w:tcPr>
            <w:tcW w:w="1237" w:type="dxa"/>
          </w:tcPr>
          <w:p w14:paraId="37077CB8" w14:textId="77777777" w:rsidR="000C70CE" w:rsidRDefault="000C70CE" w:rsidP="00CF21F5">
            <w:pPr>
              <w:pStyle w:val="TableParagraph"/>
              <w:spacing w:before="64" w:line="266" w:lineRule="auto"/>
              <w:ind w:left="79" w:right="2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849" w:type="dxa"/>
          </w:tcPr>
          <w:p w14:paraId="35487EAE" w14:textId="77777777" w:rsidR="000C70CE" w:rsidRDefault="000C70CE" w:rsidP="00CF21F5">
            <w:pPr>
              <w:pStyle w:val="TableParagraph"/>
              <w:spacing w:before="64" w:line="266" w:lineRule="auto"/>
              <w:ind w:left="79" w:right="47"/>
              <w:rPr>
                <w:sz w:val="15"/>
              </w:rPr>
            </w:pPr>
            <w:r>
              <w:rPr>
                <w:w w:val="105"/>
                <w:sz w:val="15"/>
              </w:rPr>
              <w:t>https://resh.edu.ru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https://uchi.ru/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https://education.yandex.ru</w:t>
            </w:r>
          </w:p>
        </w:tc>
      </w:tr>
      <w:tr w:rsidR="000C70CE" w:rsidRPr="00E12312" w14:paraId="420C4831" w14:textId="77777777" w:rsidTr="000D3C84">
        <w:trPr>
          <w:trHeight w:val="710"/>
        </w:trPr>
        <w:tc>
          <w:tcPr>
            <w:tcW w:w="468" w:type="dxa"/>
          </w:tcPr>
          <w:p w14:paraId="18669888" w14:textId="77777777" w:rsidR="000C70CE" w:rsidRDefault="000C70CE" w:rsidP="00CF21F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5.2.</w:t>
            </w:r>
          </w:p>
        </w:tc>
        <w:tc>
          <w:tcPr>
            <w:tcW w:w="4466" w:type="dxa"/>
          </w:tcPr>
          <w:p w14:paraId="32F65F3E" w14:textId="77777777" w:rsidR="000C70CE" w:rsidRDefault="000C70CE" w:rsidP="00CF21F5">
            <w:pPr>
              <w:pStyle w:val="TableParagraph"/>
              <w:spacing w:before="64" w:line="266" w:lineRule="auto"/>
              <w:ind w:right="10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Имена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существительные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единственного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множественного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числа.</w:t>
            </w:r>
          </w:p>
        </w:tc>
        <w:tc>
          <w:tcPr>
            <w:tcW w:w="528" w:type="dxa"/>
          </w:tcPr>
          <w:p w14:paraId="30B08C17" w14:textId="77777777" w:rsidR="000C70CE" w:rsidRDefault="000C70CE" w:rsidP="00CF21F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14:paraId="7FFB1B87" w14:textId="77777777" w:rsidR="000C70CE" w:rsidRDefault="000C70CE" w:rsidP="00CF21F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14:paraId="5F5C0DB1" w14:textId="77777777" w:rsidR="000C70CE" w:rsidRDefault="000C70CE" w:rsidP="00CF21F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14:paraId="5954022E" w14:textId="69939DD3" w:rsidR="000C70CE" w:rsidRDefault="000C70CE" w:rsidP="00CF21F5">
            <w:pPr>
              <w:pStyle w:val="TableParagraph"/>
              <w:spacing w:before="20"/>
              <w:ind w:left="78"/>
              <w:rPr>
                <w:sz w:val="15"/>
              </w:rPr>
            </w:pPr>
          </w:p>
        </w:tc>
        <w:tc>
          <w:tcPr>
            <w:tcW w:w="3842" w:type="dxa"/>
          </w:tcPr>
          <w:p w14:paraId="062B0850" w14:textId="10C3D2B7" w:rsidR="000C70CE" w:rsidRDefault="000C70CE" w:rsidP="000D3C84">
            <w:pPr>
              <w:pStyle w:val="TableParagraph"/>
              <w:spacing w:before="64" w:line="266" w:lineRule="auto"/>
              <w:ind w:left="79" w:right="5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Работа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группах: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объединение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имён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существительных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группы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 w:rsidR="000D3C84">
              <w:rPr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определённому признаку (например;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род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число);</w:t>
            </w:r>
          </w:p>
        </w:tc>
        <w:tc>
          <w:tcPr>
            <w:tcW w:w="1237" w:type="dxa"/>
          </w:tcPr>
          <w:p w14:paraId="3BEA9265" w14:textId="77777777" w:rsidR="000C70CE" w:rsidRDefault="000C70CE" w:rsidP="00CF21F5">
            <w:pPr>
              <w:pStyle w:val="TableParagraph"/>
              <w:spacing w:before="64" w:line="266" w:lineRule="auto"/>
              <w:ind w:left="79" w:right="2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849" w:type="dxa"/>
          </w:tcPr>
          <w:p w14:paraId="30FF0269" w14:textId="77777777" w:rsidR="000C70CE" w:rsidRDefault="000C70CE" w:rsidP="00CF21F5">
            <w:pPr>
              <w:pStyle w:val="TableParagraph"/>
              <w:spacing w:before="64" w:line="266" w:lineRule="auto"/>
              <w:ind w:left="79" w:right="47"/>
              <w:rPr>
                <w:sz w:val="15"/>
              </w:rPr>
            </w:pPr>
            <w:r>
              <w:rPr>
                <w:w w:val="105"/>
                <w:sz w:val="15"/>
              </w:rPr>
              <w:t>https://resh.edu.ru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https://uchi.ru/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https://education.yandex.ru</w:t>
            </w:r>
          </w:p>
        </w:tc>
      </w:tr>
      <w:tr w:rsidR="000C70CE" w:rsidRPr="00E12312" w14:paraId="566C0C08" w14:textId="77777777" w:rsidTr="000D3C84">
        <w:trPr>
          <w:trHeight w:val="679"/>
        </w:trPr>
        <w:tc>
          <w:tcPr>
            <w:tcW w:w="468" w:type="dxa"/>
          </w:tcPr>
          <w:p w14:paraId="6C3A55AB" w14:textId="77777777" w:rsidR="000C70CE" w:rsidRDefault="000C70CE" w:rsidP="00CF21F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5.3.</w:t>
            </w:r>
          </w:p>
        </w:tc>
        <w:tc>
          <w:tcPr>
            <w:tcW w:w="4466" w:type="dxa"/>
          </w:tcPr>
          <w:p w14:paraId="14F5611B" w14:textId="77777777" w:rsidR="000C70CE" w:rsidRDefault="000C70CE" w:rsidP="00CF21F5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Имена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существительные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мужского,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женского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среднего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рода.</w:t>
            </w:r>
          </w:p>
        </w:tc>
        <w:tc>
          <w:tcPr>
            <w:tcW w:w="528" w:type="dxa"/>
          </w:tcPr>
          <w:p w14:paraId="249B1683" w14:textId="77777777" w:rsidR="000C70CE" w:rsidRDefault="000C70CE" w:rsidP="00CF21F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14:paraId="6CBB60ED" w14:textId="77777777" w:rsidR="000C70CE" w:rsidRDefault="000C70CE" w:rsidP="00CF21F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14:paraId="6B824CEC" w14:textId="77777777" w:rsidR="000C70CE" w:rsidRDefault="000C70CE" w:rsidP="00CF21F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14:paraId="73E6F863" w14:textId="47D010C0" w:rsidR="000C70CE" w:rsidRDefault="000C70CE" w:rsidP="00CF21F5">
            <w:pPr>
              <w:pStyle w:val="TableParagraph"/>
              <w:spacing w:before="20"/>
              <w:ind w:left="78"/>
              <w:rPr>
                <w:sz w:val="15"/>
              </w:rPr>
            </w:pPr>
          </w:p>
        </w:tc>
        <w:tc>
          <w:tcPr>
            <w:tcW w:w="3842" w:type="dxa"/>
          </w:tcPr>
          <w:p w14:paraId="21CF7712" w14:textId="6C5212F2" w:rsidR="000C70CE" w:rsidRDefault="000C70CE" w:rsidP="000D3C84">
            <w:pPr>
              <w:pStyle w:val="TableParagraph"/>
              <w:spacing w:before="64" w:line="266" w:lineRule="auto"/>
              <w:ind w:left="79" w:right="5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Работа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группах: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объединение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имён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существительных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группы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 w:rsidR="000D3C84">
              <w:rPr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определённому признаку (например;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род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число);</w:t>
            </w:r>
          </w:p>
          <w:p w14:paraId="2F17A536" w14:textId="23ADC9EC" w:rsidR="000C70CE" w:rsidRDefault="000C70CE" w:rsidP="00CF21F5">
            <w:pPr>
              <w:pStyle w:val="TableParagraph"/>
              <w:spacing w:before="1"/>
              <w:ind w:left="79"/>
              <w:rPr>
                <w:sz w:val="15"/>
              </w:rPr>
            </w:pPr>
          </w:p>
        </w:tc>
        <w:tc>
          <w:tcPr>
            <w:tcW w:w="1237" w:type="dxa"/>
          </w:tcPr>
          <w:p w14:paraId="3929E0E2" w14:textId="77777777" w:rsidR="000C70CE" w:rsidRDefault="000C70CE" w:rsidP="00CF21F5">
            <w:pPr>
              <w:pStyle w:val="TableParagraph"/>
              <w:spacing w:before="64" w:line="266" w:lineRule="auto"/>
              <w:ind w:left="79" w:right="2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849" w:type="dxa"/>
          </w:tcPr>
          <w:p w14:paraId="16A516E5" w14:textId="77777777" w:rsidR="000C70CE" w:rsidRDefault="000C70CE" w:rsidP="00CF21F5">
            <w:pPr>
              <w:pStyle w:val="TableParagraph"/>
              <w:spacing w:before="64" w:line="266" w:lineRule="auto"/>
              <w:ind w:left="79" w:right="47"/>
              <w:rPr>
                <w:sz w:val="15"/>
              </w:rPr>
            </w:pPr>
            <w:r>
              <w:rPr>
                <w:w w:val="105"/>
                <w:sz w:val="15"/>
              </w:rPr>
              <w:t>https://resh.edu.ru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https://uchi.ru/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https://education.yandex.ru</w:t>
            </w:r>
          </w:p>
        </w:tc>
      </w:tr>
      <w:tr w:rsidR="000C70CE" w:rsidRPr="00E12312" w14:paraId="63FECE40" w14:textId="77777777" w:rsidTr="00CF21F5">
        <w:trPr>
          <w:trHeight w:val="909"/>
        </w:trPr>
        <w:tc>
          <w:tcPr>
            <w:tcW w:w="468" w:type="dxa"/>
          </w:tcPr>
          <w:p w14:paraId="0A167BA1" w14:textId="77777777" w:rsidR="000C70CE" w:rsidRDefault="000C70CE" w:rsidP="00CF21F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5.4.</w:t>
            </w:r>
          </w:p>
        </w:tc>
        <w:tc>
          <w:tcPr>
            <w:tcW w:w="4466" w:type="dxa"/>
          </w:tcPr>
          <w:p w14:paraId="1B919879" w14:textId="77777777" w:rsidR="000C70CE" w:rsidRDefault="000C70CE" w:rsidP="00CF21F5">
            <w:pPr>
              <w:pStyle w:val="TableParagraph"/>
              <w:spacing w:before="64" w:line="266" w:lineRule="auto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Падеж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имён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существительных.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падежа,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котором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употреблено имя существительное. Изменение имён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существительных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падежам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числам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(склонение)</w:t>
            </w:r>
          </w:p>
        </w:tc>
        <w:tc>
          <w:tcPr>
            <w:tcW w:w="528" w:type="dxa"/>
          </w:tcPr>
          <w:p w14:paraId="3B930A49" w14:textId="77777777" w:rsidR="000C70CE" w:rsidRDefault="000C70CE" w:rsidP="00CF21F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04" w:type="dxa"/>
          </w:tcPr>
          <w:p w14:paraId="12FE726E" w14:textId="77777777" w:rsidR="000C70CE" w:rsidRDefault="000C70CE" w:rsidP="00CF21F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14:paraId="4678AC9E" w14:textId="77777777" w:rsidR="000C70CE" w:rsidRDefault="000C70CE" w:rsidP="00CF21F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14:paraId="24C699D3" w14:textId="141F70B7" w:rsidR="000C70CE" w:rsidRDefault="000C70CE" w:rsidP="00CF21F5">
            <w:pPr>
              <w:pStyle w:val="TableParagraph"/>
              <w:spacing w:before="20"/>
              <w:ind w:left="78"/>
              <w:rPr>
                <w:sz w:val="15"/>
              </w:rPr>
            </w:pPr>
          </w:p>
        </w:tc>
        <w:tc>
          <w:tcPr>
            <w:tcW w:w="3842" w:type="dxa"/>
          </w:tcPr>
          <w:p w14:paraId="7207EEB1" w14:textId="77777777" w:rsidR="000C70CE" w:rsidRDefault="000C70CE" w:rsidP="00CF21F5">
            <w:pPr>
              <w:pStyle w:val="TableParagraph"/>
              <w:spacing w:before="64" w:line="266" w:lineRule="auto"/>
              <w:ind w:left="79" w:right="19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работа: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изменение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имён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существительных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по;</w:t>
            </w:r>
          </w:p>
          <w:p w14:paraId="355D0199" w14:textId="77777777" w:rsidR="000C70CE" w:rsidRDefault="000C70CE" w:rsidP="00CF21F5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указанному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признаку;</w:t>
            </w:r>
          </w:p>
          <w:p w14:paraId="4C1329D1" w14:textId="20EA1FDD" w:rsidR="000C70CE" w:rsidRDefault="000C70CE" w:rsidP="00CF21F5">
            <w:pPr>
              <w:pStyle w:val="TableParagraph"/>
              <w:spacing w:before="19"/>
              <w:ind w:left="79"/>
              <w:rPr>
                <w:sz w:val="15"/>
              </w:rPr>
            </w:pPr>
          </w:p>
        </w:tc>
        <w:tc>
          <w:tcPr>
            <w:tcW w:w="1237" w:type="dxa"/>
          </w:tcPr>
          <w:p w14:paraId="16380B99" w14:textId="77777777" w:rsidR="000C70CE" w:rsidRDefault="000C70CE" w:rsidP="00CF21F5">
            <w:pPr>
              <w:pStyle w:val="TableParagraph"/>
              <w:spacing w:before="64" w:line="266" w:lineRule="auto"/>
              <w:ind w:left="79" w:right="2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  <w:p w14:paraId="497BE04F" w14:textId="77777777" w:rsidR="000C70CE" w:rsidRDefault="000C70CE" w:rsidP="00CF21F5">
            <w:pPr>
              <w:pStyle w:val="TableParagraph"/>
              <w:spacing w:before="19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Тестирование;</w:t>
            </w:r>
          </w:p>
        </w:tc>
        <w:tc>
          <w:tcPr>
            <w:tcW w:w="1849" w:type="dxa"/>
          </w:tcPr>
          <w:p w14:paraId="30591170" w14:textId="77777777" w:rsidR="000C70CE" w:rsidRDefault="000C70CE" w:rsidP="00CF21F5">
            <w:pPr>
              <w:pStyle w:val="TableParagraph"/>
              <w:spacing w:before="64" w:line="266" w:lineRule="auto"/>
              <w:ind w:left="79" w:right="47"/>
              <w:rPr>
                <w:sz w:val="15"/>
              </w:rPr>
            </w:pPr>
            <w:r>
              <w:rPr>
                <w:w w:val="105"/>
                <w:sz w:val="15"/>
              </w:rPr>
              <w:t>https://resh.edu.ru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https://uchi.ru/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https://education.yandex.ru</w:t>
            </w:r>
          </w:p>
        </w:tc>
      </w:tr>
      <w:tr w:rsidR="000C70CE" w:rsidRPr="00E12312" w14:paraId="656F3860" w14:textId="77777777" w:rsidTr="000D3C84">
        <w:trPr>
          <w:trHeight w:val="1178"/>
        </w:trPr>
        <w:tc>
          <w:tcPr>
            <w:tcW w:w="468" w:type="dxa"/>
          </w:tcPr>
          <w:p w14:paraId="1E2820BB" w14:textId="77777777" w:rsidR="000C70CE" w:rsidRDefault="000C70CE" w:rsidP="00CF21F5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5.5.</w:t>
            </w:r>
          </w:p>
        </w:tc>
        <w:tc>
          <w:tcPr>
            <w:tcW w:w="4466" w:type="dxa"/>
          </w:tcPr>
          <w:p w14:paraId="047C6DCB" w14:textId="77777777" w:rsidR="000C70CE" w:rsidRDefault="000C70CE" w:rsidP="00CF21F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Имена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существительные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3-го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склонения.</w:t>
            </w:r>
          </w:p>
        </w:tc>
        <w:tc>
          <w:tcPr>
            <w:tcW w:w="528" w:type="dxa"/>
          </w:tcPr>
          <w:p w14:paraId="348CBFA4" w14:textId="77777777" w:rsidR="000C70CE" w:rsidRDefault="000C70CE" w:rsidP="00CF21F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14:paraId="16A0C794" w14:textId="77777777" w:rsidR="000C70CE" w:rsidRDefault="000C70CE" w:rsidP="00CF21F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14:paraId="311539CE" w14:textId="77777777" w:rsidR="000C70CE" w:rsidRDefault="000C70CE" w:rsidP="00CF21F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14:paraId="3128EDC4" w14:textId="1533E397" w:rsidR="000C70CE" w:rsidRDefault="000C70CE" w:rsidP="00CF21F5">
            <w:pPr>
              <w:pStyle w:val="TableParagraph"/>
              <w:spacing w:before="20"/>
              <w:ind w:left="78"/>
              <w:rPr>
                <w:sz w:val="15"/>
              </w:rPr>
            </w:pPr>
          </w:p>
        </w:tc>
        <w:tc>
          <w:tcPr>
            <w:tcW w:w="3842" w:type="dxa"/>
          </w:tcPr>
          <w:p w14:paraId="5DE2A51A" w14:textId="26187C5F" w:rsidR="000C70CE" w:rsidRDefault="000C70CE" w:rsidP="000D3C84">
            <w:pPr>
              <w:pStyle w:val="TableParagraph"/>
              <w:spacing w:before="64" w:line="266" w:lineRule="auto"/>
              <w:ind w:left="79" w:right="663"/>
              <w:rPr>
                <w:sz w:val="15"/>
              </w:rPr>
            </w:pPr>
            <w:r>
              <w:rPr>
                <w:w w:val="105"/>
                <w:sz w:val="15"/>
              </w:rPr>
              <w:t>Работа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парах: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нахождение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группы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имён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существительных</w:t>
            </w:r>
            <w:r w:rsidR="000D3C84">
              <w:rPr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грамматического признака;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который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объединяет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эти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имена;</w:t>
            </w:r>
            <w:r w:rsidR="000D3C84"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существительные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группу;</w:t>
            </w:r>
          </w:p>
          <w:p w14:paraId="14B89643" w14:textId="7587AF7D" w:rsidR="000C70CE" w:rsidRDefault="000C70CE" w:rsidP="000D3C84">
            <w:pPr>
              <w:pStyle w:val="TableParagraph"/>
              <w:spacing w:before="2" w:line="266" w:lineRule="auto"/>
              <w:ind w:left="79" w:right="19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работа: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изменение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имён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существительных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 w:rsidR="000D3C84">
              <w:rPr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указанному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признаку;</w:t>
            </w:r>
          </w:p>
          <w:p w14:paraId="08693394" w14:textId="19762F6B" w:rsidR="000C70CE" w:rsidRDefault="000C70CE" w:rsidP="000D3C84">
            <w:pPr>
              <w:pStyle w:val="TableParagraph"/>
              <w:spacing w:before="19"/>
              <w:rPr>
                <w:sz w:val="15"/>
              </w:rPr>
            </w:pPr>
          </w:p>
        </w:tc>
        <w:tc>
          <w:tcPr>
            <w:tcW w:w="1237" w:type="dxa"/>
          </w:tcPr>
          <w:p w14:paraId="46EC60D3" w14:textId="77777777" w:rsidR="000C70CE" w:rsidRDefault="000C70CE" w:rsidP="00CF21F5">
            <w:pPr>
              <w:pStyle w:val="TableParagraph"/>
              <w:spacing w:before="64" w:line="266" w:lineRule="auto"/>
              <w:ind w:left="79" w:right="2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849" w:type="dxa"/>
          </w:tcPr>
          <w:p w14:paraId="754B50FF" w14:textId="77777777" w:rsidR="000C70CE" w:rsidRDefault="000C70CE" w:rsidP="00CF21F5">
            <w:pPr>
              <w:pStyle w:val="TableParagraph"/>
              <w:spacing w:before="64" w:line="266" w:lineRule="auto"/>
              <w:ind w:left="79" w:right="47"/>
              <w:rPr>
                <w:sz w:val="15"/>
              </w:rPr>
            </w:pPr>
            <w:r>
              <w:rPr>
                <w:w w:val="105"/>
                <w:sz w:val="15"/>
              </w:rPr>
              <w:t>https://resh.edu.ru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https://uchi.ru/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https://education.yandex.ru</w:t>
            </w:r>
          </w:p>
        </w:tc>
      </w:tr>
      <w:tr w:rsidR="000C70CE" w:rsidRPr="00E12312" w14:paraId="070B7BCA" w14:textId="77777777" w:rsidTr="000D3C84">
        <w:trPr>
          <w:trHeight w:val="1170"/>
        </w:trPr>
        <w:tc>
          <w:tcPr>
            <w:tcW w:w="468" w:type="dxa"/>
          </w:tcPr>
          <w:p w14:paraId="76D2B0E2" w14:textId="77777777" w:rsidR="000C70CE" w:rsidRDefault="000C70CE" w:rsidP="00CF21F5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5.6.</w:t>
            </w:r>
          </w:p>
        </w:tc>
        <w:tc>
          <w:tcPr>
            <w:tcW w:w="4466" w:type="dxa"/>
          </w:tcPr>
          <w:p w14:paraId="0BD8D188" w14:textId="77777777" w:rsidR="000C70CE" w:rsidRDefault="000C70CE" w:rsidP="00CF21F5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Имена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существительные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одушевлённые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неодушевлённые.</w:t>
            </w:r>
          </w:p>
        </w:tc>
        <w:tc>
          <w:tcPr>
            <w:tcW w:w="528" w:type="dxa"/>
          </w:tcPr>
          <w:p w14:paraId="17EAF299" w14:textId="77777777" w:rsidR="000C70CE" w:rsidRDefault="000C70CE" w:rsidP="00CF21F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14:paraId="2B69A728" w14:textId="77777777" w:rsidR="000C70CE" w:rsidRDefault="000C70CE" w:rsidP="00CF21F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14:paraId="0F3E7FA1" w14:textId="77777777" w:rsidR="000C70CE" w:rsidRDefault="000C70CE" w:rsidP="00CF21F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14:paraId="4A0726EE" w14:textId="02AED9CC" w:rsidR="000C70CE" w:rsidRDefault="000C70CE" w:rsidP="00CF21F5">
            <w:pPr>
              <w:pStyle w:val="TableParagraph"/>
              <w:spacing w:before="20"/>
              <w:ind w:left="78"/>
              <w:rPr>
                <w:sz w:val="15"/>
              </w:rPr>
            </w:pPr>
          </w:p>
        </w:tc>
        <w:tc>
          <w:tcPr>
            <w:tcW w:w="3842" w:type="dxa"/>
          </w:tcPr>
          <w:p w14:paraId="713197AD" w14:textId="0A102AA2" w:rsidR="000C70CE" w:rsidRDefault="000C70CE" w:rsidP="000D3C84">
            <w:pPr>
              <w:pStyle w:val="TableParagraph"/>
              <w:spacing w:before="64" w:line="266" w:lineRule="auto"/>
              <w:ind w:left="79" w:right="19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работа: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изменение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имён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существительных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 w:rsidR="000D3C84">
              <w:rPr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указанному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признаку;</w:t>
            </w:r>
          </w:p>
          <w:p w14:paraId="28AF3649" w14:textId="4F9EDF77" w:rsidR="000C70CE" w:rsidRDefault="000C70CE" w:rsidP="000D3C84">
            <w:pPr>
              <w:pStyle w:val="TableParagraph"/>
              <w:spacing w:before="19" w:line="266" w:lineRule="auto"/>
              <w:ind w:left="79" w:right="19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Дифференцированное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задание: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нахождение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ряду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имён</w:t>
            </w:r>
            <w:r w:rsidR="000D3C84">
              <w:rPr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существительных такого </w:t>
            </w:r>
            <w:r>
              <w:rPr>
                <w:w w:val="105"/>
                <w:sz w:val="15"/>
              </w:rPr>
              <w:t>слова;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которое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какому-то</w:t>
            </w:r>
            <w:r w:rsidR="000D3C84">
              <w:rPr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грамматическому признаку отличается </w:t>
            </w:r>
            <w:r>
              <w:rPr>
                <w:w w:val="105"/>
                <w:sz w:val="15"/>
              </w:rPr>
              <w:t>от остальных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ряду</w:t>
            </w:r>
          </w:p>
        </w:tc>
        <w:tc>
          <w:tcPr>
            <w:tcW w:w="1237" w:type="dxa"/>
          </w:tcPr>
          <w:p w14:paraId="64C25613" w14:textId="77777777" w:rsidR="000C70CE" w:rsidRDefault="000C70CE" w:rsidP="00CF21F5">
            <w:pPr>
              <w:pStyle w:val="TableParagraph"/>
              <w:spacing w:before="64" w:line="266" w:lineRule="auto"/>
              <w:ind w:left="79" w:right="26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Контрольная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849" w:type="dxa"/>
          </w:tcPr>
          <w:p w14:paraId="0E6D02A7" w14:textId="77777777" w:rsidR="000C70CE" w:rsidRDefault="000C70CE" w:rsidP="00CF21F5">
            <w:pPr>
              <w:pStyle w:val="TableParagraph"/>
              <w:spacing w:before="64" w:line="266" w:lineRule="auto"/>
              <w:ind w:left="79" w:right="47"/>
              <w:rPr>
                <w:sz w:val="15"/>
              </w:rPr>
            </w:pPr>
            <w:r>
              <w:rPr>
                <w:w w:val="105"/>
                <w:sz w:val="15"/>
              </w:rPr>
              <w:t>https://resh.edu.ru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https://uchi.ru/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https://education.yandex.ru</w:t>
            </w:r>
          </w:p>
        </w:tc>
      </w:tr>
      <w:tr w:rsidR="000C70CE" w:rsidRPr="00E12312" w14:paraId="323FA257" w14:textId="77777777" w:rsidTr="00D90A40">
        <w:trPr>
          <w:trHeight w:val="1627"/>
        </w:trPr>
        <w:tc>
          <w:tcPr>
            <w:tcW w:w="468" w:type="dxa"/>
          </w:tcPr>
          <w:p w14:paraId="5E98B3EC" w14:textId="77777777" w:rsidR="000C70CE" w:rsidRDefault="000C70CE" w:rsidP="00CF21F5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5.7.</w:t>
            </w:r>
          </w:p>
        </w:tc>
        <w:tc>
          <w:tcPr>
            <w:tcW w:w="4466" w:type="dxa"/>
          </w:tcPr>
          <w:p w14:paraId="233B3FC6" w14:textId="77777777" w:rsidR="000C70CE" w:rsidRDefault="000C70CE" w:rsidP="00CF21F5">
            <w:pPr>
              <w:pStyle w:val="TableParagraph"/>
              <w:spacing w:before="64" w:line="266" w:lineRule="auto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Имя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прилагательное: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общее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значение,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вопросы,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употребление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речи.</w:t>
            </w:r>
          </w:p>
        </w:tc>
        <w:tc>
          <w:tcPr>
            <w:tcW w:w="528" w:type="dxa"/>
          </w:tcPr>
          <w:p w14:paraId="330A5D02" w14:textId="77777777" w:rsidR="000C70CE" w:rsidRDefault="000C70CE" w:rsidP="00CF21F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14:paraId="2F9ED38B" w14:textId="77777777" w:rsidR="000C70CE" w:rsidRDefault="000C70CE" w:rsidP="00CF21F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14:paraId="7B264FB6" w14:textId="77777777" w:rsidR="000C70CE" w:rsidRDefault="000C70CE" w:rsidP="00CF21F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14:paraId="5E7705AC" w14:textId="58D63081" w:rsidR="000C70CE" w:rsidRDefault="000C70CE" w:rsidP="00CF21F5">
            <w:pPr>
              <w:pStyle w:val="TableParagraph"/>
              <w:spacing w:before="20"/>
              <w:ind w:left="78"/>
              <w:rPr>
                <w:sz w:val="15"/>
              </w:rPr>
            </w:pPr>
          </w:p>
        </w:tc>
        <w:tc>
          <w:tcPr>
            <w:tcW w:w="3842" w:type="dxa"/>
          </w:tcPr>
          <w:p w14:paraId="172176F2" w14:textId="77777777" w:rsidR="000C70CE" w:rsidRDefault="000C70CE" w:rsidP="00CF21F5">
            <w:pPr>
              <w:pStyle w:val="TableParagraph"/>
              <w:spacing w:before="64" w:line="266" w:lineRule="auto"/>
              <w:ind w:left="79" w:right="198"/>
              <w:rPr>
                <w:sz w:val="15"/>
              </w:rPr>
            </w:pPr>
            <w:r>
              <w:rPr>
                <w:w w:val="105"/>
                <w:sz w:val="15"/>
              </w:rPr>
              <w:t>Учебный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диалог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каким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признакам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мы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распределяем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по;</w:t>
            </w:r>
          </w:p>
          <w:p w14:paraId="79DCE51F" w14:textId="77777777" w:rsidR="000C70CE" w:rsidRDefault="000C70CE" w:rsidP="00CF21F5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частям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речи?»;</w:t>
            </w:r>
          </w:p>
          <w:p w14:paraId="04395123" w14:textId="78BA9AF2" w:rsidR="000C70CE" w:rsidRDefault="000C70CE" w:rsidP="00CF21F5">
            <w:pPr>
              <w:pStyle w:val="TableParagraph"/>
              <w:spacing w:before="19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Составление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результатам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диалога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таблицы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«Части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речи»</w:t>
            </w:r>
            <w:r w:rsidR="000D3C84">
              <w:rPr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 w:rsidR="000D3C84">
              <w:rPr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горизонтали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строках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таблицы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отражены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следующие;</w:t>
            </w:r>
            <w:r w:rsidR="00D90A40">
              <w:rPr>
                <w:spacing w:val="-36"/>
                <w:w w:val="105"/>
                <w:sz w:val="15"/>
              </w:rPr>
              <w:t xml:space="preserve">    </w:t>
            </w:r>
            <w:r>
              <w:rPr>
                <w:w w:val="105"/>
                <w:sz w:val="15"/>
              </w:rPr>
              <w:t>параметры</w:t>
            </w:r>
            <w:r w:rsidR="000D3C84">
              <w:rPr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:</w:t>
            </w:r>
            <w:r w:rsidR="00D90A40">
              <w:rPr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«Значение»</w:t>
            </w:r>
          </w:p>
          <w:p w14:paraId="2D5DD4F0" w14:textId="18B8A843" w:rsidR="000C70CE" w:rsidRDefault="000C70CE" w:rsidP="00D90A40">
            <w:pPr>
              <w:pStyle w:val="TableParagraph"/>
              <w:spacing w:before="1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«Вопросы»</w:t>
            </w:r>
            <w:r w:rsidR="00D90A40">
              <w:rPr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«Какие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признаки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изменяются»;</w:t>
            </w:r>
          </w:p>
          <w:p w14:paraId="03BEBF74" w14:textId="6AFBCC81" w:rsidR="000C70CE" w:rsidRDefault="000C70CE" w:rsidP="00CF21F5">
            <w:pPr>
              <w:pStyle w:val="TableParagraph"/>
              <w:spacing w:before="1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«какие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признаки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изменяются»</w:t>
            </w:r>
          </w:p>
        </w:tc>
        <w:tc>
          <w:tcPr>
            <w:tcW w:w="1237" w:type="dxa"/>
          </w:tcPr>
          <w:p w14:paraId="47C36476" w14:textId="77777777" w:rsidR="000C70CE" w:rsidRDefault="000C70CE" w:rsidP="00CF21F5">
            <w:pPr>
              <w:pStyle w:val="TableParagraph"/>
              <w:spacing w:before="64" w:line="266" w:lineRule="auto"/>
              <w:ind w:left="79" w:right="2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849" w:type="dxa"/>
          </w:tcPr>
          <w:p w14:paraId="2DF1D9DC" w14:textId="77777777" w:rsidR="000C70CE" w:rsidRDefault="000C70CE" w:rsidP="00CF21F5">
            <w:pPr>
              <w:pStyle w:val="TableParagraph"/>
              <w:spacing w:before="64" w:line="266" w:lineRule="auto"/>
              <w:ind w:left="79" w:right="47"/>
              <w:rPr>
                <w:sz w:val="15"/>
              </w:rPr>
            </w:pPr>
            <w:r>
              <w:rPr>
                <w:w w:val="105"/>
                <w:sz w:val="15"/>
              </w:rPr>
              <w:t>https://resh.edu.ru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https://uchi.ru/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https://education.yandex.ru</w:t>
            </w:r>
          </w:p>
        </w:tc>
      </w:tr>
      <w:tr w:rsidR="000C70CE" w:rsidRPr="00E12312" w14:paraId="58D721D2" w14:textId="77777777" w:rsidTr="00D90A40">
        <w:trPr>
          <w:trHeight w:val="1126"/>
        </w:trPr>
        <w:tc>
          <w:tcPr>
            <w:tcW w:w="468" w:type="dxa"/>
          </w:tcPr>
          <w:p w14:paraId="4E43C024" w14:textId="77777777" w:rsidR="000C70CE" w:rsidRDefault="000C70CE" w:rsidP="00CF21F5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5.8.</w:t>
            </w:r>
          </w:p>
        </w:tc>
        <w:tc>
          <w:tcPr>
            <w:tcW w:w="4466" w:type="dxa"/>
          </w:tcPr>
          <w:p w14:paraId="182F0B6F" w14:textId="77777777" w:rsidR="000C70CE" w:rsidRDefault="000C70CE" w:rsidP="00CF21F5">
            <w:pPr>
              <w:pStyle w:val="TableParagraph"/>
              <w:spacing w:before="64" w:line="266" w:lineRule="auto"/>
              <w:ind w:right="106"/>
              <w:rPr>
                <w:sz w:val="15"/>
              </w:rPr>
            </w:pPr>
            <w:r>
              <w:rPr>
                <w:w w:val="105"/>
                <w:sz w:val="15"/>
              </w:rPr>
              <w:t>Зависимость формы имени прилагательного от формы имени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существительного.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Изменение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имён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прилагательных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родам,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числам и падежам (кроме имён </w:t>
            </w:r>
            <w:r>
              <w:rPr>
                <w:w w:val="105"/>
                <w:sz w:val="15"/>
              </w:rPr>
              <w:t xml:space="preserve">прилагательных на </w:t>
            </w:r>
            <w:r>
              <w:rPr>
                <w:b/>
                <w:w w:val="105"/>
                <w:sz w:val="15"/>
              </w:rPr>
              <w:t>-ий, -ов, -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ин</w:t>
            </w:r>
            <w:r>
              <w:rPr>
                <w:w w:val="105"/>
                <w:sz w:val="15"/>
              </w:rPr>
              <w:t>).</w:t>
            </w:r>
          </w:p>
        </w:tc>
        <w:tc>
          <w:tcPr>
            <w:tcW w:w="528" w:type="dxa"/>
          </w:tcPr>
          <w:p w14:paraId="5FD65972" w14:textId="77777777" w:rsidR="000C70CE" w:rsidRDefault="000C70CE" w:rsidP="00CF21F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14:paraId="3D324620" w14:textId="77777777" w:rsidR="000C70CE" w:rsidRDefault="000C70CE" w:rsidP="00CF21F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14:paraId="4CB9200D" w14:textId="77777777" w:rsidR="000C70CE" w:rsidRDefault="000C70CE" w:rsidP="00CF21F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14:paraId="6D822DF0" w14:textId="2C0F9DBB" w:rsidR="000C70CE" w:rsidRDefault="000C70CE" w:rsidP="00CF21F5">
            <w:pPr>
              <w:pStyle w:val="TableParagraph"/>
              <w:spacing w:before="20"/>
              <w:ind w:left="78"/>
              <w:rPr>
                <w:sz w:val="15"/>
              </w:rPr>
            </w:pPr>
          </w:p>
        </w:tc>
        <w:tc>
          <w:tcPr>
            <w:tcW w:w="3842" w:type="dxa"/>
          </w:tcPr>
          <w:p w14:paraId="663249C9" w14:textId="2A7AA003" w:rsidR="000C70CE" w:rsidRDefault="000C70CE" w:rsidP="00D90A40">
            <w:pPr>
              <w:pStyle w:val="TableParagraph"/>
              <w:spacing w:before="64" w:line="266" w:lineRule="auto"/>
              <w:ind w:left="79" w:right="66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Наблюдение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соотнесением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формы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имени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прилагательного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 w:rsidR="00D90A40">
              <w:rPr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формой имени существительного;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формулирование вывода по;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результатам наблюдения;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соотнесение собственных </w:t>
            </w:r>
            <w:r>
              <w:rPr>
                <w:w w:val="105"/>
                <w:sz w:val="15"/>
              </w:rPr>
              <w:t>выводов с;</w:t>
            </w:r>
            <w:r>
              <w:rPr>
                <w:spacing w:val="-3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информацией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учебнике</w:t>
            </w:r>
          </w:p>
        </w:tc>
        <w:tc>
          <w:tcPr>
            <w:tcW w:w="1237" w:type="dxa"/>
          </w:tcPr>
          <w:p w14:paraId="32459038" w14:textId="77777777" w:rsidR="000C70CE" w:rsidRDefault="000C70CE" w:rsidP="00CF21F5">
            <w:pPr>
              <w:pStyle w:val="TableParagraph"/>
              <w:spacing w:before="64" w:line="266" w:lineRule="auto"/>
              <w:ind w:left="79" w:right="2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849" w:type="dxa"/>
          </w:tcPr>
          <w:p w14:paraId="31BA72E9" w14:textId="77777777" w:rsidR="000C70CE" w:rsidRDefault="000C70CE" w:rsidP="00CF21F5">
            <w:pPr>
              <w:pStyle w:val="TableParagraph"/>
              <w:spacing w:before="64" w:line="266" w:lineRule="auto"/>
              <w:ind w:left="79" w:right="47"/>
              <w:rPr>
                <w:sz w:val="15"/>
              </w:rPr>
            </w:pPr>
            <w:r>
              <w:rPr>
                <w:w w:val="105"/>
                <w:sz w:val="15"/>
              </w:rPr>
              <w:t>https://resh.edu.ru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https://uchi.ru/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https://education.yandex.ru</w:t>
            </w:r>
          </w:p>
        </w:tc>
      </w:tr>
      <w:tr w:rsidR="000C70CE" w:rsidRPr="00E12312" w14:paraId="0CB92C9C" w14:textId="77777777" w:rsidTr="00CF21F5">
        <w:trPr>
          <w:trHeight w:val="717"/>
        </w:trPr>
        <w:tc>
          <w:tcPr>
            <w:tcW w:w="468" w:type="dxa"/>
          </w:tcPr>
          <w:p w14:paraId="50395293" w14:textId="77777777" w:rsidR="000C70CE" w:rsidRDefault="000C70CE" w:rsidP="00CF21F5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5.9.</w:t>
            </w:r>
          </w:p>
        </w:tc>
        <w:tc>
          <w:tcPr>
            <w:tcW w:w="4466" w:type="dxa"/>
          </w:tcPr>
          <w:p w14:paraId="4221B0B6" w14:textId="77777777" w:rsidR="000C70CE" w:rsidRDefault="000C70CE" w:rsidP="00CF21F5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Склонение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имён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прилагательных.</w:t>
            </w:r>
          </w:p>
        </w:tc>
        <w:tc>
          <w:tcPr>
            <w:tcW w:w="528" w:type="dxa"/>
          </w:tcPr>
          <w:p w14:paraId="218511C2" w14:textId="77777777" w:rsidR="000C70CE" w:rsidRDefault="000C70CE" w:rsidP="00CF21F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14:paraId="0906F893" w14:textId="77777777" w:rsidR="000C70CE" w:rsidRDefault="000C70CE" w:rsidP="00CF21F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14:paraId="6B7AE29C" w14:textId="77777777" w:rsidR="000C70CE" w:rsidRDefault="000C70CE" w:rsidP="00CF21F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14:paraId="17961993" w14:textId="6E22D2BE" w:rsidR="000C70CE" w:rsidRDefault="000C70CE" w:rsidP="00CF21F5">
            <w:pPr>
              <w:pStyle w:val="TableParagraph"/>
              <w:spacing w:before="20"/>
              <w:ind w:left="78"/>
              <w:rPr>
                <w:sz w:val="15"/>
              </w:rPr>
            </w:pPr>
          </w:p>
        </w:tc>
        <w:tc>
          <w:tcPr>
            <w:tcW w:w="3842" w:type="dxa"/>
          </w:tcPr>
          <w:p w14:paraId="1F03AAE1" w14:textId="15D9F44F" w:rsidR="000C70CE" w:rsidRDefault="000C70CE" w:rsidP="00D90A40">
            <w:pPr>
              <w:pStyle w:val="TableParagraph"/>
              <w:spacing w:before="64" w:line="266" w:lineRule="auto"/>
              <w:ind w:left="79" w:right="83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Комментированное выполнение </w:t>
            </w:r>
            <w:r>
              <w:rPr>
                <w:w w:val="105"/>
                <w:sz w:val="15"/>
              </w:rPr>
              <w:t>задания на</w:t>
            </w:r>
            <w:r>
              <w:rPr>
                <w:spacing w:val="-3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нахождение;</w:t>
            </w:r>
            <w:r w:rsidR="00D90A40">
              <w:rPr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грамматических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признаков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имён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прилагательных;</w:t>
            </w:r>
          </w:p>
        </w:tc>
        <w:tc>
          <w:tcPr>
            <w:tcW w:w="1237" w:type="dxa"/>
          </w:tcPr>
          <w:p w14:paraId="6ABF4DBB" w14:textId="77777777" w:rsidR="000C70CE" w:rsidRDefault="000C70CE" w:rsidP="00CF21F5">
            <w:pPr>
              <w:pStyle w:val="TableParagraph"/>
              <w:spacing w:before="64" w:line="266" w:lineRule="auto"/>
              <w:ind w:left="79" w:right="2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849" w:type="dxa"/>
          </w:tcPr>
          <w:p w14:paraId="4815F086" w14:textId="77777777" w:rsidR="000C70CE" w:rsidRDefault="000C70CE" w:rsidP="00CF21F5">
            <w:pPr>
              <w:pStyle w:val="TableParagraph"/>
              <w:spacing w:before="64" w:line="266" w:lineRule="auto"/>
              <w:ind w:left="79" w:right="47"/>
              <w:rPr>
                <w:sz w:val="15"/>
              </w:rPr>
            </w:pPr>
            <w:r>
              <w:rPr>
                <w:w w:val="105"/>
                <w:sz w:val="15"/>
              </w:rPr>
              <w:t>https://resh.edu.ru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https://uchi.ru/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https://education.yandex.ru</w:t>
            </w:r>
          </w:p>
        </w:tc>
      </w:tr>
      <w:tr w:rsidR="000C70CE" w:rsidRPr="00E12312" w14:paraId="2961BF3F" w14:textId="77777777" w:rsidTr="00D90A40">
        <w:trPr>
          <w:trHeight w:val="998"/>
        </w:trPr>
        <w:tc>
          <w:tcPr>
            <w:tcW w:w="468" w:type="dxa"/>
          </w:tcPr>
          <w:p w14:paraId="36F10DAD" w14:textId="77777777" w:rsidR="000C70CE" w:rsidRDefault="000C70CE" w:rsidP="00CF21F5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5.10.</w:t>
            </w:r>
          </w:p>
        </w:tc>
        <w:tc>
          <w:tcPr>
            <w:tcW w:w="4466" w:type="dxa"/>
          </w:tcPr>
          <w:p w14:paraId="58A677BE" w14:textId="77777777" w:rsidR="000C70CE" w:rsidRDefault="000C70CE" w:rsidP="00CF21F5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Местоимение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(общее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представление).</w:t>
            </w:r>
          </w:p>
        </w:tc>
        <w:tc>
          <w:tcPr>
            <w:tcW w:w="528" w:type="dxa"/>
          </w:tcPr>
          <w:p w14:paraId="054CA252" w14:textId="77777777" w:rsidR="000C70CE" w:rsidRDefault="000C70CE" w:rsidP="00CF21F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14:paraId="67FBE5A6" w14:textId="77777777" w:rsidR="000C70CE" w:rsidRDefault="000C70CE" w:rsidP="00CF21F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14:paraId="45A6048B" w14:textId="77777777" w:rsidR="000C70CE" w:rsidRDefault="000C70CE" w:rsidP="00CF21F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14:paraId="348DB6DC" w14:textId="1393EEE3" w:rsidR="000C70CE" w:rsidRDefault="000C70CE" w:rsidP="00CF21F5">
            <w:pPr>
              <w:pStyle w:val="TableParagraph"/>
              <w:spacing w:before="20"/>
              <w:ind w:left="78"/>
              <w:rPr>
                <w:sz w:val="15"/>
              </w:rPr>
            </w:pPr>
          </w:p>
        </w:tc>
        <w:tc>
          <w:tcPr>
            <w:tcW w:w="3842" w:type="dxa"/>
          </w:tcPr>
          <w:p w14:paraId="74825CFE" w14:textId="37223800" w:rsidR="000C70CE" w:rsidRDefault="000C70CE" w:rsidP="00D90A40">
            <w:pPr>
              <w:pStyle w:val="TableParagraph"/>
              <w:spacing w:before="64" w:line="266" w:lineRule="auto"/>
              <w:ind w:left="79" w:right="736"/>
              <w:jc w:val="bot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Наблюдение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ролью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местоимений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тексте;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Практическая работа: </w:t>
            </w:r>
            <w:r>
              <w:rPr>
                <w:w w:val="105"/>
                <w:sz w:val="15"/>
              </w:rPr>
              <w:t>корректировка текста;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заключающаяся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 w:rsidR="00D90A40">
              <w:rPr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замене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повторяющихся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имён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существительных;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соответствующими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местоимениями;;</w:t>
            </w:r>
          </w:p>
        </w:tc>
        <w:tc>
          <w:tcPr>
            <w:tcW w:w="1237" w:type="dxa"/>
          </w:tcPr>
          <w:p w14:paraId="48366B8B" w14:textId="77777777" w:rsidR="000C70CE" w:rsidRDefault="000C70CE" w:rsidP="00CF21F5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Тестирование;</w:t>
            </w:r>
          </w:p>
        </w:tc>
        <w:tc>
          <w:tcPr>
            <w:tcW w:w="1849" w:type="dxa"/>
          </w:tcPr>
          <w:p w14:paraId="6AC8834B" w14:textId="77777777" w:rsidR="000C70CE" w:rsidRDefault="000C70CE" w:rsidP="00CF21F5">
            <w:pPr>
              <w:pStyle w:val="TableParagraph"/>
              <w:spacing w:before="64" w:line="266" w:lineRule="auto"/>
              <w:ind w:left="79" w:right="47"/>
              <w:rPr>
                <w:sz w:val="15"/>
              </w:rPr>
            </w:pPr>
            <w:r>
              <w:rPr>
                <w:w w:val="105"/>
                <w:sz w:val="15"/>
              </w:rPr>
              <w:t>https://resh.edu.ru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https://uchi.ru/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https://education.yandex.ru</w:t>
            </w:r>
          </w:p>
        </w:tc>
      </w:tr>
      <w:tr w:rsidR="000C70CE" w:rsidRPr="00E12312" w14:paraId="3BAD0E56" w14:textId="77777777" w:rsidTr="00E94CFA">
        <w:trPr>
          <w:trHeight w:val="852"/>
        </w:trPr>
        <w:tc>
          <w:tcPr>
            <w:tcW w:w="468" w:type="dxa"/>
          </w:tcPr>
          <w:p w14:paraId="6673331B" w14:textId="77777777" w:rsidR="000C70CE" w:rsidRDefault="000C70CE" w:rsidP="00CF21F5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5.11.</w:t>
            </w:r>
          </w:p>
        </w:tc>
        <w:tc>
          <w:tcPr>
            <w:tcW w:w="4466" w:type="dxa"/>
          </w:tcPr>
          <w:p w14:paraId="6C7C9076" w14:textId="77777777" w:rsidR="000C70CE" w:rsidRDefault="000C70CE" w:rsidP="00CF21F5">
            <w:pPr>
              <w:pStyle w:val="TableParagraph"/>
              <w:spacing w:before="64" w:line="266" w:lineRule="auto"/>
              <w:rPr>
                <w:sz w:val="15"/>
              </w:rPr>
            </w:pPr>
            <w:r>
              <w:rPr>
                <w:w w:val="105"/>
                <w:sz w:val="15"/>
              </w:rPr>
              <w:t>Личные местоимения, их употребление в речи. Использование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личных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местоимений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устранения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неоправданных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повторов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тексте.</w:t>
            </w:r>
          </w:p>
        </w:tc>
        <w:tc>
          <w:tcPr>
            <w:tcW w:w="528" w:type="dxa"/>
          </w:tcPr>
          <w:p w14:paraId="01BEF02A" w14:textId="77777777" w:rsidR="000C70CE" w:rsidRDefault="000C70CE" w:rsidP="00CF21F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14:paraId="151020F3" w14:textId="77777777" w:rsidR="000C70CE" w:rsidRDefault="000C70CE" w:rsidP="00CF21F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14:paraId="26CCCBC5" w14:textId="77777777" w:rsidR="000C70CE" w:rsidRDefault="000C70CE" w:rsidP="00CF21F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14:paraId="5D8DD842" w14:textId="785B0CF8" w:rsidR="000C70CE" w:rsidRDefault="000C70CE" w:rsidP="00CF21F5">
            <w:pPr>
              <w:pStyle w:val="TableParagraph"/>
              <w:spacing w:before="20"/>
              <w:ind w:left="78"/>
              <w:rPr>
                <w:sz w:val="15"/>
              </w:rPr>
            </w:pPr>
          </w:p>
        </w:tc>
        <w:tc>
          <w:tcPr>
            <w:tcW w:w="3842" w:type="dxa"/>
          </w:tcPr>
          <w:p w14:paraId="74048277" w14:textId="4D6E532F" w:rsidR="000C70CE" w:rsidRDefault="000C70CE" w:rsidP="00E94CFA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Работа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группах: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уместности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употребления;</w:t>
            </w:r>
            <w:r w:rsidR="00E94CFA">
              <w:rPr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местоимений в тексте;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обнаружение речевых </w:t>
            </w:r>
            <w:r>
              <w:rPr>
                <w:w w:val="105"/>
                <w:sz w:val="15"/>
              </w:rPr>
              <w:t>ошибок;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связанных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с;</w:t>
            </w:r>
            <w:r w:rsidR="00E94CFA">
              <w:rPr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неудачным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употреблением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местоимений;;</w:t>
            </w:r>
          </w:p>
        </w:tc>
        <w:tc>
          <w:tcPr>
            <w:tcW w:w="1237" w:type="dxa"/>
          </w:tcPr>
          <w:p w14:paraId="6C0DF940" w14:textId="77777777" w:rsidR="000C70CE" w:rsidRDefault="000C70CE" w:rsidP="00CF21F5">
            <w:pPr>
              <w:pStyle w:val="TableParagraph"/>
              <w:spacing w:before="64" w:line="266" w:lineRule="auto"/>
              <w:ind w:left="79" w:right="2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849" w:type="dxa"/>
          </w:tcPr>
          <w:p w14:paraId="6F200D59" w14:textId="77777777" w:rsidR="000C70CE" w:rsidRDefault="000C70CE" w:rsidP="00CF21F5">
            <w:pPr>
              <w:pStyle w:val="TableParagraph"/>
              <w:spacing w:before="64" w:line="266" w:lineRule="auto"/>
              <w:ind w:left="79" w:right="47"/>
              <w:rPr>
                <w:sz w:val="15"/>
              </w:rPr>
            </w:pPr>
            <w:r>
              <w:rPr>
                <w:w w:val="105"/>
                <w:sz w:val="15"/>
              </w:rPr>
              <w:t>https://resh.edu.ru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https://uchi.ru/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https://education.yandex.ru</w:t>
            </w:r>
          </w:p>
        </w:tc>
      </w:tr>
      <w:tr w:rsidR="000C70CE" w:rsidRPr="00E12312" w14:paraId="2FEB0645" w14:textId="77777777" w:rsidTr="00E94CFA">
        <w:trPr>
          <w:trHeight w:val="978"/>
        </w:trPr>
        <w:tc>
          <w:tcPr>
            <w:tcW w:w="468" w:type="dxa"/>
          </w:tcPr>
          <w:p w14:paraId="790BCE95" w14:textId="77777777" w:rsidR="000C70CE" w:rsidRDefault="000C70CE" w:rsidP="00CF21F5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5.12.</w:t>
            </w:r>
          </w:p>
        </w:tc>
        <w:tc>
          <w:tcPr>
            <w:tcW w:w="4466" w:type="dxa"/>
          </w:tcPr>
          <w:p w14:paraId="5501260F" w14:textId="77777777" w:rsidR="000C70CE" w:rsidRDefault="000C70CE" w:rsidP="00CF21F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Глагол: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общее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значение,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вопросы,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употребление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речи.</w:t>
            </w:r>
          </w:p>
        </w:tc>
        <w:tc>
          <w:tcPr>
            <w:tcW w:w="528" w:type="dxa"/>
          </w:tcPr>
          <w:p w14:paraId="281DF813" w14:textId="77777777" w:rsidR="000C70CE" w:rsidRDefault="000C70CE" w:rsidP="00CF21F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14:paraId="20C2B696" w14:textId="77777777" w:rsidR="000C70CE" w:rsidRDefault="000C70CE" w:rsidP="00CF21F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14:paraId="68E36F7B" w14:textId="77777777" w:rsidR="000C70CE" w:rsidRDefault="000C70CE" w:rsidP="00CF21F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14:paraId="33C95AC5" w14:textId="580D7DC1" w:rsidR="000C70CE" w:rsidRDefault="000C70CE" w:rsidP="00CF21F5">
            <w:pPr>
              <w:pStyle w:val="TableParagraph"/>
              <w:spacing w:before="20"/>
              <w:ind w:left="78"/>
              <w:rPr>
                <w:sz w:val="15"/>
              </w:rPr>
            </w:pPr>
          </w:p>
        </w:tc>
        <w:tc>
          <w:tcPr>
            <w:tcW w:w="3842" w:type="dxa"/>
          </w:tcPr>
          <w:p w14:paraId="174F0CE2" w14:textId="0FC51951" w:rsidR="000C70CE" w:rsidRDefault="000C70CE" w:rsidP="00E94CFA">
            <w:pPr>
              <w:pStyle w:val="TableParagraph"/>
              <w:spacing w:before="64" w:line="266" w:lineRule="auto"/>
              <w:ind w:left="79" w:right="4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Наблюдение за грамматическими признаками </w:t>
            </w:r>
            <w:r>
              <w:rPr>
                <w:w w:val="105"/>
                <w:sz w:val="15"/>
              </w:rPr>
              <w:t>глаголов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(число</w:t>
            </w:r>
            <w:r w:rsidR="003B20DE">
              <w:rPr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время;</w:t>
            </w:r>
            <w:r w:rsidR="00E94CFA">
              <w:rPr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род в прошедшем времени);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формулирование выводов по;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результатам наблюдений;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соотнесение собственных </w:t>
            </w:r>
            <w:r>
              <w:rPr>
                <w:w w:val="105"/>
                <w:sz w:val="15"/>
              </w:rPr>
              <w:t>выводов с;</w:t>
            </w:r>
            <w:r>
              <w:rPr>
                <w:spacing w:val="-3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информацией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учебнике;</w:t>
            </w:r>
          </w:p>
        </w:tc>
        <w:tc>
          <w:tcPr>
            <w:tcW w:w="1237" w:type="dxa"/>
          </w:tcPr>
          <w:p w14:paraId="4EADF5AB" w14:textId="77777777" w:rsidR="000C70CE" w:rsidRDefault="000C70CE" w:rsidP="00CF21F5">
            <w:pPr>
              <w:pStyle w:val="TableParagraph"/>
              <w:spacing w:before="64" w:line="266" w:lineRule="auto"/>
              <w:ind w:left="79" w:right="2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849" w:type="dxa"/>
          </w:tcPr>
          <w:p w14:paraId="02B68A79" w14:textId="77777777" w:rsidR="000C70CE" w:rsidRDefault="000C70CE" w:rsidP="00CF21F5">
            <w:pPr>
              <w:pStyle w:val="TableParagraph"/>
              <w:spacing w:before="64" w:line="266" w:lineRule="auto"/>
              <w:ind w:left="79" w:right="47"/>
              <w:rPr>
                <w:sz w:val="15"/>
              </w:rPr>
            </w:pPr>
            <w:r>
              <w:rPr>
                <w:w w:val="105"/>
                <w:sz w:val="15"/>
              </w:rPr>
              <w:t>https://resh.edu.ru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https://uchi.ru/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https://education.yandex.ru</w:t>
            </w:r>
          </w:p>
        </w:tc>
      </w:tr>
      <w:tr w:rsidR="000C70CE" w:rsidRPr="00E12312" w14:paraId="11892B17" w14:textId="77777777" w:rsidTr="00CF21F5">
        <w:trPr>
          <w:trHeight w:val="717"/>
        </w:trPr>
        <w:tc>
          <w:tcPr>
            <w:tcW w:w="468" w:type="dxa"/>
          </w:tcPr>
          <w:p w14:paraId="665C5564" w14:textId="77777777" w:rsidR="000C70CE" w:rsidRDefault="000C70CE" w:rsidP="00CF21F5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5.13.</w:t>
            </w:r>
          </w:p>
        </w:tc>
        <w:tc>
          <w:tcPr>
            <w:tcW w:w="4466" w:type="dxa"/>
          </w:tcPr>
          <w:p w14:paraId="7F44C360" w14:textId="77777777" w:rsidR="000C70CE" w:rsidRDefault="000C70CE" w:rsidP="00CF21F5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Неопределённая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глагола.</w:t>
            </w:r>
          </w:p>
        </w:tc>
        <w:tc>
          <w:tcPr>
            <w:tcW w:w="528" w:type="dxa"/>
          </w:tcPr>
          <w:p w14:paraId="0C084937" w14:textId="77777777" w:rsidR="000C70CE" w:rsidRDefault="000C70CE" w:rsidP="00CF21F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14:paraId="34ED88E4" w14:textId="77777777" w:rsidR="000C70CE" w:rsidRDefault="000C70CE" w:rsidP="00CF21F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14:paraId="17A9585D" w14:textId="77777777" w:rsidR="000C70CE" w:rsidRDefault="000C70CE" w:rsidP="00CF21F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14:paraId="2D2005C4" w14:textId="189E321A" w:rsidR="000C70CE" w:rsidRDefault="000C70CE" w:rsidP="00CF21F5">
            <w:pPr>
              <w:pStyle w:val="TableParagraph"/>
              <w:spacing w:before="20"/>
              <w:ind w:left="78"/>
              <w:rPr>
                <w:sz w:val="15"/>
              </w:rPr>
            </w:pPr>
          </w:p>
        </w:tc>
        <w:tc>
          <w:tcPr>
            <w:tcW w:w="3842" w:type="dxa"/>
          </w:tcPr>
          <w:p w14:paraId="408A0BFE" w14:textId="77777777" w:rsidR="000C70CE" w:rsidRDefault="000C70CE" w:rsidP="00CF21F5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Обсуждение правильности соотнесения глаголов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грамматических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характеристик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(из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числа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изученных);</w:t>
            </w:r>
          </w:p>
        </w:tc>
        <w:tc>
          <w:tcPr>
            <w:tcW w:w="1237" w:type="dxa"/>
          </w:tcPr>
          <w:p w14:paraId="0AFAD64F" w14:textId="77777777" w:rsidR="000C70CE" w:rsidRDefault="000C70CE" w:rsidP="00CF21F5">
            <w:pPr>
              <w:pStyle w:val="TableParagraph"/>
              <w:spacing w:before="64" w:line="266" w:lineRule="auto"/>
              <w:ind w:left="79" w:right="2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849" w:type="dxa"/>
          </w:tcPr>
          <w:p w14:paraId="53FC4FAB" w14:textId="77777777" w:rsidR="000C70CE" w:rsidRDefault="000C70CE" w:rsidP="00CF21F5">
            <w:pPr>
              <w:pStyle w:val="TableParagraph"/>
              <w:spacing w:before="64" w:line="266" w:lineRule="auto"/>
              <w:ind w:left="79" w:right="47"/>
              <w:rPr>
                <w:sz w:val="15"/>
              </w:rPr>
            </w:pPr>
            <w:r>
              <w:rPr>
                <w:w w:val="105"/>
                <w:sz w:val="15"/>
              </w:rPr>
              <w:t>https://resh.edu.ru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https://uchi.ru/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https://education.yandex.ru</w:t>
            </w:r>
          </w:p>
        </w:tc>
      </w:tr>
      <w:tr w:rsidR="000C70CE" w:rsidRPr="00E12312" w14:paraId="244DB0E6" w14:textId="77777777" w:rsidTr="00E94CFA">
        <w:trPr>
          <w:trHeight w:val="479"/>
        </w:trPr>
        <w:tc>
          <w:tcPr>
            <w:tcW w:w="468" w:type="dxa"/>
          </w:tcPr>
          <w:p w14:paraId="5646CE45" w14:textId="77777777" w:rsidR="000C70CE" w:rsidRDefault="000C70CE" w:rsidP="00CF21F5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5.14.</w:t>
            </w:r>
          </w:p>
        </w:tc>
        <w:tc>
          <w:tcPr>
            <w:tcW w:w="4466" w:type="dxa"/>
          </w:tcPr>
          <w:p w14:paraId="756420C1" w14:textId="77777777" w:rsidR="000C70CE" w:rsidRDefault="000C70CE" w:rsidP="00CF21F5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Настоящее,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будущее,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прошедшее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время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глаголов.</w:t>
            </w:r>
          </w:p>
        </w:tc>
        <w:tc>
          <w:tcPr>
            <w:tcW w:w="528" w:type="dxa"/>
          </w:tcPr>
          <w:p w14:paraId="1D497757" w14:textId="77777777" w:rsidR="000C70CE" w:rsidRDefault="000C70CE" w:rsidP="00CF21F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14:paraId="2673F563" w14:textId="77777777" w:rsidR="000C70CE" w:rsidRDefault="000C70CE" w:rsidP="00CF21F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14:paraId="499993F5" w14:textId="77777777" w:rsidR="000C70CE" w:rsidRDefault="000C70CE" w:rsidP="00CF21F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14:paraId="2ED534B6" w14:textId="07F4D2E2" w:rsidR="000C70CE" w:rsidRDefault="000C70CE" w:rsidP="00CF21F5">
            <w:pPr>
              <w:pStyle w:val="TableParagraph"/>
              <w:spacing w:before="20"/>
              <w:ind w:left="78"/>
              <w:rPr>
                <w:sz w:val="15"/>
              </w:rPr>
            </w:pPr>
          </w:p>
        </w:tc>
        <w:tc>
          <w:tcPr>
            <w:tcW w:w="3842" w:type="dxa"/>
          </w:tcPr>
          <w:p w14:paraId="4454018F" w14:textId="77777777" w:rsidR="000C70CE" w:rsidRDefault="000C70CE" w:rsidP="00CF21F5">
            <w:pPr>
              <w:pStyle w:val="TableParagraph"/>
              <w:spacing w:before="64" w:line="266" w:lineRule="auto"/>
              <w:ind w:left="79" w:right="15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Творческая работа: трансформировать </w:t>
            </w:r>
            <w:r>
              <w:rPr>
                <w:w w:val="105"/>
                <w:sz w:val="15"/>
              </w:rPr>
              <w:t>текст, изменяя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время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глагола;</w:t>
            </w:r>
          </w:p>
        </w:tc>
        <w:tc>
          <w:tcPr>
            <w:tcW w:w="1237" w:type="dxa"/>
          </w:tcPr>
          <w:p w14:paraId="65CCA3D0" w14:textId="77777777" w:rsidR="000C70CE" w:rsidRDefault="000C70CE" w:rsidP="00CF21F5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Тестирование;</w:t>
            </w:r>
          </w:p>
        </w:tc>
        <w:tc>
          <w:tcPr>
            <w:tcW w:w="1849" w:type="dxa"/>
          </w:tcPr>
          <w:p w14:paraId="76B54CBC" w14:textId="77777777" w:rsidR="000C70CE" w:rsidRDefault="000C70CE" w:rsidP="00CF21F5">
            <w:pPr>
              <w:pStyle w:val="TableParagraph"/>
              <w:spacing w:before="64" w:line="266" w:lineRule="auto"/>
              <w:ind w:left="79" w:right="47"/>
              <w:rPr>
                <w:sz w:val="15"/>
              </w:rPr>
            </w:pPr>
            <w:r>
              <w:rPr>
                <w:w w:val="105"/>
                <w:sz w:val="15"/>
              </w:rPr>
              <w:t>https://resh.edu.ru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https://uchi.ru/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https://education.yandex.ru</w:t>
            </w:r>
          </w:p>
        </w:tc>
      </w:tr>
      <w:tr w:rsidR="000C70CE" w:rsidRPr="00E12312" w14:paraId="7A6EC40F" w14:textId="77777777" w:rsidTr="00E94CFA">
        <w:trPr>
          <w:trHeight w:val="1112"/>
        </w:trPr>
        <w:tc>
          <w:tcPr>
            <w:tcW w:w="468" w:type="dxa"/>
          </w:tcPr>
          <w:p w14:paraId="538830E9" w14:textId="77777777" w:rsidR="000C70CE" w:rsidRDefault="000C70CE" w:rsidP="00CF21F5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5.15.</w:t>
            </w:r>
          </w:p>
        </w:tc>
        <w:tc>
          <w:tcPr>
            <w:tcW w:w="4466" w:type="dxa"/>
          </w:tcPr>
          <w:p w14:paraId="2AC92DD1" w14:textId="77777777" w:rsidR="000C70CE" w:rsidRDefault="000C70CE" w:rsidP="00CF21F5">
            <w:pPr>
              <w:pStyle w:val="TableParagraph"/>
              <w:spacing w:before="64" w:line="266" w:lineRule="auto"/>
              <w:rPr>
                <w:sz w:val="15"/>
              </w:rPr>
            </w:pPr>
            <w:r>
              <w:rPr>
                <w:w w:val="105"/>
                <w:sz w:val="15"/>
              </w:rPr>
              <w:t>Изменение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глаголов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временам,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числам.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Род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глаголов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прошедшем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времени.</w:t>
            </w:r>
          </w:p>
        </w:tc>
        <w:tc>
          <w:tcPr>
            <w:tcW w:w="528" w:type="dxa"/>
          </w:tcPr>
          <w:p w14:paraId="02EF763C" w14:textId="77777777" w:rsidR="000C70CE" w:rsidRDefault="000C70CE" w:rsidP="00CF21F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14:paraId="37977DF7" w14:textId="77777777" w:rsidR="000C70CE" w:rsidRDefault="000C70CE" w:rsidP="00CF21F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14:paraId="49C83FFA" w14:textId="77777777" w:rsidR="000C70CE" w:rsidRDefault="000C70CE" w:rsidP="00CF21F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14:paraId="3C59D16D" w14:textId="564AEDDC" w:rsidR="000C70CE" w:rsidRDefault="000C70CE" w:rsidP="00CF21F5">
            <w:pPr>
              <w:pStyle w:val="TableParagraph"/>
              <w:spacing w:before="20"/>
              <w:ind w:left="78"/>
              <w:rPr>
                <w:sz w:val="15"/>
              </w:rPr>
            </w:pPr>
          </w:p>
        </w:tc>
        <w:tc>
          <w:tcPr>
            <w:tcW w:w="3842" w:type="dxa"/>
          </w:tcPr>
          <w:p w14:paraId="1F12BB31" w14:textId="7B3C3158" w:rsidR="000C70CE" w:rsidRDefault="000C70CE" w:rsidP="00E94CFA">
            <w:pPr>
              <w:pStyle w:val="TableParagraph"/>
              <w:spacing w:before="64" w:line="266" w:lineRule="auto"/>
              <w:ind w:left="79" w:right="4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Наблюдение за грамматическими признаками </w:t>
            </w:r>
            <w:r>
              <w:rPr>
                <w:w w:val="105"/>
                <w:sz w:val="15"/>
              </w:rPr>
              <w:t>глаголов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(число;</w:t>
            </w:r>
            <w:r w:rsidR="00E94CFA">
              <w:rPr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время;</w:t>
            </w:r>
            <w:r w:rsidR="00E94CFA">
              <w:rPr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род в прошедшем времени);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формулирование выводов по;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результатам наблюдений;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соотнесение собственных </w:t>
            </w:r>
            <w:r>
              <w:rPr>
                <w:w w:val="105"/>
                <w:sz w:val="15"/>
              </w:rPr>
              <w:t>выводов с;</w:t>
            </w:r>
            <w:r>
              <w:rPr>
                <w:spacing w:val="-3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информацией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учебнике;</w:t>
            </w:r>
          </w:p>
        </w:tc>
        <w:tc>
          <w:tcPr>
            <w:tcW w:w="1237" w:type="dxa"/>
          </w:tcPr>
          <w:p w14:paraId="2CA40392" w14:textId="77777777" w:rsidR="000C70CE" w:rsidRDefault="000C70CE" w:rsidP="00CF21F5">
            <w:pPr>
              <w:pStyle w:val="TableParagraph"/>
              <w:spacing w:before="64" w:line="266" w:lineRule="auto"/>
              <w:ind w:left="79" w:right="2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849" w:type="dxa"/>
          </w:tcPr>
          <w:p w14:paraId="2B29B76E" w14:textId="77777777" w:rsidR="000C70CE" w:rsidRDefault="000C70CE" w:rsidP="00CF21F5">
            <w:pPr>
              <w:pStyle w:val="TableParagraph"/>
              <w:spacing w:before="64" w:line="266" w:lineRule="auto"/>
              <w:ind w:left="79" w:right="47"/>
              <w:rPr>
                <w:sz w:val="15"/>
              </w:rPr>
            </w:pPr>
            <w:r>
              <w:rPr>
                <w:w w:val="105"/>
                <w:sz w:val="15"/>
              </w:rPr>
              <w:t>https://resh.edu.ru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https://uchi.ru/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https://education.yandex.ru</w:t>
            </w:r>
          </w:p>
        </w:tc>
      </w:tr>
      <w:tr w:rsidR="000C70CE" w:rsidRPr="00E12312" w14:paraId="12869333" w14:textId="77777777" w:rsidTr="00CF21F5">
        <w:trPr>
          <w:trHeight w:val="717"/>
        </w:trPr>
        <w:tc>
          <w:tcPr>
            <w:tcW w:w="468" w:type="dxa"/>
          </w:tcPr>
          <w:p w14:paraId="06647022" w14:textId="77777777" w:rsidR="000C70CE" w:rsidRDefault="000C70CE" w:rsidP="00CF21F5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5.16.</w:t>
            </w:r>
          </w:p>
        </w:tc>
        <w:tc>
          <w:tcPr>
            <w:tcW w:w="4466" w:type="dxa"/>
          </w:tcPr>
          <w:p w14:paraId="562E856B" w14:textId="77777777" w:rsidR="000C70CE" w:rsidRDefault="000C70CE" w:rsidP="00CF21F5">
            <w:pPr>
              <w:pStyle w:val="TableParagraph"/>
              <w:spacing w:before="64"/>
              <w:rPr>
                <w:sz w:val="15"/>
              </w:rPr>
            </w:pPr>
            <w:r>
              <w:rPr>
                <w:sz w:val="15"/>
              </w:rPr>
              <w:t>Частица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i/>
                <w:sz w:val="15"/>
              </w:rPr>
              <w:t>не</w:t>
            </w:r>
            <w:r>
              <w:rPr>
                <w:sz w:val="15"/>
              </w:rPr>
              <w:t>,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её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значение</w:t>
            </w:r>
          </w:p>
        </w:tc>
        <w:tc>
          <w:tcPr>
            <w:tcW w:w="528" w:type="dxa"/>
          </w:tcPr>
          <w:p w14:paraId="51C13522" w14:textId="77777777" w:rsidR="000C70CE" w:rsidRDefault="000C70CE" w:rsidP="00CF21F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14:paraId="7C203C54" w14:textId="77777777" w:rsidR="000C70CE" w:rsidRDefault="000C70CE" w:rsidP="00CF21F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14:paraId="7BB760B1" w14:textId="77777777" w:rsidR="000C70CE" w:rsidRDefault="000C70CE" w:rsidP="00CF21F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14:paraId="7A8DBC5E" w14:textId="1B3A22B7" w:rsidR="000C70CE" w:rsidRDefault="000C70CE" w:rsidP="00CF21F5">
            <w:pPr>
              <w:pStyle w:val="TableParagraph"/>
              <w:spacing w:before="20"/>
              <w:ind w:left="78"/>
              <w:rPr>
                <w:sz w:val="15"/>
              </w:rPr>
            </w:pPr>
          </w:p>
        </w:tc>
        <w:tc>
          <w:tcPr>
            <w:tcW w:w="3842" w:type="dxa"/>
          </w:tcPr>
          <w:p w14:paraId="2A805397" w14:textId="0AB3C86B" w:rsidR="000C70CE" w:rsidRDefault="000C70CE" w:rsidP="00CF21F5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Изучение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правила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написания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частицы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не.;</w:t>
            </w:r>
          </w:p>
        </w:tc>
        <w:tc>
          <w:tcPr>
            <w:tcW w:w="1237" w:type="dxa"/>
          </w:tcPr>
          <w:p w14:paraId="1813A1FF" w14:textId="77777777" w:rsidR="000C70CE" w:rsidRDefault="000C70CE" w:rsidP="00CF21F5">
            <w:pPr>
              <w:pStyle w:val="TableParagraph"/>
              <w:spacing w:before="64" w:line="266" w:lineRule="auto"/>
              <w:ind w:left="79" w:right="26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Контрольная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849" w:type="dxa"/>
          </w:tcPr>
          <w:p w14:paraId="443A7AD2" w14:textId="77777777" w:rsidR="000C70CE" w:rsidRDefault="000C70CE" w:rsidP="00CF21F5">
            <w:pPr>
              <w:pStyle w:val="TableParagraph"/>
              <w:spacing w:before="64" w:line="266" w:lineRule="auto"/>
              <w:ind w:left="79" w:right="47"/>
              <w:rPr>
                <w:sz w:val="15"/>
              </w:rPr>
            </w:pPr>
            <w:r>
              <w:rPr>
                <w:w w:val="105"/>
                <w:sz w:val="15"/>
              </w:rPr>
              <w:t>https://resh.edu.ru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https://uchi.ru/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https://education.yandex.ru</w:t>
            </w:r>
          </w:p>
        </w:tc>
      </w:tr>
      <w:tr w:rsidR="000C70CE" w14:paraId="3EEB733F" w14:textId="77777777" w:rsidTr="00CF21F5">
        <w:trPr>
          <w:trHeight w:val="333"/>
        </w:trPr>
        <w:tc>
          <w:tcPr>
            <w:tcW w:w="4934" w:type="dxa"/>
            <w:gridSpan w:val="2"/>
          </w:tcPr>
          <w:p w14:paraId="4FC9B4E3" w14:textId="77777777" w:rsidR="000C70CE" w:rsidRDefault="000C70CE" w:rsidP="00CF21F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разделу:</w:t>
            </w:r>
          </w:p>
        </w:tc>
        <w:tc>
          <w:tcPr>
            <w:tcW w:w="528" w:type="dxa"/>
          </w:tcPr>
          <w:p w14:paraId="082D4C7F" w14:textId="77777777" w:rsidR="000C70CE" w:rsidRDefault="000C70CE" w:rsidP="00CF21F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43</w:t>
            </w:r>
          </w:p>
        </w:tc>
        <w:tc>
          <w:tcPr>
            <w:tcW w:w="10036" w:type="dxa"/>
            <w:gridSpan w:val="6"/>
          </w:tcPr>
          <w:p w14:paraId="4CDC6A6B" w14:textId="77777777" w:rsidR="000C70CE" w:rsidRDefault="000C70CE" w:rsidP="00CF21F5">
            <w:pPr>
              <w:pStyle w:val="TableParagraph"/>
              <w:spacing w:before="0"/>
              <w:rPr>
                <w:sz w:val="14"/>
              </w:rPr>
            </w:pPr>
          </w:p>
        </w:tc>
      </w:tr>
      <w:tr w:rsidR="000C70CE" w14:paraId="49273C90" w14:textId="77777777" w:rsidTr="00CF21F5">
        <w:trPr>
          <w:trHeight w:val="333"/>
        </w:trPr>
        <w:tc>
          <w:tcPr>
            <w:tcW w:w="15498" w:type="dxa"/>
            <w:gridSpan w:val="9"/>
          </w:tcPr>
          <w:p w14:paraId="69B112B3" w14:textId="77777777" w:rsidR="000C70CE" w:rsidRDefault="000C70CE" w:rsidP="00CF21F5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6.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Синтаксис</w:t>
            </w:r>
          </w:p>
        </w:tc>
      </w:tr>
      <w:tr w:rsidR="000C70CE" w:rsidRPr="00E12312" w14:paraId="08956B16" w14:textId="77777777" w:rsidTr="00E94CFA">
        <w:trPr>
          <w:trHeight w:val="1532"/>
        </w:trPr>
        <w:tc>
          <w:tcPr>
            <w:tcW w:w="468" w:type="dxa"/>
          </w:tcPr>
          <w:p w14:paraId="014B2A7F" w14:textId="77777777" w:rsidR="000C70CE" w:rsidRDefault="000C70CE" w:rsidP="00CF21F5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6.1.</w:t>
            </w:r>
          </w:p>
        </w:tc>
        <w:tc>
          <w:tcPr>
            <w:tcW w:w="4466" w:type="dxa"/>
          </w:tcPr>
          <w:p w14:paraId="3BA9F6DF" w14:textId="77777777" w:rsidR="000C70CE" w:rsidRDefault="000C70CE" w:rsidP="00CF21F5">
            <w:pPr>
              <w:pStyle w:val="TableParagraph"/>
              <w:spacing w:before="64" w:line="266" w:lineRule="auto"/>
              <w:ind w:right="10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Предложение.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Установление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помощи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смысловых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(синтаксических) вопросов связи между словами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предложении.</w:t>
            </w:r>
          </w:p>
        </w:tc>
        <w:tc>
          <w:tcPr>
            <w:tcW w:w="528" w:type="dxa"/>
          </w:tcPr>
          <w:p w14:paraId="02708D5A" w14:textId="77777777" w:rsidR="000C70CE" w:rsidRDefault="000C70CE" w:rsidP="00CF21F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14:paraId="32EB6773" w14:textId="77777777" w:rsidR="000C70CE" w:rsidRDefault="000C70CE" w:rsidP="00CF21F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14:paraId="0BEC71A3" w14:textId="77777777" w:rsidR="000C70CE" w:rsidRDefault="000C70CE" w:rsidP="00CF21F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14:paraId="35CBED18" w14:textId="7136A8CB" w:rsidR="000C70CE" w:rsidRDefault="000C70CE" w:rsidP="00CF21F5">
            <w:pPr>
              <w:pStyle w:val="TableParagraph"/>
              <w:spacing w:before="20"/>
              <w:ind w:left="78"/>
              <w:rPr>
                <w:sz w:val="15"/>
              </w:rPr>
            </w:pPr>
          </w:p>
        </w:tc>
        <w:tc>
          <w:tcPr>
            <w:tcW w:w="3842" w:type="dxa"/>
          </w:tcPr>
          <w:p w14:paraId="0225106D" w14:textId="4600794C" w:rsidR="000C70CE" w:rsidRDefault="000C70CE" w:rsidP="003B20DE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Комментированное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выполнение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задания: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выписать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предложения</w:t>
            </w:r>
            <w:r w:rsidR="003B20DE">
              <w:rPr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пары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слов;</w:t>
            </w:r>
            <w:r w:rsidR="003B20DE">
              <w:rPr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одного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которых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другому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можно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задать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смысловой;</w:t>
            </w:r>
          </w:p>
          <w:p w14:paraId="62F3D4E0" w14:textId="77777777" w:rsidR="000C70CE" w:rsidRDefault="000C70CE" w:rsidP="00CF21F5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(синтаксический)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вопрос;</w:t>
            </w:r>
          </w:p>
          <w:p w14:paraId="4352F0EB" w14:textId="1378EE0A" w:rsidR="000C70CE" w:rsidRDefault="000C70CE" w:rsidP="00E94CFA">
            <w:pPr>
              <w:pStyle w:val="TableParagraph"/>
              <w:spacing w:before="19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Самостоятельная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работа: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установление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помощи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смысловых;</w:t>
            </w:r>
            <w:r w:rsidR="00E94CFA">
              <w:rPr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(синтаксических)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связи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между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предложении;;</w:t>
            </w:r>
          </w:p>
        </w:tc>
        <w:tc>
          <w:tcPr>
            <w:tcW w:w="1237" w:type="dxa"/>
          </w:tcPr>
          <w:p w14:paraId="5FF13DE9" w14:textId="77777777" w:rsidR="000C70CE" w:rsidRDefault="000C70CE" w:rsidP="00CF21F5">
            <w:pPr>
              <w:pStyle w:val="TableParagraph"/>
              <w:spacing w:before="64" w:line="266" w:lineRule="auto"/>
              <w:ind w:left="79" w:right="2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849" w:type="dxa"/>
          </w:tcPr>
          <w:p w14:paraId="44E10BFB" w14:textId="77777777" w:rsidR="000C70CE" w:rsidRDefault="000C70CE" w:rsidP="00CF21F5">
            <w:pPr>
              <w:pStyle w:val="TableParagraph"/>
              <w:spacing w:before="64" w:line="266" w:lineRule="auto"/>
              <w:ind w:left="79" w:right="47"/>
              <w:rPr>
                <w:sz w:val="15"/>
              </w:rPr>
            </w:pPr>
            <w:r>
              <w:rPr>
                <w:w w:val="105"/>
                <w:sz w:val="15"/>
              </w:rPr>
              <w:t>https://resh.edu.ru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https://uchi.ru/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https://education.yandex.ru</w:t>
            </w:r>
          </w:p>
        </w:tc>
      </w:tr>
      <w:tr w:rsidR="000C70CE" w:rsidRPr="00E12312" w14:paraId="3142CE8A" w14:textId="77777777" w:rsidTr="00CF21F5">
        <w:trPr>
          <w:trHeight w:val="1101"/>
        </w:trPr>
        <w:tc>
          <w:tcPr>
            <w:tcW w:w="468" w:type="dxa"/>
          </w:tcPr>
          <w:p w14:paraId="33A2418D" w14:textId="77777777" w:rsidR="000C70CE" w:rsidRDefault="000C70CE" w:rsidP="00CF21F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6.2.</w:t>
            </w:r>
          </w:p>
        </w:tc>
        <w:tc>
          <w:tcPr>
            <w:tcW w:w="4466" w:type="dxa"/>
          </w:tcPr>
          <w:p w14:paraId="72B97C1C" w14:textId="77777777" w:rsidR="000C70CE" w:rsidRDefault="000C70CE" w:rsidP="00CF21F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Главные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члены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подлежащее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сказуемое.</w:t>
            </w:r>
          </w:p>
        </w:tc>
        <w:tc>
          <w:tcPr>
            <w:tcW w:w="528" w:type="dxa"/>
          </w:tcPr>
          <w:p w14:paraId="50DB3FB9" w14:textId="77777777" w:rsidR="000C70CE" w:rsidRDefault="000C70CE" w:rsidP="00CF21F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14:paraId="0628784C" w14:textId="77777777" w:rsidR="000C70CE" w:rsidRDefault="000C70CE" w:rsidP="00CF21F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14:paraId="599BB826" w14:textId="77777777" w:rsidR="000C70CE" w:rsidRDefault="000C70CE" w:rsidP="00CF21F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14:paraId="50064FEB" w14:textId="254847A5" w:rsidR="000C70CE" w:rsidRDefault="000C70CE" w:rsidP="00CF21F5">
            <w:pPr>
              <w:pStyle w:val="TableParagraph"/>
              <w:spacing w:before="20"/>
              <w:ind w:left="78"/>
              <w:rPr>
                <w:sz w:val="15"/>
              </w:rPr>
            </w:pPr>
          </w:p>
        </w:tc>
        <w:tc>
          <w:tcPr>
            <w:tcW w:w="3842" w:type="dxa"/>
          </w:tcPr>
          <w:p w14:paraId="0BA5E550" w14:textId="587BFB05" w:rsidR="000C70CE" w:rsidRDefault="000C70CE" w:rsidP="00E94CFA">
            <w:pPr>
              <w:pStyle w:val="TableParagraph"/>
              <w:spacing w:before="64" w:line="266" w:lineRule="auto"/>
              <w:ind w:left="79" w:right="51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Совместное составление алгоритма </w:t>
            </w:r>
            <w:r>
              <w:rPr>
                <w:w w:val="105"/>
                <w:sz w:val="15"/>
              </w:rPr>
              <w:t>нахождения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главных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членов</w:t>
            </w:r>
            <w:r w:rsidR="00E94CFA">
              <w:rPr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предложения;</w:t>
            </w:r>
          </w:p>
          <w:p w14:paraId="765AD40C" w14:textId="58E162D0" w:rsidR="000C70CE" w:rsidRDefault="000C70CE" w:rsidP="00CF21F5">
            <w:pPr>
              <w:pStyle w:val="TableParagraph"/>
              <w:spacing w:before="19" w:line="266" w:lineRule="auto"/>
              <w:ind w:left="79" w:right="19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Упражнения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нахождение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подлежащих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сказуемых;</w:t>
            </w:r>
          </w:p>
        </w:tc>
        <w:tc>
          <w:tcPr>
            <w:tcW w:w="1237" w:type="dxa"/>
          </w:tcPr>
          <w:p w14:paraId="1585D416" w14:textId="77777777" w:rsidR="000C70CE" w:rsidRDefault="000C70CE" w:rsidP="00CF21F5">
            <w:pPr>
              <w:pStyle w:val="TableParagraph"/>
              <w:spacing w:before="64" w:line="266" w:lineRule="auto"/>
              <w:ind w:left="79" w:right="2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849" w:type="dxa"/>
          </w:tcPr>
          <w:p w14:paraId="4A26100E" w14:textId="77777777" w:rsidR="000C70CE" w:rsidRDefault="000C70CE" w:rsidP="00CF21F5">
            <w:pPr>
              <w:pStyle w:val="TableParagraph"/>
              <w:spacing w:before="64" w:line="266" w:lineRule="auto"/>
              <w:ind w:left="79" w:right="47"/>
              <w:rPr>
                <w:sz w:val="15"/>
              </w:rPr>
            </w:pPr>
            <w:r>
              <w:rPr>
                <w:w w:val="105"/>
                <w:sz w:val="15"/>
              </w:rPr>
              <w:t>https://resh.edu.ru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https://uchi.ru/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https://education.yandex.ru</w:t>
            </w:r>
          </w:p>
        </w:tc>
      </w:tr>
      <w:tr w:rsidR="000C70CE" w:rsidRPr="00E12312" w14:paraId="17F2B604" w14:textId="77777777" w:rsidTr="00E94CFA">
        <w:trPr>
          <w:trHeight w:val="1178"/>
        </w:trPr>
        <w:tc>
          <w:tcPr>
            <w:tcW w:w="468" w:type="dxa"/>
          </w:tcPr>
          <w:p w14:paraId="6AFA5BB9" w14:textId="77777777" w:rsidR="000C70CE" w:rsidRDefault="000C70CE" w:rsidP="00CF21F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6.3.</w:t>
            </w:r>
          </w:p>
        </w:tc>
        <w:tc>
          <w:tcPr>
            <w:tcW w:w="4466" w:type="dxa"/>
          </w:tcPr>
          <w:p w14:paraId="219DAF03" w14:textId="77777777" w:rsidR="000C70CE" w:rsidRDefault="000C70CE" w:rsidP="00CF21F5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Второстепенные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члены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(без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деления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виды).</w:t>
            </w:r>
          </w:p>
        </w:tc>
        <w:tc>
          <w:tcPr>
            <w:tcW w:w="528" w:type="dxa"/>
          </w:tcPr>
          <w:p w14:paraId="394FC1A9" w14:textId="77777777" w:rsidR="000C70CE" w:rsidRDefault="000C70CE" w:rsidP="00CF21F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14:paraId="43C53361" w14:textId="77777777" w:rsidR="000C70CE" w:rsidRDefault="000C70CE" w:rsidP="00CF21F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14:paraId="7F50F8E9" w14:textId="77777777" w:rsidR="000C70CE" w:rsidRDefault="000C70CE" w:rsidP="00CF21F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14:paraId="5C8F00ED" w14:textId="60F15710" w:rsidR="000C70CE" w:rsidRDefault="000C70CE" w:rsidP="00CF21F5">
            <w:pPr>
              <w:pStyle w:val="TableParagraph"/>
              <w:spacing w:before="20"/>
              <w:ind w:left="78"/>
              <w:rPr>
                <w:sz w:val="15"/>
              </w:rPr>
            </w:pPr>
          </w:p>
        </w:tc>
        <w:tc>
          <w:tcPr>
            <w:tcW w:w="3842" w:type="dxa"/>
          </w:tcPr>
          <w:p w14:paraId="53DB1912" w14:textId="2CE60EED" w:rsidR="000C70CE" w:rsidRDefault="00E94CFA" w:rsidP="00E94CFA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Проверочная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работа, </w:t>
            </w:r>
            <w:r w:rsidR="000C70CE">
              <w:rPr>
                <w:spacing w:val="-1"/>
                <w:w w:val="105"/>
                <w:sz w:val="15"/>
              </w:rPr>
              <w:t>направленная</w:t>
            </w:r>
            <w:r w:rsidR="000C70CE">
              <w:rPr>
                <w:spacing w:val="-9"/>
                <w:w w:val="105"/>
                <w:sz w:val="15"/>
              </w:rPr>
              <w:t xml:space="preserve"> </w:t>
            </w:r>
            <w:r w:rsidR="000C70CE">
              <w:rPr>
                <w:w w:val="105"/>
                <w:sz w:val="15"/>
              </w:rPr>
              <w:t>на</w:t>
            </w:r>
            <w:r w:rsidR="000C70CE">
              <w:rPr>
                <w:spacing w:val="-8"/>
                <w:w w:val="105"/>
                <w:sz w:val="15"/>
              </w:rPr>
              <w:t xml:space="preserve"> </w:t>
            </w:r>
            <w:r w:rsidR="000C70CE">
              <w:rPr>
                <w:w w:val="105"/>
                <w:sz w:val="15"/>
              </w:rPr>
              <w:t>проверку</w:t>
            </w:r>
            <w:r w:rsidR="000C70CE">
              <w:rPr>
                <w:spacing w:val="-8"/>
                <w:w w:val="105"/>
                <w:sz w:val="15"/>
              </w:rPr>
              <w:t xml:space="preserve"> </w:t>
            </w:r>
            <w:r w:rsidR="000C70CE">
              <w:rPr>
                <w:w w:val="105"/>
                <w:sz w:val="15"/>
              </w:rPr>
              <w:t>ориентации</w:t>
            </w:r>
            <w:r w:rsidR="000C70CE">
              <w:rPr>
                <w:spacing w:val="-8"/>
                <w:w w:val="105"/>
                <w:sz w:val="15"/>
              </w:rPr>
              <w:t xml:space="preserve"> </w:t>
            </w:r>
            <w:r w:rsidR="000C70CE">
              <w:rPr>
                <w:w w:val="105"/>
                <w:sz w:val="15"/>
              </w:rPr>
              <w:t>в;</w:t>
            </w:r>
            <w:r w:rsidR="000C70CE">
              <w:rPr>
                <w:spacing w:val="-37"/>
                <w:w w:val="105"/>
                <w:sz w:val="15"/>
              </w:rPr>
              <w:t xml:space="preserve"> </w:t>
            </w:r>
            <w:r w:rsidR="000C70CE">
              <w:rPr>
                <w:w w:val="105"/>
                <w:sz w:val="15"/>
              </w:rPr>
              <w:t>изученных понятиях: подлежащее;</w:t>
            </w:r>
            <w:r w:rsidR="000C70CE">
              <w:rPr>
                <w:spacing w:val="1"/>
                <w:w w:val="105"/>
                <w:sz w:val="15"/>
              </w:rPr>
              <w:t xml:space="preserve"> </w:t>
            </w:r>
            <w:r w:rsidR="000C70CE">
              <w:rPr>
                <w:w w:val="105"/>
                <w:sz w:val="15"/>
              </w:rPr>
              <w:t>сказуемое</w:t>
            </w:r>
            <w:r>
              <w:rPr>
                <w:w w:val="105"/>
                <w:sz w:val="15"/>
              </w:rPr>
              <w:t xml:space="preserve"> </w:t>
            </w:r>
            <w:r w:rsidR="000C70CE">
              <w:rPr>
                <w:spacing w:val="-1"/>
                <w:w w:val="105"/>
                <w:sz w:val="15"/>
              </w:rPr>
              <w:t>второстепенные члены;</w:t>
            </w:r>
            <w:r w:rsidR="000C70CE">
              <w:rPr>
                <w:spacing w:val="-37"/>
                <w:w w:val="105"/>
                <w:sz w:val="15"/>
              </w:rPr>
              <w:t xml:space="preserve"> </w:t>
            </w:r>
            <w:r w:rsidR="000C70CE">
              <w:rPr>
                <w:w w:val="105"/>
                <w:sz w:val="15"/>
              </w:rPr>
              <w:t>предложения;</w:t>
            </w:r>
          </w:p>
          <w:p w14:paraId="7E389594" w14:textId="5968E609" w:rsidR="000C70CE" w:rsidRDefault="000C70CE" w:rsidP="00E94CFA">
            <w:pPr>
              <w:pStyle w:val="TableParagraph"/>
              <w:spacing w:before="1" w:line="266" w:lineRule="auto"/>
              <w:ind w:left="79" w:right="663"/>
              <w:rPr>
                <w:sz w:val="15"/>
              </w:rPr>
            </w:pPr>
            <w:r>
              <w:rPr>
                <w:w w:val="105"/>
                <w:sz w:val="15"/>
              </w:rPr>
              <w:t>умения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соотносить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понятие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краткой;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характеристикой</w:t>
            </w:r>
            <w:r w:rsidR="00E94CFA">
              <w:rPr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объяснять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своими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словами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значение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изученных;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понятий;</w:t>
            </w:r>
          </w:p>
          <w:p w14:paraId="5BCF5111" w14:textId="10D7627B" w:rsidR="000C70CE" w:rsidRDefault="000C70CE" w:rsidP="00CF21F5">
            <w:pPr>
              <w:pStyle w:val="TableParagraph"/>
              <w:spacing w:before="2"/>
              <w:ind w:left="79"/>
              <w:rPr>
                <w:sz w:val="15"/>
              </w:rPr>
            </w:pPr>
          </w:p>
        </w:tc>
        <w:tc>
          <w:tcPr>
            <w:tcW w:w="1237" w:type="dxa"/>
          </w:tcPr>
          <w:p w14:paraId="3B65CE38" w14:textId="77777777" w:rsidR="000C70CE" w:rsidRDefault="000C70CE" w:rsidP="00CF21F5">
            <w:pPr>
              <w:pStyle w:val="TableParagraph"/>
              <w:spacing w:before="64" w:line="266" w:lineRule="auto"/>
              <w:ind w:left="79" w:right="2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849" w:type="dxa"/>
          </w:tcPr>
          <w:p w14:paraId="4BA51A67" w14:textId="77777777" w:rsidR="000C70CE" w:rsidRDefault="000C70CE" w:rsidP="00CF21F5">
            <w:pPr>
              <w:pStyle w:val="TableParagraph"/>
              <w:spacing w:before="64" w:line="266" w:lineRule="auto"/>
              <w:ind w:left="79" w:right="47"/>
              <w:rPr>
                <w:sz w:val="15"/>
              </w:rPr>
            </w:pPr>
            <w:r>
              <w:rPr>
                <w:w w:val="105"/>
                <w:sz w:val="15"/>
              </w:rPr>
              <w:t>https://resh.edu.ru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https://uchi.ru/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https://education.yandex.ru</w:t>
            </w:r>
          </w:p>
        </w:tc>
      </w:tr>
      <w:tr w:rsidR="000C70CE" w:rsidRPr="00E12312" w14:paraId="28F94930" w14:textId="77777777" w:rsidTr="00E94CFA">
        <w:trPr>
          <w:trHeight w:val="814"/>
        </w:trPr>
        <w:tc>
          <w:tcPr>
            <w:tcW w:w="468" w:type="dxa"/>
          </w:tcPr>
          <w:p w14:paraId="553D6DB3" w14:textId="77777777" w:rsidR="000C70CE" w:rsidRDefault="000C70CE" w:rsidP="00CF21F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6.4.</w:t>
            </w:r>
          </w:p>
        </w:tc>
        <w:tc>
          <w:tcPr>
            <w:tcW w:w="4466" w:type="dxa"/>
          </w:tcPr>
          <w:p w14:paraId="30A65959" w14:textId="77777777" w:rsidR="000C70CE" w:rsidRDefault="000C70CE" w:rsidP="00CF21F5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Предложения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распространённые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нераспространённые.</w:t>
            </w:r>
          </w:p>
        </w:tc>
        <w:tc>
          <w:tcPr>
            <w:tcW w:w="528" w:type="dxa"/>
          </w:tcPr>
          <w:p w14:paraId="78BE85B1" w14:textId="77777777" w:rsidR="000C70CE" w:rsidRDefault="000C70CE" w:rsidP="00CF21F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14:paraId="401BD9C0" w14:textId="77777777" w:rsidR="000C70CE" w:rsidRDefault="000C70CE" w:rsidP="00CF21F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14:paraId="077D7DBC" w14:textId="77777777" w:rsidR="000C70CE" w:rsidRDefault="000C70CE" w:rsidP="00CF21F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14:paraId="53A00918" w14:textId="25A5DDA7" w:rsidR="000C70CE" w:rsidRDefault="000C70CE" w:rsidP="00CF21F5">
            <w:pPr>
              <w:pStyle w:val="TableParagraph"/>
              <w:spacing w:before="20"/>
              <w:ind w:left="78"/>
              <w:rPr>
                <w:sz w:val="15"/>
              </w:rPr>
            </w:pPr>
          </w:p>
        </w:tc>
        <w:tc>
          <w:tcPr>
            <w:tcW w:w="3842" w:type="dxa"/>
          </w:tcPr>
          <w:p w14:paraId="6770FE09" w14:textId="6D9DC21D" w:rsidR="000C70CE" w:rsidRDefault="000C70CE" w:rsidP="00E94CFA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Комментированное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выполнение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задания: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выписать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предложения</w:t>
            </w:r>
            <w:r w:rsidR="00E94CFA">
              <w:rPr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пары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слов;</w:t>
            </w:r>
            <w:r w:rsidR="00E94CFA">
              <w:rPr>
                <w:w w:val="105"/>
                <w:sz w:val="15"/>
              </w:rPr>
              <w:t xml:space="preserve"> от</w:t>
            </w:r>
            <w:r w:rsidR="00E94CFA">
              <w:rPr>
                <w:spacing w:val="-7"/>
                <w:w w:val="105"/>
                <w:sz w:val="15"/>
              </w:rPr>
              <w:t xml:space="preserve"> </w:t>
            </w:r>
            <w:r w:rsidR="00E94CFA">
              <w:rPr>
                <w:w w:val="105"/>
                <w:sz w:val="15"/>
              </w:rPr>
              <w:t>одного,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которых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другому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можно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задать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смысловой;</w:t>
            </w:r>
            <w:r w:rsidR="00E94CFA">
              <w:rPr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(синтаксический)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вопрос;</w:t>
            </w:r>
          </w:p>
          <w:p w14:paraId="74CE96C7" w14:textId="338EF9A2" w:rsidR="000C70CE" w:rsidRDefault="000C70CE" w:rsidP="00CF21F5">
            <w:pPr>
              <w:pStyle w:val="TableParagraph"/>
              <w:spacing w:before="19"/>
              <w:ind w:left="79"/>
              <w:rPr>
                <w:sz w:val="15"/>
              </w:rPr>
            </w:pPr>
          </w:p>
        </w:tc>
        <w:tc>
          <w:tcPr>
            <w:tcW w:w="1237" w:type="dxa"/>
          </w:tcPr>
          <w:p w14:paraId="347B45A2" w14:textId="77777777" w:rsidR="000C70CE" w:rsidRDefault="000C70CE" w:rsidP="00CF21F5">
            <w:pPr>
              <w:pStyle w:val="TableParagraph"/>
              <w:spacing w:before="64" w:line="266" w:lineRule="auto"/>
              <w:ind w:left="79" w:right="2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849" w:type="dxa"/>
          </w:tcPr>
          <w:p w14:paraId="782B1CB5" w14:textId="77777777" w:rsidR="000C70CE" w:rsidRDefault="000C70CE" w:rsidP="00CF21F5">
            <w:pPr>
              <w:pStyle w:val="TableParagraph"/>
              <w:spacing w:before="64" w:line="266" w:lineRule="auto"/>
              <w:ind w:left="79" w:right="47"/>
              <w:rPr>
                <w:sz w:val="15"/>
              </w:rPr>
            </w:pPr>
            <w:r>
              <w:rPr>
                <w:w w:val="105"/>
                <w:sz w:val="15"/>
              </w:rPr>
              <w:t>https://resh.edu.ru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https://uchi.ru/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https://education.yandex.ru</w:t>
            </w:r>
          </w:p>
        </w:tc>
      </w:tr>
      <w:tr w:rsidR="000C70CE" w:rsidRPr="00E12312" w14:paraId="72CCA10D" w14:textId="77777777" w:rsidTr="00E94CFA">
        <w:trPr>
          <w:trHeight w:val="631"/>
        </w:trPr>
        <w:tc>
          <w:tcPr>
            <w:tcW w:w="468" w:type="dxa"/>
          </w:tcPr>
          <w:p w14:paraId="7E796C9B" w14:textId="77777777" w:rsidR="000C70CE" w:rsidRDefault="000C70CE" w:rsidP="00CF21F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6.5.</w:t>
            </w:r>
          </w:p>
        </w:tc>
        <w:tc>
          <w:tcPr>
            <w:tcW w:w="4466" w:type="dxa"/>
          </w:tcPr>
          <w:p w14:paraId="13488307" w14:textId="77777777" w:rsidR="000C70CE" w:rsidRDefault="000C70CE" w:rsidP="00CF21F5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Наблюдение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однородными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членами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союзами</w:t>
            </w:r>
          </w:p>
          <w:p w14:paraId="5FD75BD0" w14:textId="77777777" w:rsidR="000C70CE" w:rsidRDefault="000C70CE" w:rsidP="00CF21F5">
            <w:pPr>
              <w:pStyle w:val="TableParagraph"/>
              <w:spacing w:before="20"/>
              <w:rPr>
                <w:sz w:val="15"/>
              </w:rPr>
            </w:pPr>
            <w:r>
              <w:rPr>
                <w:b/>
                <w:i/>
                <w:w w:val="105"/>
                <w:sz w:val="15"/>
              </w:rPr>
              <w:t>и,</w:t>
            </w:r>
            <w:r>
              <w:rPr>
                <w:b/>
                <w:i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i/>
                <w:w w:val="105"/>
                <w:sz w:val="15"/>
              </w:rPr>
              <w:t>а,</w:t>
            </w:r>
            <w:r>
              <w:rPr>
                <w:b/>
                <w:i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i/>
                <w:w w:val="105"/>
                <w:sz w:val="15"/>
              </w:rPr>
              <w:t>но</w:t>
            </w:r>
            <w:r>
              <w:rPr>
                <w:b/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без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союзов</w:t>
            </w:r>
          </w:p>
        </w:tc>
        <w:tc>
          <w:tcPr>
            <w:tcW w:w="528" w:type="dxa"/>
          </w:tcPr>
          <w:p w14:paraId="63EA2436" w14:textId="77777777" w:rsidR="000C70CE" w:rsidRDefault="000C70CE" w:rsidP="00CF21F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14:paraId="287C09CE" w14:textId="77777777" w:rsidR="000C70CE" w:rsidRDefault="000C70CE" w:rsidP="00CF21F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14:paraId="3990E3AD" w14:textId="77777777" w:rsidR="000C70CE" w:rsidRDefault="000C70CE" w:rsidP="00CF21F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14:paraId="3F95EAA5" w14:textId="6735052A" w:rsidR="000C70CE" w:rsidRDefault="000C70CE" w:rsidP="00CF21F5">
            <w:pPr>
              <w:pStyle w:val="TableParagraph"/>
              <w:spacing w:before="20"/>
              <w:ind w:left="78"/>
              <w:rPr>
                <w:sz w:val="15"/>
              </w:rPr>
            </w:pPr>
          </w:p>
        </w:tc>
        <w:tc>
          <w:tcPr>
            <w:tcW w:w="3842" w:type="dxa"/>
          </w:tcPr>
          <w:p w14:paraId="58DB29A1" w14:textId="238BF24C" w:rsidR="000C70CE" w:rsidRDefault="000C70CE" w:rsidP="00E94CFA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Наблюдение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предложениями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однородными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членами;</w:t>
            </w:r>
            <w:r w:rsidR="00E94CFA">
              <w:rPr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нужного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союза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однородными</w:t>
            </w:r>
            <w:r w:rsidR="00E94CFA">
              <w:rPr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членами;</w:t>
            </w:r>
          </w:p>
          <w:p w14:paraId="6AD8E88B" w14:textId="4ADB02E2" w:rsidR="000C70CE" w:rsidRDefault="000C70CE" w:rsidP="00CF21F5">
            <w:pPr>
              <w:pStyle w:val="TableParagraph"/>
              <w:spacing w:before="20"/>
              <w:ind w:left="79"/>
              <w:rPr>
                <w:sz w:val="15"/>
              </w:rPr>
            </w:pPr>
          </w:p>
        </w:tc>
        <w:tc>
          <w:tcPr>
            <w:tcW w:w="1237" w:type="dxa"/>
          </w:tcPr>
          <w:p w14:paraId="1E5DFB48" w14:textId="77777777" w:rsidR="000C70CE" w:rsidRDefault="000C70CE" w:rsidP="00CF21F5">
            <w:pPr>
              <w:pStyle w:val="TableParagraph"/>
              <w:spacing w:before="64" w:line="266" w:lineRule="auto"/>
              <w:ind w:left="79" w:right="26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Контрольная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849" w:type="dxa"/>
          </w:tcPr>
          <w:p w14:paraId="167DCA75" w14:textId="77777777" w:rsidR="000C70CE" w:rsidRDefault="000C70CE" w:rsidP="00CF21F5">
            <w:pPr>
              <w:pStyle w:val="TableParagraph"/>
              <w:spacing w:before="64" w:line="266" w:lineRule="auto"/>
              <w:ind w:left="79" w:right="47"/>
              <w:rPr>
                <w:sz w:val="15"/>
              </w:rPr>
            </w:pPr>
            <w:r>
              <w:rPr>
                <w:w w:val="105"/>
                <w:sz w:val="15"/>
              </w:rPr>
              <w:t>https://resh.edu.ru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https://uchi.ru/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https://education.yandex.ru</w:t>
            </w:r>
          </w:p>
        </w:tc>
      </w:tr>
      <w:tr w:rsidR="000C70CE" w14:paraId="6FDA2DC8" w14:textId="77777777" w:rsidTr="00CF21F5">
        <w:trPr>
          <w:trHeight w:val="333"/>
        </w:trPr>
        <w:tc>
          <w:tcPr>
            <w:tcW w:w="4934" w:type="dxa"/>
            <w:gridSpan w:val="2"/>
          </w:tcPr>
          <w:p w14:paraId="2F4B528E" w14:textId="77777777" w:rsidR="000C70CE" w:rsidRDefault="000C70CE" w:rsidP="00CF21F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разделу:</w:t>
            </w:r>
          </w:p>
        </w:tc>
        <w:tc>
          <w:tcPr>
            <w:tcW w:w="528" w:type="dxa"/>
          </w:tcPr>
          <w:p w14:paraId="77AADB89" w14:textId="77777777" w:rsidR="000C70CE" w:rsidRDefault="000C70CE" w:rsidP="00CF21F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13</w:t>
            </w:r>
          </w:p>
        </w:tc>
        <w:tc>
          <w:tcPr>
            <w:tcW w:w="10036" w:type="dxa"/>
            <w:gridSpan w:val="6"/>
          </w:tcPr>
          <w:p w14:paraId="70B521AF" w14:textId="77777777" w:rsidR="000C70CE" w:rsidRDefault="000C70CE" w:rsidP="00CF21F5">
            <w:pPr>
              <w:pStyle w:val="TableParagraph"/>
              <w:spacing w:before="0"/>
              <w:rPr>
                <w:sz w:val="14"/>
              </w:rPr>
            </w:pPr>
          </w:p>
        </w:tc>
      </w:tr>
      <w:tr w:rsidR="000C70CE" w14:paraId="5314B72F" w14:textId="77777777" w:rsidTr="00CF21F5">
        <w:trPr>
          <w:trHeight w:val="333"/>
        </w:trPr>
        <w:tc>
          <w:tcPr>
            <w:tcW w:w="15498" w:type="dxa"/>
            <w:gridSpan w:val="9"/>
          </w:tcPr>
          <w:p w14:paraId="201B5190" w14:textId="77777777" w:rsidR="000C70CE" w:rsidRDefault="000C70CE" w:rsidP="00CF21F5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Орфография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пунктуация</w:t>
            </w:r>
          </w:p>
        </w:tc>
      </w:tr>
      <w:tr w:rsidR="000C70CE" w:rsidRPr="00E12312" w14:paraId="0BBD93B5" w14:textId="77777777" w:rsidTr="00CF21F5">
        <w:trPr>
          <w:trHeight w:val="717"/>
        </w:trPr>
        <w:tc>
          <w:tcPr>
            <w:tcW w:w="468" w:type="dxa"/>
          </w:tcPr>
          <w:p w14:paraId="5CC476EA" w14:textId="77777777" w:rsidR="000C70CE" w:rsidRDefault="000C70CE" w:rsidP="00CF21F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7.1.</w:t>
            </w:r>
          </w:p>
        </w:tc>
        <w:tc>
          <w:tcPr>
            <w:tcW w:w="4466" w:type="dxa"/>
          </w:tcPr>
          <w:p w14:paraId="7812DDF9" w14:textId="77777777" w:rsidR="000C70CE" w:rsidRDefault="000C70CE" w:rsidP="00CF21F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Повторение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правил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правописания,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изученных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классах.</w:t>
            </w:r>
          </w:p>
        </w:tc>
        <w:tc>
          <w:tcPr>
            <w:tcW w:w="528" w:type="dxa"/>
          </w:tcPr>
          <w:p w14:paraId="06DA9A0A" w14:textId="77777777" w:rsidR="000C70CE" w:rsidRDefault="000C70CE" w:rsidP="00CF21F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10</w:t>
            </w:r>
          </w:p>
        </w:tc>
        <w:tc>
          <w:tcPr>
            <w:tcW w:w="1104" w:type="dxa"/>
          </w:tcPr>
          <w:p w14:paraId="0B54196C" w14:textId="77777777" w:rsidR="000C70CE" w:rsidRDefault="000C70CE" w:rsidP="00CF21F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14:paraId="34600905" w14:textId="77777777" w:rsidR="000C70CE" w:rsidRDefault="000C70CE" w:rsidP="00CF21F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14:paraId="2F62F584" w14:textId="400517E5" w:rsidR="000C70CE" w:rsidRDefault="000C70CE" w:rsidP="00CF21F5">
            <w:pPr>
              <w:pStyle w:val="TableParagraph"/>
              <w:spacing w:before="20"/>
              <w:ind w:left="78"/>
              <w:rPr>
                <w:sz w:val="15"/>
              </w:rPr>
            </w:pPr>
          </w:p>
        </w:tc>
        <w:tc>
          <w:tcPr>
            <w:tcW w:w="3842" w:type="dxa"/>
          </w:tcPr>
          <w:p w14:paraId="0271A0FF" w14:textId="77777777" w:rsidR="000C70CE" w:rsidRDefault="000C70CE" w:rsidP="00CF21F5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Моделирование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предложений,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включая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них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непроверяемыми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орфограммами;</w:t>
            </w:r>
          </w:p>
        </w:tc>
        <w:tc>
          <w:tcPr>
            <w:tcW w:w="1237" w:type="dxa"/>
          </w:tcPr>
          <w:p w14:paraId="5C3A1A85" w14:textId="77777777" w:rsidR="000C70CE" w:rsidRDefault="000C70CE" w:rsidP="00CF21F5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Зачет;</w:t>
            </w:r>
          </w:p>
        </w:tc>
        <w:tc>
          <w:tcPr>
            <w:tcW w:w="1849" w:type="dxa"/>
          </w:tcPr>
          <w:p w14:paraId="3C184FE3" w14:textId="77777777" w:rsidR="000C70CE" w:rsidRDefault="000C70CE" w:rsidP="00CF21F5">
            <w:pPr>
              <w:pStyle w:val="TableParagraph"/>
              <w:spacing w:before="64" w:line="266" w:lineRule="auto"/>
              <w:ind w:left="79" w:right="47"/>
              <w:rPr>
                <w:sz w:val="15"/>
              </w:rPr>
            </w:pPr>
            <w:r>
              <w:rPr>
                <w:w w:val="105"/>
                <w:sz w:val="15"/>
              </w:rPr>
              <w:t>https://resh.edu.ru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https://uchi.ru/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https://education.yandex.ru</w:t>
            </w:r>
          </w:p>
        </w:tc>
      </w:tr>
      <w:tr w:rsidR="000C70CE" w:rsidRPr="00E12312" w14:paraId="3CFAC8A3" w14:textId="77777777" w:rsidTr="00E94CFA">
        <w:trPr>
          <w:trHeight w:val="2620"/>
        </w:trPr>
        <w:tc>
          <w:tcPr>
            <w:tcW w:w="468" w:type="dxa"/>
          </w:tcPr>
          <w:p w14:paraId="39F1759E" w14:textId="77777777" w:rsidR="000C70CE" w:rsidRDefault="000C70CE" w:rsidP="00CF21F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7.2.</w:t>
            </w:r>
          </w:p>
        </w:tc>
        <w:tc>
          <w:tcPr>
            <w:tcW w:w="4466" w:type="dxa"/>
          </w:tcPr>
          <w:p w14:paraId="7F3A089C" w14:textId="77777777" w:rsidR="000C70CE" w:rsidRDefault="000C70CE" w:rsidP="00CF21F5">
            <w:pPr>
              <w:pStyle w:val="TableParagraph"/>
              <w:spacing w:before="64" w:line="266" w:lineRule="auto"/>
              <w:ind w:right="133"/>
              <w:rPr>
                <w:sz w:val="15"/>
              </w:rPr>
            </w:pPr>
            <w:r>
              <w:rPr>
                <w:w w:val="105"/>
                <w:sz w:val="15"/>
              </w:rPr>
              <w:t>Формирование орфографической зоркости: осознание места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возможного возникновения орфографической ошибки,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использование различных способов решения </w:t>
            </w:r>
            <w:r>
              <w:rPr>
                <w:w w:val="105"/>
                <w:sz w:val="15"/>
              </w:rPr>
              <w:t>орфографической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задачи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зависимости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орфограммы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слове. .</w:t>
            </w:r>
          </w:p>
        </w:tc>
        <w:tc>
          <w:tcPr>
            <w:tcW w:w="528" w:type="dxa"/>
          </w:tcPr>
          <w:p w14:paraId="70695430" w14:textId="77777777" w:rsidR="000C70CE" w:rsidRDefault="000C70CE" w:rsidP="00CF21F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12</w:t>
            </w:r>
          </w:p>
        </w:tc>
        <w:tc>
          <w:tcPr>
            <w:tcW w:w="1104" w:type="dxa"/>
          </w:tcPr>
          <w:p w14:paraId="13CF97AC" w14:textId="77777777" w:rsidR="000C70CE" w:rsidRDefault="000C70CE" w:rsidP="00CF21F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14:paraId="1DFA5A0F" w14:textId="77777777" w:rsidR="000C70CE" w:rsidRDefault="000C70CE" w:rsidP="00CF21F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14:paraId="2C590097" w14:textId="234598D6" w:rsidR="000C70CE" w:rsidRDefault="000C70CE" w:rsidP="00CF21F5">
            <w:pPr>
              <w:pStyle w:val="TableParagraph"/>
              <w:spacing w:before="20"/>
              <w:ind w:left="78"/>
              <w:rPr>
                <w:sz w:val="15"/>
              </w:rPr>
            </w:pPr>
          </w:p>
        </w:tc>
        <w:tc>
          <w:tcPr>
            <w:tcW w:w="3842" w:type="dxa"/>
          </w:tcPr>
          <w:p w14:paraId="3E5BDAA0" w14:textId="1C64DB1D" w:rsidR="000C70CE" w:rsidRDefault="000C70CE" w:rsidP="00E94CFA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Моделирование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алгоритмов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применения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изучаемых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данном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классе;</w:t>
            </w:r>
            <w:r w:rsidR="00E94CFA">
              <w:rPr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орфографических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правил;</w:t>
            </w:r>
          </w:p>
          <w:p w14:paraId="64DF0A75" w14:textId="77777777" w:rsidR="000C70CE" w:rsidRDefault="000C70CE" w:rsidP="00CF21F5">
            <w:pPr>
              <w:pStyle w:val="TableParagraph"/>
              <w:spacing w:before="19" w:line="266" w:lineRule="auto"/>
              <w:ind w:left="79" w:right="876"/>
              <w:rPr>
                <w:sz w:val="15"/>
              </w:rPr>
            </w:pPr>
            <w:r>
              <w:rPr>
                <w:w w:val="105"/>
                <w:sz w:val="15"/>
              </w:rPr>
              <w:t>следование составленным алгоритмам;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парах: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группировка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месту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орфограммы;</w:t>
            </w:r>
          </w:p>
          <w:p w14:paraId="5BA11EA4" w14:textId="77777777" w:rsidR="000C70CE" w:rsidRDefault="000C70CE" w:rsidP="00CF21F5">
            <w:pPr>
              <w:pStyle w:val="TableParagraph"/>
              <w:spacing w:before="2" w:line="266" w:lineRule="auto"/>
              <w:ind w:left="79" w:right="946"/>
              <w:rPr>
                <w:sz w:val="15"/>
              </w:rPr>
            </w:pPr>
            <w:r>
              <w:rPr>
                <w:w w:val="105"/>
                <w:sz w:val="15"/>
              </w:rPr>
              <w:t>Работа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парах: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группировка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типу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орфограммы;</w:t>
            </w:r>
          </w:p>
          <w:p w14:paraId="25E1087E" w14:textId="71A51110" w:rsidR="000C70CE" w:rsidRDefault="000C70CE" w:rsidP="00E94CFA">
            <w:pPr>
              <w:pStyle w:val="TableParagraph"/>
              <w:spacing w:before="1" w:line="266" w:lineRule="auto"/>
              <w:ind w:left="79" w:right="51"/>
              <w:rPr>
                <w:sz w:val="15"/>
              </w:rPr>
            </w:pPr>
            <w:r>
              <w:rPr>
                <w:w w:val="105"/>
                <w:sz w:val="15"/>
              </w:rPr>
              <w:t>Работа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группах: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группировка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написание которых можно;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объяснить изученными правилами;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слов;</w:t>
            </w:r>
            <w:r w:rsidR="00E94CFA">
              <w:rPr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написание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которых;</w:t>
            </w:r>
            <w:r w:rsidR="00E94CFA"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изученными правилами объяснить нельзя;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Комментированное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выполнение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наличие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нём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слов;</w:t>
            </w:r>
          </w:p>
          <w:p w14:paraId="450F8D0F" w14:textId="648C8DFE" w:rsidR="000C70CE" w:rsidRDefault="000C70CE" w:rsidP="00CF21F5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определённой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орфограммой;</w:t>
            </w:r>
          </w:p>
        </w:tc>
        <w:tc>
          <w:tcPr>
            <w:tcW w:w="1237" w:type="dxa"/>
          </w:tcPr>
          <w:p w14:paraId="00A356A3" w14:textId="77777777" w:rsidR="000C70CE" w:rsidRDefault="000C70CE" w:rsidP="00CF21F5">
            <w:pPr>
              <w:pStyle w:val="TableParagraph"/>
              <w:spacing w:before="64" w:line="266" w:lineRule="auto"/>
              <w:ind w:left="79" w:right="2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849" w:type="dxa"/>
          </w:tcPr>
          <w:p w14:paraId="153F6B0F" w14:textId="77777777" w:rsidR="000C70CE" w:rsidRDefault="000C70CE" w:rsidP="00CF21F5">
            <w:pPr>
              <w:pStyle w:val="TableParagraph"/>
              <w:spacing w:before="64" w:line="266" w:lineRule="auto"/>
              <w:ind w:left="79" w:right="47"/>
              <w:rPr>
                <w:sz w:val="15"/>
              </w:rPr>
            </w:pPr>
            <w:r>
              <w:rPr>
                <w:w w:val="105"/>
                <w:sz w:val="15"/>
              </w:rPr>
              <w:t>https://resh.edu.ru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https://uchi.ru/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https://education.yandex.ru</w:t>
            </w:r>
          </w:p>
        </w:tc>
      </w:tr>
      <w:tr w:rsidR="000C70CE" w:rsidRPr="00E12312" w14:paraId="263D1912" w14:textId="77777777" w:rsidTr="00CF21F5">
        <w:trPr>
          <w:trHeight w:val="2062"/>
        </w:trPr>
        <w:tc>
          <w:tcPr>
            <w:tcW w:w="468" w:type="dxa"/>
          </w:tcPr>
          <w:p w14:paraId="7BEFDE4E" w14:textId="77777777" w:rsidR="000C70CE" w:rsidRDefault="000C70CE" w:rsidP="00CF21F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7.3.</w:t>
            </w:r>
          </w:p>
        </w:tc>
        <w:tc>
          <w:tcPr>
            <w:tcW w:w="4466" w:type="dxa"/>
          </w:tcPr>
          <w:p w14:paraId="3C304AA0" w14:textId="77777777" w:rsidR="000C70CE" w:rsidRDefault="000C70CE" w:rsidP="00CF21F5">
            <w:pPr>
              <w:pStyle w:val="TableParagraph"/>
              <w:spacing w:before="64" w:line="266" w:lineRule="auto"/>
              <w:ind w:right="343"/>
              <w:jc w:val="bot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Использование орфографического </w:t>
            </w:r>
            <w:r>
              <w:rPr>
                <w:w w:val="105"/>
                <w:sz w:val="15"/>
              </w:rPr>
              <w:t>словаря для определения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(уточнения)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написания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самоконтроль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проверке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собственных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предложенных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текстов</w:t>
            </w:r>
          </w:p>
        </w:tc>
        <w:tc>
          <w:tcPr>
            <w:tcW w:w="528" w:type="dxa"/>
          </w:tcPr>
          <w:p w14:paraId="23ABB25F" w14:textId="77777777" w:rsidR="000C70CE" w:rsidRDefault="000C70CE" w:rsidP="00CF21F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13</w:t>
            </w:r>
          </w:p>
        </w:tc>
        <w:tc>
          <w:tcPr>
            <w:tcW w:w="1104" w:type="dxa"/>
          </w:tcPr>
          <w:p w14:paraId="0CE69C9D" w14:textId="77777777" w:rsidR="000C70CE" w:rsidRDefault="000C70CE" w:rsidP="00CF21F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14:paraId="0612EC0F" w14:textId="77777777" w:rsidR="000C70CE" w:rsidRDefault="000C70CE" w:rsidP="00CF21F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14:paraId="79F1DCA3" w14:textId="719CB12A" w:rsidR="000C70CE" w:rsidRDefault="000C70CE" w:rsidP="00CF21F5">
            <w:pPr>
              <w:pStyle w:val="TableParagraph"/>
              <w:spacing w:before="20"/>
              <w:ind w:left="78"/>
              <w:rPr>
                <w:sz w:val="15"/>
              </w:rPr>
            </w:pPr>
          </w:p>
        </w:tc>
        <w:tc>
          <w:tcPr>
            <w:tcW w:w="3842" w:type="dxa"/>
          </w:tcPr>
          <w:p w14:paraId="3BC2A71A" w14:textId="2B057888" w:rsidR="000C70CE" w:rsidRDefault="000C70CE" w:rsidP="00E94CFA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Учебный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диалог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«Как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планировать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действия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решению;</w:t>
            </w:r>
            <w:r w:rsidR="00E94CFA">
              <w:rPr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орфографической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задачи?»;</w:t>
            </w:r>
            <w:r w:rsidR="00E94CFA">
              <w:rPr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 результатам диалога актуализация;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последовательности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действий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проверке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изученных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орфограмм;</w:t>
            </w:r>
          </w:p>
          <w:p w14:paraId="2445DF9C" w14:textId="39477DAD" w:rsidR="000C70CE" w:rsidRDefault="000C70CE" w:rsidP="00E94CFA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Создание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ситуации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оценки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своих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возможностей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при;</w:t>
            </w:r>
            <w:r w:rsidR="00E94CFA">
              <w:rPr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выборе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упражнений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закрепление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орфографического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материала;;</w:t>
            </w:r>
          </w:p>
        </w:tc>
        <w:tc>
          <w:tcPr>
            <w:tcW w:w="1237" w:type="dxa"/>
          </w:tcPr>
          <w:p w14:paraId="27A0345F" w14:textId="77777777" w:rsidR="000C70CE" w:rsidRDefault="000C70CE" w:rsidP="00CF21F5">
            <w:pPr>
              <w:pStyle w:val="TableParagraph"/>
              <w:spacing w:before="64" w:line="266" w:lineRule="auto"/>
              <w:ind w:left="79" w:right="26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Контрольная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849" w:type="dxa"/>
          </w:tcPr>
          <w:p w14:paraId="4805EC0A" w14:textId="77777777" w:rsidR="000C70CE" w:rsidRDefault="000C70CE" w:rsidP="00CF21F5">
            <w:pPr>
              <w:pStyle w:val="TableParagraph"/>
              <w:spacing w:before="64" w:line="266" w:lineRule="auto"/>
              <w:ind w:left="79" w:right="47"/>
              <w:rPr>
                <w:sz w:val="15"/>
              </w:rPr>
            </w:pPr>
            <w:r>
              <w:rPr>
                <w:w w:val="105"/>
                <w:sz w:val="15"/>
              </w:rPr>
              <w:t>https://resh.edu.ru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https://uchi.ru/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https://education.yandex.ru</w:t>
            </w:r>
          </w:p>
        </w:tc>
      </w:tr>
      <w:tr w:rsidR="000C70CE" w:rsidRPr="00E12312" w14:paraId="1BCCC6E0" w14:textId="77777777" w:rsidTr="00E94CFA">
        <w:trPr>
          <w:trHeight w:val="2454"/>
        </w:trPr>
        <w:tc>
          <w:tcPr>
            <w:tcW w:w="468" w:type="dxa"/>
          </w:tcPr>
          <w:p w14:paraId="10F78E6D" w14:textId="77777777" w:rsidR="000C70CE" w:rsidRDefault="000C70CE" w:rsidP="00CF21F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7.4.</w:t>
            </w:r>
          </w:p>
        </w:tc>
        <w:tc>
          <w:tcPr>
            <w:tcW w:w="4466" w:type="dxa"/>
          </w:tcPr>
          <w:p w14:paraId="041F98A2" w14:textId="77777777" w:rsidR="000C70CE" w:rsidRDefault="000C70CE" w:rsidP="00CF21F5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Ознакомление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правилами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правописания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применение:</w:t>
            </w:r>
          </w:p>
          <w:p w14:paraId="4B2F38B2" w14:textId="77777777" w:rsidR="000C70CE" w:rsidRDefault="000C70CE" w:rsidP="000C70CE">
            <w:pPr>
              <w:pStyle w:val="TableParagraph"/>
              <w:numPr>
                <w:ilvl w:val="0"/>
                <w:numId w:val="43"/>
              </w:numPr>
              <w:tabs>
                <w:tab w:val="left" w:pos="168"/>
              </w:tabs>
              <w:spacing w:before="20"/>
              <w:ind w:left="167" w:hanging="9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разделительный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твёрдый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знак;</w:t>
            </w:r>
          </w:p>
          <w:p w14:paraId="6D9EE731" w14:textId="77777777" w:rsidR="000C70CE" w:rsidRDefault="000C70CE" w:rsidP="000C70CE">
            <w:pPr>
              <w:pStyle w:val="TableParagraph"/>
              <w:numPr>
                <w:ilvl w:val="0"/>
                <w:numId w:val="43"/>
              </w:numPr>
              <w:tabs>
                <w:tab w:val="left" w:pos="168"/>
              </w:tabs>
              <w:spacing w:before="20"/>
              <w:ind w:left="167" w:hanging="92"/>
              <w:rPr>
                <w:sz w:val="15"/>
              </w:rPr>
            </w:pPr>
            <w:r>
              <w:rPr>
                <w:w w:val="105"/>
                <w:sz w:val="15"/>
              </w:rPr>
              <w:t>непроизносимые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согласные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корне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слова;</w:t>
            </w:r>
          </w:p>
          <w:p w14:paraId="04183D8A" w14:textId="77777777" w:rsidR="000C70CE" w:rsidRDefault="000C70CE" w:rsidP="000C70CE">
            <w:pPr>
              <w:pStyle w:val="TableParagraph"/>
              <w:numPr>
                <w:ilvl w:val="0"/>
                <w:numId w:val="43"/>
              </w:numPr>
              <w:tabs>
                <w:tab w:val="left" w:pos="168"/>
              </w:tabs>
              <w:spacing w:before="19"/>
              <w:ind w:left="167" w:hanging="92"/>
              <w:rPr>
                <w:sz w:val="15"/>
              </w:rPr>
            </w:pPr>
            <w:r>
              <w:rPr>
                <w:w w:val="105"/>
                <w:sz w:val="15"/>
              </w:rPr>
              <w:t>мягкий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после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шипящих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конце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имён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существительных;</w:t>
            </w:r>
          </w:p>
          <w:p w14:paraId="30FD78A1" w14:textId="77777777" w:rsidR="000C70CE" w:rsidRDefault="000C70CE" w:rsidP="000C70CE">
            <w:pPr>
              <w:pStyle w:val="TableParagraph"/>
              <w:numPr>
                <w:ilvl w:val="0"/>
                <w:numId w:val="43"/>
              </w:numPr>
              <w:tabs>
                <w:tab w:val="left" w:pos="168"/>
              </w:tabs>
              <w:spacing w:before="20" w:line="266" w:lineRule="auto"/>
              <w:ind w:right="912" w:firstLine="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безударные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гласные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падежных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окончаниях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имён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существительных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(на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уровне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наблюдения);</w:t>
            </w:r>
          </w:p>
          <w:p w14:paraId="07097363" w14:textId="77777777" w:rsidR="000C70CE" w:rsidRDefault="000C70CE" w:rsidP="000C70CE">
            <w:pPr>
              <w:pStyle w:val="TableParagraph"/>
              <w:numPr>
                <w:ilvl w:val="0"/>
                <w:numId w:val="43"/>
              </w:numPr>
              <w:tabs>
                <w:tab w:val="left" w:pos="168"/>
              </w:tabs>
              <w:spacing w:before="1"/>
              <w:ind w:left="167" w:hanging="9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раздельное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написание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предлогов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личными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местоимениями;</w:t>
            </w:r>
          </w:p>
          <w:p w14:paraId="109C479A" w14:textId="77777777" w:rsidR="000C70CE" w:rsidRDefault="000C70CE" w:rsidP="000C70CE">
            <w:pPr>
              <w:pStyle w:val="TableParagraph"/>
              <w:numPr>
                <w:ilvl w:val="0"/>
                <w:numId w:val="43"/>
              </w:numPr>
              <w:tabs>
                <w:tab w:val="left" w:pos="168"/>
              </w:tabs>
              <w:spacing w:before="20" w:line="266" w:lineRule="auto"/>
              <w:ind w:right="687" w:firstLine="0"/>
              <w:rPr>
                <w:sz w:val="15"/>
              </w:rPr>
            </w:pPr>
            <w:r>
              <w:rPr>
                <w:w w:val="105"/>
                <w:sz w:val="15"/>
              </w:rPr>
              <w:t>непроверяемые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гласные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согласные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(перечень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орфографическом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словаре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учебника);</w:t>
            </w:r>
          </w:p>
          <w:p w14:paraId="56739FFB" w14:textId="77777777" w:rsidR="000C70CE" w:rsidRDefault="000C70CE" w:rsidP="000C70CE">
            <w:pPr>
              <w:pStyle w:val="TableParagraph"/>
              <w:numPr>
                <w:ilvl w:val="0"/>
                <w:numId w:val="43"/>
              </w:numPr>
              <w:tabs>
                <w:tab w:val="left" w:pos="168"/>
              </w:tabs>
              <w:spacing w:before="1"/>
              <w:ind w:left="167" w:hanging="92"/>
              <w:rPr>
                <w:sz w:val="15"/>
              </w:rPr>
            </w:pPr>
            <w:r>
              <w:rPr>
                <w:w w:val="105"/>
                <w:sz w:val="15"/>
              </w:rPr>
              <w:t>раздельное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написание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частицы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глаголами</w:t>
            </w:r>
          </w:p>
        </w:tc>
        <w:tc>
          <w:tcPr>
            <w:tcW w:w="528" w:type="dxa"/>
          </w:tcPr>
          <w:p w14:paraId="2CCD5380" w14:textId="77777777" w:rsidR="000C70CE" w:rsidRDefault="000C70CE" w:rsidP="00CF21F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14</w:t>
            </w:r>
          </w:p>
        </w:tc>
        <w:tc>
          <w:tcPr>
            <w:tcW w:w="1104" w:type="dxa"/>
          </w:tcPr>
          <w:p w14:paraId="5C091DE1" w14:textId="77777777" w:rsidR="000C70CE" w:rsidRDefault="000C70CE" w:rsidP="00CF21F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14:paraId="64CC2C69" w14:textId="77777777" w:rsidR="000C70CE" w:rsidRDefault="000C70CE" w:rsidP="00CF21F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14:paraId="6797210D" w14:textId="2A0DE1D0" w:rsidR="000C70CE" w:rsidRDefault="000C70CE" w:rsidP="00CF21F5">
            <w:pPr>
              <w:pStyle w:val="TableParagraph"/>
              <w:spacing w:before="20"/>
              <w:ind w:left="78"/>
              <w:rPr>
                <w:sz w:val="15"/>
              </w:rPr>
            </w:pPr>
          </w:p>
        </w:tc>
        <w:tc>
          <w:tcPr>
            <w:tcW w:w="3842" w:type="dxa"/>
          </w:tcPr>
          <w:p w14:paraId="2FAFC759" w14:textId="0DA9146E" w:rsidR="000C70CE" w:rsidRDefault="000C70CE" w:rsidP="00E94CFA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Создание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ситуации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оценки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своих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возможностей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 w:rsidR="00E94CFA">
              <w:rPr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выборе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упражнений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закрепление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орфографического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материала;</w:t>
            </w:r>
          </w:p>
          <w:p w14:paraId="6174CB3E" w14:textId="50830685" w:rsidR="000C70CE" w:rsidRDefault="000C70CE" w:rsidP="00E94CFA">
            <w:pPr>
              <w:pStyle w:val="TableParagraph"/>
              <w:spacing w:before="1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Проблемная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ситуация;</w:t>
            </w:r>
            <w:r w:rsidR="00E94CFA">
              <w:rPr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требующая использования дополнительных;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источников информации: уточнение </w:t>
            </w:r>
            <w:r>
              <w:rPr>
                <w:w w:val="105"/>
                <w:sz w:val="15"/>
              </w:rPr>
              <w:t>написания слов</w:t>
            </w:r>
            <w:r>
              <w:rPr>
                <w:spacing w:val="-3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по;</w:t>
            </w:r>
            <w:r w:rsidR="00E94CFA">
              <w:rPr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орфографическому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словарю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числе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электронном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носителе);</w:t>
            </w:r>
          </w:p>
          <w:p w14:paraId="73434816" w14:textId="41469F34" w:rsidR="000C70CE" w:rsidRDefault="000C70CE" w:rsidP="00E94CFA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Проектное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задание: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создание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собственных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максимальным;</w:t>
            </w:r>
            <w:r w:rsidR="00E94CFA">
              <w:rPr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количеством включённых в них словарных слов;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Проектное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задание: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создание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собственных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максимальным;</w:t>
            </w:r>
          </w:p>
          <w:p w14:paraId="77316D00" w14:textId="4D565599" w:rsidR="000C70CE" w:rsidRDefault="000C70CE" w:rsidP="00CF21F5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количеством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включённых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определённой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орфограммой;</w:t>
            </w:r>
          </w:p>
        </w:tc>
        <w:tc>
          <w:tcPr>
            <w:tcW w:w="1237" w:type="dxa"/>
          </w:tcPr>
          <w:p w14:paraId="3E2F8054" w14:textId="77777777" w:rsidR="000C70CE" w:rsidRDefault="000C70CE" w:rsidP="00CF21F5">
            <w:pPr>
              <w:pStyle w:val="TableParagraph"/>
              <w:spacing w:before="64" w:line="266" w:lineRule="auto"/>
              <w:ind w:left="79" w:right="26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Контрольная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849" w:type="dxa"/>
          </w:tcPr>
          <w:p w14:paraId="3F5ADC93" w14:textId="77777777" w:rsidR="000C70CE" w:rsidRDefault="000C70CE" w:rsidP="00CF21F5">
            <w:pPr>
              <w:pStyle w:val="TableParagraph"/>
              <w:spacing w:before="64" w:line="266" w:lineRule="auto"/>
              <w:ind w:left="79" w:right="47"/>
              <w:rPr>
                <w:sz w:val="15"/>
              </w:rPr>
            </w:pPr>
            <w:r>
              <w:rPr>
                <w:w w:val="105"/>
                <w:sz w:val="15"/>
              </w:rPr>
              <w:t>https://resh.edu.ru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https://uchi.ru/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https://education.yandex.ru</w:t>
            </w:r>
          </w:p>
        </w:tc>
      </w:tr>
      <w:tr w:rsidR="000C70CE" w14:paraId="1C744DF4" w14:textId="77777777" w:rsidTr="00CF21F5">
        <w:trPr>
          <w:trHeight w:val="333"/>
        </w:trPr>
        <w:tc>
          <w:tcPr>
            <w:tcW w:w="4934" w:type="dxa"/>
            <w:gridSpan w:val="2"/>
          </w:tcPr>
          <w:p w14:paraId="19F64031" w14:textId="77777777" w:rsidR="000C70CE" w:rsidRDefault="000C70CE" w:rsidP="00CF21F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разделу:</w:t>
            </w:r>
          </w:p>
        </w:tc>
        <w:tc>
          <w:tcPr>
            <w:tcW w:w="528" w:type="dxa"/>
          </w:tcPr>
          <w:p w14:paraId="17094FDA" w14:textId="77777777" w:rsidR="000C70CE" w:rsidRDefault="000C70CE" w:rsidP="00CF21F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49</w:t>
            </w:r>
          </w:p>
        </w:tc>
        <w:tc>
          <w:tcPr>
            <w:tcW w:w="10036" w:type="dxa"/>
            <w:gridSpan w:val="6"/>
          </w:tcPr>
          <w:p w14:paraId="5B490C93" w14:textId="77777777" w:rsidR="000C70CE" w:rsidRDefault="000C70CE" w:rsidP="00CF21F5">
            <w:pPr>
              <w:pStyle w:val="TableParagraph"/>
              <w:spacing w:before="0"/>
              <w:rPr>
                <w:sz w:val="14"/>
              </w:rPr>
            </w:pPr>
          </w:p>
        </w:tc>
      </w:tr>
      <w:tr w:rsidR="000C70CE" w14:paraId="74E7A62B" w14:textId="77777777" w:rsidTr="00CF21F5">
        <w:trPr>
          <w:trHeight w:val="333"/>
        </w:trPr>
        <w:tc>
          <w:tcPr>
            <w:tcW w:w="15498" w:type="dxa"/>
            <w:gridSpan w:val="9"/>
          </w:tcPr>
          <w:p w14:paraId="34DF485B" w14:textId="77777777" w:rsidR="000C70CE" w:rsidRDefault="000C70CE" w:rsidP="00CF21F5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8.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Развитие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речи</w:t>
            </w:r>
          </w:p>
        </w:tc>
      </w:tr>
      <w:tr w:rsidR="000C70CE" w:rsidRPr="00E12312" w14:paraId="01E48593" w14:textId="77777777" w:rsidTr="003B20DE">
        <w:trPr>
          <w:trHeight w:val="1178"/>
        </w:trPr>
        <w:tc>
          <w:tcPr>
            <w:tcW w:w="468" w:type="dxa"/>
          </w:tcPr>
          <w:p w14:paraId="7CB9DBAC" w14:textId="77777777" w:rsidR="000C70CE" w:rsidRDefault="000C70CE" w:rsidP="00CF21F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8.1.</w:t>
            </w:r>
          </w:p>
        </w:tc>
        <w:tc>
          <w:tcPr>
            <w:tcW w:w="4466" w:type="dxa"/>
          </w:tcPr>
          <w:p w14:paraId="012D577D" w14:textId="77777777" w:rsidR="000C70CE" w:rsidRDefault="000C70CE" w:rsidP="00CF21F5">
            <w:pPr>
              <w:pStyle w:val="TableParagraph"/>
              <w:spacing w:before="64" w:line="266" w:lineRule="auto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Нормы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речевого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этикета: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устное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письменное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приглашение,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просьба,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извинение,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благодарность,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отказ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др.</w:t>
            </w:r>
          </w:p>
        </w:tc>
        <w:tc>
          <w:tcPr>
            <w:tcW w:w="528" w:type="dxa"/>
          </w:tcPr>
          <w:p w14:paraId="43820F95" w14:textId="77777777" w:rsidR="000C70CE" w:rsidRDefault="000C70CE" w:rsidP="00CF21F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14:paraId="6F9C914E" w14:textId="77777777" w:rsidR="000C70CE" w:rsidRDefault="000C70CE" w:rsidP="00CF21F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14:paraId="647F6242" w14:textId="77777777" w:rsidR="000C70CE" w:rsidRDefault="000C70CE" w:rsidP="00CF21F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14:paraId="6533AF14" w14:textId="349BF3CC" w:rsidR="000C70CE" w:rsidRDefault="000C70CE" w:rsidP="00CF21F5">
            <w:pPr>
              <w:pStyle w:val="TableParagraph"/>
              <w:spacing w:before="20"/>
              <w:ind w:left="78"/>
              <w:rPr>
                <w:sz w:val="15"/>
              </w:rPr>
            </w:pPr>
          </w:p>
        </w:tc>
        <w:tc>
          <w:tcPr>
            <w:tcW w:w="3842" w:type="dxa"/>
          </w:tcPr>
          <w:p w14:paraId="6C2F0B9B" w14:textId="4D65EBCF" w:rsidR="000C70CE" w:rsidRDefault="000C70CE" w:rsidP="003B20DE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Учебный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диалог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«Чем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различаются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основная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мысль</w:t>
            </w:r>
            <w:r w:rsidR="003B20DE">
              <w:rPr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текста?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Как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определить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текста?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определить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основную</w:t>
            </w:r>
            <w:r w:rsidR="003B20DE">
              <w:rPr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мысль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текста?»;</w:t>
            </w:r>
          </w:p>
          <w:p w14:paraId="34485E23" w14:textId="1A00761D" w:rsidR="000C70CE" w:rsidRDefault="000C70CE" w:rsidP="003B20DE">
            <w:pPr>
              <w:pStyle w:val="TableParagraph"/>
              <w:spacing w:before="20" w:line="266" w:lineRule="auto"/>
              <w:ind w:left="79" w:right="83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Комментированное выполнение </w:t>
            </w:r>
            <w:r>
              <w:rPr>
                <w:w w:val="105"/>
                <w:sz w:val="15"/>
              </w:rPr>
              <w:t>задания на</w:t>
            </w:r>
            <w:r>
              <w:rPr>
                <w:spacing w:val="-3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определение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темы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 w:rsidR="003B20DE">
              <w:rPr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основной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мысли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текстов;</w:t>
            </w:r>
          </w:p>
          <w:p w14:paraId="57503915" w14:textId="1EBFFA93" w:rsidR="000C70CE" w:rsidRDefault="000C70CE" w:rsidP="00CF21F5">
            <w:pPr>
              <w:pStyle w:val="TableParagraph"/>
              <w:spacing w:before="19"/>
              <w:ind w:left="79"/>
              <w:rPr>
                <w:sz w:val="15"/>
              </w:rPr>
            </w:pPr>
          </w:p>
        </w:tc>
        <w:tc>
          <w:tcPr>
            <w:tcW w:w="1237" w:type="dxa"/>
          </w:tcPr>
          <w:p w14:paraId="3BAAC8B3" w14:textId="77777777" w:rsidR="000C70CE" w:rsidRDefault="000C70CE" w:rsidP="00CF21F5">
            <w:pPr>
              <w:pStyle w:val="TableParagraph"/>
              <w:spacing w:before="64" w:line="266" w:lineRule="auto"/>
              <w:ind w:left="79" w:right="2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849" w:type="dxa"/>
          </w:tcPr>
          <w:p w14:paraId="21E24E5A" w14:textId="77777777" w:rsidR="000C70CE" w:rsidRDefault="000C70CE" w:rsidP="00CF21F5">
            <w:pPr>
              <w:pStyle w:val="TableParagraph"/>
              <w:spacing w:before="64" w:line="266" w:lineRule="auto"/>
              <w:ind w:left="79" w:right="47"/>
              <w:rPr>
                <w:sz w:val="15"/>
              </w:rPr>
            </w:pPr>
            <w:r>
              <w:rPr>
                <w:w w:val="105"/>
                <w:sz w:val="15"/>
              </w:rPr>
              <w:t>https://resh.edu.ru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https://uchi.ru/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https://education.yandex.ru</w:t>
            </w:r>
          </w:p>
        </w:tc>
      </w:tr>
      <w:tr w:rsidR="000C70CE" w:rsidRPr="00E12312" w14:paraId="46BF03D3" w14:textId="77777777" w:rsidTr="003B20DE">
        <w:trPr>
          <w:trHeight w:val="1298"/>
        </w:trPr>
        <w:tc>
          <w:tcPr>
            <w:tcW w:w="468" w:type="dxa"/>
          </w:tcPr>
          <w:p w14:paraId="36E518B1" w14:textId="77777777" w:rsidR="000C70CE" w:rsidRDefault="000C70CE" w:rsidP="00CF21F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8.2.</w:t>
            </w:r>
          </w:p>
        </w:tc>
        <w:tc>
          <w:tcPr>
            <w:tcW w:w="4466" w:type="dxa"/>
          </w:tcPr>
          <w:p w14:paraId="0DF1124D" w14:textId="77777777" w:rsidR="000C70CE" w:rsidRDefault="000C70CE" w:rsidP="00CF21F5">
            <w:pPr>
              <w:pStyle w:val="TableParagraph"/>
              <w:spacing w:before="64" w:line="266" w:lineRule="auto"/>
              <w:rPr>
                <w:sz w:val="15"/>
              </w:rPr>
            </w:pPr>
            <w:r>
              <w:rPr>
                <w:w w:val="105"/>
                <w:sz w:val="15"/>
              </w:rPr>
              <w:t>Соблюдение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норм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речевого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этикета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орфоэпических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норм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ситуациях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учебного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бытового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общения.</w:t>
            </w:r>
          </w:p>
        </w:tc>
        <w:tc>
          <w:tcPr>
            <w:tcW w:w="528" w:type="dxa"/>
          </w:tcPr>
          <w:p w14:paraId="7457CFD6" w14:textId="77777777" w:rsidR="000C70CE" w:rsidRDefault="000C70CE" w:rsidP="00CF21F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14:paraId="67CD49F6" w14:textId="77777777" w:rsidR="000C70CE" w:rsidRDefault="000C70CE" w:rsidP="00CF21F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14:paraId="499B6112" w14:textId="77777777" w:rsidR="000C70CE" w:rsidRDefault="000C70CE" w:rsidP="00CF21F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14:paraId="200875B2" w14:textId="5DE4B558" w:rsidR="000C70CE" w:rsidRDefault="000C70CE" w:rsidP="00CF21F5">
            <w:pPr>
              <w:pStyle w:val="TableParagraph"/>
              <w:spacing w:before="20"/>
              <w:ind w:left="78"/>
              <w:rPr>
                <w:sz w:val="15"/>
              </w:rPr>
            </w:pPr>
          </w:p>
        </w:tc>
        <w:tc>
          <w:tcPr>
            <w:tcW w:w="3842" w:type="dxa"/>
          </w:tcPr>
          <w:p w14:paraId="7F97F465" w14:textId="77777777" w:rsidR="000C70CE" w:rsidRDefault="000C70CE" w:rsidP="00CF21F5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Самооценка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собственной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речевой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культуры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время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общения;</w:t>
            </w:r>
          </w:p>
          <w:p w14:paraId="07D8341E" w14:textId="0C4B9306" w:rsidR="000C70CE" w:rsidRDefault="000C70CE" w:rsidP="003B20DE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Творческие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работы: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создание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использованием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норм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речевого</w:t>
            </w:r>
            <w:r w:rsidR="003B20DE">
              <w:rPr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этикета небольших устных и письменных текстов;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содержащих</w:t>
            </w:r>
            <w:r w:rsidR="003B20DE">
              <w:rPr>
                <w:w w:val="105"/>
                <w:sz w:val="15"/>
              </w:rPr>
              <w:t xml:space="preserve"> п</w:t>
            </w:r>
            <w:r>
              <w:rPr>
                <w:spacing w:val="-1"/>
                <w:w w:val="105"/>
                <w:sz w:val="15"/>
              </w:rPr>
              <w:t>риглашение/просьбу/извинение/благодарность/отказ;</w:t>
            </w:r>
          </w:p>
        </w:tc>
        <w:tc>
          <w:tcPr>
            <w:tcW w:w="1237" w:type="dxa"/>
          </w:tcPr>
          <w:p w14:paraId="0C54254A" w14:textId="77777777" w:rsidR="000C70CE" w:rsidRDefault="000C70CE" w:rsidP="00CF21F5">
            <w:pPr>
              <w:pStyle w:val="TableParagraph"/>
              <w:spacing w:before="64" w:line="266" w:lineRule="auto"/>
              <w:ind w:left="79" w:right="45"/>
              <w:rPr>
                <w:sz w:val="15"/>
              </w:rPr>
            </w:pPr>
            <w:r>
              <w:rPr>
                <w:w w:val="105"/>
                <w:sz w:val="15"/>
              </w:rPr>
              <w:t>Самооценка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использованием</w:t>
            </w:r>
          </w:p>
          <w:p w14:paraId="132738D0" w14:textId="77777777" w:rsidR="000C70CE" w:rsidRDefault="000C70CE" w:rsidP="00CF21F5">
            <w:pPr>
              <w:pStyle w:val="TableParagraph"/>
              <w:spacing w:before="2" w:line="266" w:lineRule="auto"/>
              <w:ind w:left="79" w:right="23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«Оценочного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листа»;</w:t>
            </w:r>
          </w:p>
        </w:tc>
        <w:tc>
          <w:tcPr>
            <w:tcW w:w="1849" w:type="dxa"/>
          </w:tcPr>
          <w:p w14:paraId="62BB4E7D" w14:textId="77777777" w:rsidR="000C70CE" w:rsidRDefault="000C70CE" w:rsidP="00CF21F5">
            <w:pPr>
              <w:pStyle w:val="TableParagraph"/>
              <w:spacing w:before="64" w:line="266" w:lineRule="auto"/>
              <w:ind w:left="79" w:right="47"/>
              <w:rPr>
                <w:sz w:val="15"/>
              </w:rPr>
            </w:pPr>
            <w:r>
              <w:rPr>
                <w:w w:val="105"/>
                <w:sz w:val="15"/>
              </w:rPr>
              <w:t>https://resh.edu.ru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https://uchi.ru/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https://education.yandex.ru</w:t>
            </w:r>
          </w:p>
        </w:tc>
      </w:tr>
      <w:tr w:rsidR="000C70CE" w:rsidRPr="00E12312" w14:paraId="1FD963A1" w14:textId="77777777" w:rsidTr="003B20DE">
        <w:trPr>
          <w:trHeight w:val="848"/>
        </w:trPr>
        <w:tc>
          <w:tcPr>
            <w:tcW w:w="468" w:type="dxa"/>
          </w:tcPr>
          <w:p w14:paraId="29029D81" w14:textId="77777777" w:rsidR="000C70CE" w:rsidRDefault="000C70CE" w:rsidP="00CF21F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8.3.</w:t>
            </w:r>
          </w:p>
        </w:tc>
        <w:tc>
          <w:tcPr>
            <w:tcW w:w="4466" w:type="dxa"/>
          </w:tcPr>
          <w:p w14:paraId="64612E42" w14:textId="77777777" w:rsidR="000C70CE" w:rsidRDefault="000C70CE" w:rsidP="00CF21F5">
            <w:pPr>
              <w:pStyle w:val="TableParagraph"/>
              <w:spacing w:before="64" w:line="266" w:lineRule="auto"/>
              <w:rPr>
                <w:sz w:val="15"/>
              </w:rPr>
            </w:pPr>
            <w:r>
              <w:rPr>
                <w:w w:val="105"/>
                <w:sz w:val="15"/>
              </w:rPr>
              <w:t>Особенности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речевого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этикета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условиях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людьми,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плохо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владеющими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русским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языком.</w:t>
            </w:r>
          </w:p>
        </w:tc>
        <w:tc>
          <w:tcPr>
            <w:tcW w:w="528" w:type="dxa"/>
          </w:tcPr>
          <w:p w14:paraId="7F38965B" w14:textId="77777777" w:rsidR="000C70CE" w:rsidRDefault="000C70CE" w:rsidP="00CF21F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14:paraId="38ED0EFB" w14:textId="77777777" w:rsidR="000C70CE" w:rsidRDefault="000C70CE" w:rsidP="00CF21F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14:paraId="796478A4" w14:textId="77777777" w:rsidR="000C70CE" w:rsidRDefault="000C70CE" w:rsidP="00CF21F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14:paraId="0C8E327A" w14:textId="080DFE57" w:rsidR="000C70CE" w:rsidRDefault="000C70CE" w:rsidP="00CF21F5">
            <w:pPr>
              <w:pStyle w:val="TableParagraph"/>
              <w:spacing w:before="20"/>
              <w:ind w:left="78"/>
              <w:rPr>
                <w:sz w:val="15"/>
              </w:rPr>
            </w:pPr>
          </w:p>
        </w:tc>
        <w:tc>
          <w:tcPr>
            <w:tcW w:w="3842" w:type="dxa"/>
          </w:tcPr>
          <w:p w14:paraId="3590DA03" w14:textId="3DDCD0F8" w:rsidR="000C70CE" w:rsidRDefault="000C70CE" w:rsidP="003B20DE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Творческие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работы: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создание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использованием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норм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речевого</w:t>
            </w:r>
            <w:r w:rsidR="003B20DE">
              <w:rPr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этикета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небольших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текстов;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содержащих;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приглашение/просьбу/извинение/благодарность/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отказ</w:t>
            </w:r>
          </w:p>
        </w:tc>
        <w:tc>
          <w:tcPr>
            <w:tcW w:w="1237" w:type="dxa"/>
          </w:tcPr>
          <w:p w14:paraId="1108756B" w14:textId="77777777" w:rsidR="000C70CE" w:rsidRDefault="000C70CE" w:rsidP="00CF21F5">
            <w:pPr>
              <w:pStyle w:val="TableParagraph"/>
              <w:spacing w:before="64" w:line="266" w:lineRule="auto"/>
              <w:ind w:left="79" w:right="2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849" w:type="dxa"/>
          </w:tcPr>
          <w:p w14:paraId="0C8D3290" w14:textId="77777777" w:rsidR="000C70CE" w:rsidRDefault="000C70CE" w:rsidP="00CF21F5">
            <w:pPr>
              <w:pStyle w:val="TableParagraph"/>
              <w:spacing w:before="64" w:line="266" w:lineRule="auto"/>
              <w:ind w:left="79" w:right="47"/>
              <w:rPr>
                <w:sz w:val="15"/>
              </w:rPr>
            </w:pPr>
            <w:r>
              <w:rPr>
                <w:w w:val="105"/>
                <w:sz w:val="15"/>
              </w:rPr>
              <w:t>https://resh.edu.ru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https://uchi.ru/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https://education.yandex.ru</w:t>
            </w:r>
          </w:p>
        </w:tc>
      </w:tr>
      <w:tr w:rsidR="000C70CE" w:rsidRPr="00E12312" w14:paraId="655EC4C2" w14:textId="77777777" w:rsidTr="003B20DE">
        <w:trPr>
          <w:trHeight w:val="1669"/>
        </w:trPr>
        <w:tc>
          <w:tcPr>
            <w:tcW w:w="468" w:type="dxa"/>
          </w:tcPr>
          <w:p w14:paraId="71CFDC7F" w14:textId="77777777" w:rsidR="000C70CE" w:rsidRDefault="000C70CE" w:rsidP="00CF21F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8.4.</w:t>
            </w:r>
          </w:p>
        </w:tc>
        <w:tc>
          <w:tcPr>
            <w:tcW w:w="4466" w:type="dxa"/>
          </w:tcPr>
          <w:p w14:paraId="4E4AD924" w14:textId="77777777" w:rsidR="000C70CE" w:rsidRDefault="000C70CE" w:rsidP="00CF21F5">
            <w:pPr>
              <w:pStyle w:val="TableParagraph"/>
              <w:spacing w:before="64" w:line="266" w:lineRule="auto"/>
              <w:rPr>
                <w:sz w:val="15"/>
              </w:rPr>
            </w:pPr>
            <w:r>
              <w:rPr>
                <w:w w:val="105"/>
                <w:sz w:val="15"/>
              </w:rPr>
              <w:t>Формулировка и аргументирование собственного мнения в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диалоге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дискуссии.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Умение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договариваться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приходить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общему решению в совместной деятельности. Умение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контролировать (устно координировать) действия при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проведении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парной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групповой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работы.</w:t>
            </w:r>
          </w:p>
        </w:tc>
        <w:tc>
          <w:tcPr>
            <w:tcW w:w="528" w:type="dxa"/>
          </w:tcPr>
          <w:p w14:paraId="28790E39" w14:textId="77777777" w:rsidR="000C70CE" w:rsidRDefault="000C70CE" w:rsidP="00CF21F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14:paraId="472379DF" w14:textId="77777777" w:rsidR="000C70CE" w:rsidRDefault="000C70CE" w:rsidP="00CF21F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14:paraId="37073FB2" w14:textId="77777777" w:rsidR="000C70CE" w:rsidRDefault="000C70CE" w:rsidP="00CF21F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14:paraId="65512E82" w14:textId="1BE30E66" w:rsidR="000C70CE" w:rsidRDefault="000C70CE" w:rsidP="00CF21F5">
            <w:pPr>
              <w:pStyle w:val="TableParagraph"/>
              <w:spacing w:before="20"/>
              <w:ind w:left="78"/>
              <w:rPr>
                <w:sz w:val="15"/>
              </w:rPr>
            </w:pPr>
          </w:p>
        </w:tc>
        <w:tc>
          <w:tcPr>
            <w:tcW w:w="3842" w:type="dxa"/>
          </w:tcPr>
          <w:p w14:paraId="12C2DE76" w14:textId="2C150212" w:rsidR="000C70CE" w:rsidRDefault="000C70CE" w:rsidP="003B20DE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Самооценка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собственной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речевой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культуры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время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общения;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Запись</w:t>
            </w:r>
            <w:r w:rsidR="003B20DE">
              <w:rPr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собственного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выступления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последующим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самоанализом;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Ролевая;</w:t>
            </w:r>
          </w:p>
          <w:p w14:paraId="58DCFE9A" w14:textId="77777777" w:rsidR="000C70CE" w:rsidRDefault="000C70CE" w:rsidP="00CF21F5">
            <w:pPr>
              <w:pStyle w:val="TableParagraph"/>
              <w:spacing w:before="1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игра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«Наблюдатели»;</w:t>
            </w:r>
          </w:p>
          <w:p w14:paraId="14CA6AF6" w14:textId="0823E301" w:rsidR="000C70CE" w:rsidRDefault="000C70CE" w:rsidP="003B20DE">
            <w:pPr>
              <w:pStyle w:val="TableParagraph"/>
              <w:spacing w:before="20" w:line="266" w:lineRule="auto"/>
              <w:ind w:left="79" w:right="198"/>
              <w:rPr>
                <w:sz w:val="15"/>
              </w:rPr>
            </w:pPr>
            <w:r>
              <w:rPr>
                <w:w w:val="105"/>
                <w:sz w:val="15"/>
              </w:rPr>
              <w:t>цель игры — оценка правильности выбора;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языковых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неязыковых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средств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уроке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 w:rsidR="003B20DE">
              <w:rPr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переменах</w:t>
            </w:r>
            <w:r w:rsidR="003B20DE">
              <w:rPr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конце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дня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подведение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итогов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игры;</w:t>
            </w:r>
          </w:p>
        </w:tc>
        <w:tc>
          <w:tcPr>
            <w:tcW w:w="1237" w:type="dxa"/>
          </w:tcPr>
          <w:p w14:paraId="34762893" w14:textId="77777777" w:rsidR="000C70CE" w:rsidRDefault="000C70CE" w:rsidP="00CF21F5">
            <w:pPr>
              <w:pStyle w:val="TableParagraph"/>
              <w:spacing w:before="64" w:line="266" w:lineRule="auto"/>
              <w:ind w:left="79" w:right="2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849" w:type="dxa"/>
          </w:tcPr>
          <w:p w14:paraId="33FF54A3" w14:textId="77777777" w:rsidR="000C70CE" w:rsidRDefault="000C70CE" w:rsidP="00CF21F5">
            <w:pPr>
              <w:pStyle w:val="TableParagraph"/>
              <w:spacing w:before="64" w:line="266" w:lineRule="auto"/>
              <w:ind w:left="79" w:right="47"/>
              <w:rPr>
                <w:sz w:val="15"/>
              </w:rPr>
            </w:pPr>
            <w:r>
              <w:rPr>
                <w:w w:val="105"/>
                <w:sz w:val="15"/>
              </w:rPr>
              <w:t>https://resh.edu.ru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https://uchi.ru/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https://education.yandex.ru</w:t>
            </w:r>
          </w:p>
        </w:tc>
      </w:tr>
      <w:tr w:rsidR="000C70CE" w:rsidRPr="00E12312" w14:paraId="39C6FD78" w14:textId="77777777" w:rsidTr="003B20DE">
        <w:trPr>
          <w:trHeight w:val="1835"/>
        </w:trPr>
        <w:tc>
          <w:tcPr>
            <w:tcW w:w="468" w:type="dxa"/>
          </w:tcPr>
          <w:p w14:paraId="7FAF349E" w14:textId="77777777" w:rsidR="000C70CE" w:rsidRDefault="000C70CE" w:rsidP="00CF21F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8.5.</w:t>
            </w:r>
          </w:p>
        </w:tc>
        <w:tc>
          <w:tcPr>
            <w:tcW w:w="4466" w:type="dxa"/>
          </w:tcPr>
          <w:p w14:paraId="7F82920C" w14:textId="77777777" w:rsidR="000C70CE" w:rsidRDefault="000C70CE" w:rsidP="00CF21F5">
            <w:pPr>
              <w:pStyle w:val="TableParagraph"/>
              <w:spacing w:before="64" w:line="266" w:lineRule="auto"/>
              <w:ind w:right="239"/>
              <w:rPr>
                <w:sz w:val="15"/>
              </w:rPr>
            </w:pPr>
            <w:r>
              <w:rPr>
                <w:w w:val="105"/>
                <w:sz w:val="15"/>
              </w:rPr>
              <w:t>Повторение и продолжение работы с текстом, начатой во 2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классе: признаки текста, тема текста, основная мысль текста,</w:t>
            </w:r>
            <w:r>
              <w:rPr>
                <w:spacing w:val="-3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заголовок,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корректирование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нарушенным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порядком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абзацев.</w:t>
            </w:r>
          </w:p>
        </w:tc>
        <w:tc>
          <w:tcPr>
            <w:tcW w:w="528" w:type="dxa"/>
          </w:tcPr>
          <w:p w14:paraId="4F29D1EA" w14:textId="77777777" w:rsidR="000C70CE" w:rsidRDefault="000C70CE" w:rsidP="00CF21F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14:paraId="1266EC15" w14:textId="77777777" w:rsidR="000C70CE" w:rsidRDefault="000C70CE" w:rsidP="00CF21F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14:paraId="117B8E97" w14:textId="77777777" w:rsidR="000C70CE" w:rsidRDefault="000C70CE" w:rsidP="00CF21F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14:paraId="19289197" w14:textId="70AC1AC5" w:rsidR="000C70CE" w:rsidRDefault="000C70CE" w:rsidP="00CF21F5">
            <w:pPr>
              <w:pStyle w:val="TableParagraph"/>
              <w:spacing w:before="20"/>
              <w:ind w:left="78"/>
              <w:rPr>
                <w:sz w:val="15"/>
              </w:rPr>
            </w:pPr>
          </w:p>
        </w:tc>
        <w:tc>
          <w:tcPr>
            <w:tcW w:w="3842" w:type="dxa"/>
          </w:tcPr>
          <w:p w14:paraId="66DE1623" w14:textId="6805A3B3" w:rsidR="000C70CE" w:rsidRDefault="000C70CE" w:rsidP="003B20DE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Учебный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диалог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«Чем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различаются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основная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мысль</w:t>
            </w:r>
            <w:r w:rsidR="003B20DE">
              <w:rPr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текста?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Как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определить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текста?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определить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основную</w:t>
            </w:r>
            <w:r w:rsidR="003B20DE">
              <w:rPr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мысль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текста?»;</w:t>
            </w:r>
          </w:p>
          <w:p w14:paraId="4A42F94F" w14:textId="260C83B7" w:rsidR="000C70CE" w:rsidRDefault="000C70CE" w:rsidP="003B20DE">
            <w:pPr>
              <w:pStyle w:val="TableParagraph"/>
              <w:spacing w:before="20" w:line="266" w:lineRule="auto"/>
              <w:ind w:left="79" w:right="5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Комментированное выполнение </w:t>
            </w:r>
            <w:r>
              <w:rPr>
                <w:w w:val="105"/>
                <w:sz w:val="15"/>
              </w:rPr>
              <w:t>задания на</w:t>
            </w:r>
            <w:r>
              <w:rPr>
                <w:spacing w:val="-3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определение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темы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 w:rsidR="003B20DE">
              <w:rPr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основной мысли предложенных текстов;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работа: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нахождение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смысловых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пропусков;</w:t>
            </w:r>
          </w:p>
          <w:p w14:paraId="27B78D5F" w14:textId="3EF30236" w:rsidR="000C70CE" w:rsidRDefault="000C70CE" w:rsidP="003B20DE">
            <w:pPr>
              <w:pStyle w:val="TableParagraph"/>
              <w:spacing w:before="2" w:line="266" w:lineRule="auto"/>
              <w:ind w:left="79" w:right="54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Практическая работа: воспроизведение </w:t>
            </w:r>
            <w:r>
              <w:rPr>
                <w:w w:val="105"/>
                <w:sz w:val="15"/>
              </w:rPr>
              <w:t>текста в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соответствии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 w:rsidR="003B20DE">
              <w:rPr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заданием: подробно;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выборочно;</w:t>
            </w:r>
          </w:p>
        </w:tc>
        <w:tc>
          <w:tcPr>
            <w:tcW w:w="1237" w:type="dxa"/>
          </w:tcPr>
          <w:p w14:paraId="47B73E44" w14:textId="77777777" w:rsidR="000C70CE" w:rsidRDefault="000C70CE" w:rsidP="00CF21F5">
            <w:pPr>
              <w:pStyle w:val="TableParagraph"/>
              <w:spacing w:before="64" w:line="266" w:lineRule="auto"/>
              <w:ind w:left="79" w:right="2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849" w:type="dxa"/>
          </w:tcPr>
          <w:p w14:paraId="5BDC9EDA" w14:textId="77777777" w:rsidR="000C70CE" w:rsidRDefault="000C70CE" w:rsidP="00CF21F5">
            <w:pPr>
              <w:pStyle w:val="TableParagraph"/>
              <w:spacing w:before="64" w:line="266" w:lineRule="auto"/>
              <w:ind w:left="79" w:right="47"/>
              <w:rPr>
                <w:sz w:val="15"/>
              </w:rPr>
            </w:pPr>
            <w:r>
              <w:rPr>
                <w:w w:val="105"/>
                <w:sz w:val="15"/>
              </w:rPr>
              <w:t>https://resh.edu.ru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https://uchi.ru/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https://education.yandex.ru</w:t>
            </w:r>
          </w:p>
        </w:tc>
      </w:tr>
      <w:tr w:rsidR="000C70CE" w:rsidRPr="00E12312" w14:paraId="2E428027" w14:textId="77777777" w:rsidTr="00CF21F5">
        <w:trPr>
          <w:trHeight w:val="717"/>
        </w:trPr>
        <w:tc>
          <w:tcPr>
            <w:tcW w:w="468" w:type="dxa"/>
          </w:tcPr>
          <w:p w14:paraId="21F6AA21" w14:textId="77777777" w:rsidR="000C70CE" w:rsidRDefault="000C70CE" w:rsidP="00CF21F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8.6.</w:t>
            </w:r>
          </w:p>
        </w:tc>
        <w:tc>
          <w:tcPr>
            <w:tcW w:w="4466" w:type="dxa"/>
          </w:tcPr>
          <w:p w14:paraId="0EE97D0C" w14:textId="77777777" w:rsidR="000C70CE" w:rsidRDefault="000C70CE" w:rsidP="00CF21F5">
            <w:pPr>
              <w:pStyle w:val="TableParagraph"/>
              <w:spacing w:before="64" w:line="266" w:lineRule="auto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План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текста.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Составление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плана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написание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заданному плану. Связь предложений в тексте с помощью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личных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местоимений,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синонимов,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союзов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и,</w:t>
            </w:r>
            <w:r>
              <w:rPr>
                <w:i/>
                <w:spacing w:val="-3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а,</w:t>
            </w:r>
            <w:r>
              <w:rPr>
                <w:i/>
                <w:spacing w:val="-3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но</w:t>
            </w:r>
            <w:r>
              <w:rPr>
                <w:w w:val="105"/>
                <w:sz w:val="15"/>
              </w:rPr>
              <w:t>.</w:t>
            </w:r>
          </w:p>
        </w:tc>
        <w:tc>
          <w:tcPr>
            <w:tcW w:w="528" w:type="dxa"/>
          </w:tcPr>
          <w:p w14:paraId="2E6EECA8" w14:textId="77777777" w:rsidR="000C70CE" w:rsidRDefault="000C70CE" w:rsidP="00CF21F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14:paraId="7079C4D1" w14:textId="77777777" w:rsidR="000C70CE" w:rsidRDefault="000C70CE" w:rsidP="00CF21F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14:paraId="0A807353" w14:textId="77777777" w:rsidR="000C70CE" w:rsidRDefault="000C70CE" w:rsidP="00CF21F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14:paraId="1059673B" w14:textId="158BEEDB" w:rsidR="000C70CE" w:rsidRDefault="000C70CE" w:rsidP="00CF21F5">
            <w:pPr>
              <w:pStyle w:val="TableParagraph"/>
              <w:spacing w:before="20"/>
              <w:ind w:left="78"/>
              <w:rPr>
                <w:sz w:val="15"/>
              </w:rPr>
            </w:pPr>
          </w:p>
        </w:tc>
        <w:tc>
          <w:tcPr>
            <w:tcW w:w="3842" w:type="dxa"/>
          </w:tcPr>
          <w:p w14:paraId="50D9FF80" w14:textId="77777777" w:rsidR="000C70CE" w:rsidRDefault="000C70CE" w:rsidP="00CF21F5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Совместное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составление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плана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текста;</w:t>
            </w:r>
          </w:p>
          <w:p w14:paraId="562BACC3" w14:textId="3E041DAB" w:rsidR="000C70CE" w:rsidRDefault="000C70CE" w:rsidP="00CF21F5">
            <w:pPr>
              <w:pStyle w:val="TableParagraph"/>
              <w:spacing w:before="20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Работа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парах: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составление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плана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предложенного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текста;</w:t>
            </w:r>
          </w:p>
        </w:tc>
        <w:tc>
          <w:tcPr>
            <w:tcW w:w="1237" w:type="dxa"/>
          </w:tcPr>
          <w:p w14:paraId="648F97D1" w14:textId="77777777" w:rsidR="000C70CE" w:rsidRDefault="000C70CE" w:rsidP="00CF21F5">
            <w:pPr>
              <w:pStyle w:val="TableParagraph"/>
              <w:spacing w:before="64" w:line="266" w:lineRule="auto"/>
              <w:ind w:left="79" w:right="2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849" w:type="dxa"/>
          </w:tcPr>
          <w:p w14:paraId="73C02B1A" w14:textId="77777777" w:rsidR="000C70CE" w:rsidRDefault="000C70CE" w:rsidP="00CF21F5">
            <w:pPr>
              <w:pStyle w:val="TableParagraph"/>
              <w:spacing w:before="64" w:line="266" w:lineRule="auto"/>
              <w:ind w:left="79" w:right="47"/>
              <w:rPr>
                <w:sz w:val="15"/>
              </w:rPr>
            </w:pPr>
            <w:r>
              <w:rPr>
                <w:w w:val="105"/>
                <w:sz w:val="15"/>
              </w:rPr>
              <w:t>https://resh.edu.ru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https://uchi.ru/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https://education.yandex.ru</w:t>
            </w:r>
          </w:p>
        </w:tc>
      </w:tr>
      <w:tr w:rsidR="000C70CE" w:rsidRPr="00E12312" w14:paraId="51DED6E6" w14:textId="77777777" w:rsidTr="00E94CFA">
        <w:trPr>
          <w:trHeight w:val="1192"/>
        </w:trPr>
        <w:tc>
          <w:tcPr>
            <w:tcW w:w="468" w:type="dxa"/>
          </w:tcPr>
          <w:p w14:paraId="21594FA5" w14:textId="77777777" w:rsidR="000C70CE" w:rsidRDefault="000C70CE" w:rsidP="00CF21F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8.7.</w:t>
            </w:r>
          </w:p>
        </w:tc>
        <w:tc>
          <w:tcPr>
            <w:tcW w:w="4466" w:type="dxa"/>
          </w:tcPr>
          <w:p w14:paraId="7A512090" w14:textId="77777777" w:rsidR="000C70CE" w:rsidRDefault="000C70CE" w:rsidP="00CF21F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Ключевые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тексте.</w:t>
            </w:r>
          </w:p>
          <w:p w14:paraId="155B3A4A" w14:textId="77777777" w:rsidR="000C70CE" w:rsidRDefault="000C70CE" w:rsidP="00CF21F5">
            <w:pPr>
              <w:pStyle w:val="TableParagraph"/>
              <w:spacing w:before="20" w:line="266" w:lineRule="auto"/>
              <w:rPr>
                <w:sz w:val="15"/>
              </w:rPr>
            </w:pPr>
            <w:r>
              <w:rPr>
                <w:w w:val="105"/>
                <w:sz w:val="15"/>
              </w:rPr>
              <w:t>Определение типов текстов (повествование, описание,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рассуждение)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создание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собственных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заданного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типа.</w:t>
            </w:r>
          </w:p>
        </w:tc>
        <w:tc>
          <w:tcPr>
            <w:tcW w:w="528" w:type="dxa"/>
          </w:tcPr>
          <w:p w14:paraId="67D7D3AA" w14:textId="77777777" w:rsidR="000C70CE" w:rsidRDefault="000C70CE" w:rsidP="00CF21F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14:paraId="5DE01618" w14:textId="77777777" w:rsidR="000C70CE" w:rsidRDefault="000C70CE" w:rsidP="00CF21F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14:paraId="78BC81CA" w14:textId="77777777" w:rsidR="000C70CE" w:rsidRDefault="000C70CE" w:rsidP="00CF21F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14:paraId="19D6A302" w14:textId="345701A1" w:rsidR="000C70CE" w:rsidRDefault="000C70CE" w:rsidP="00CF21F5">
            <w:pPr>
              <w:pStyle w:val="TableParagraph"/>
              <w:spacing w:before="20"/>
              <w:ind w:left="78"/>
              <w:rPr>
                <w:sz w:val="15"/>
              </w:rPr>
            </w:pPr>
          </w:p>
        </w:tc>
        <w:tc>
          <w:tcPr>
            <w:tcW w:w="3842" w:type="dxa"/>
          </w:tcPr>
          <w:p w14:paraId="50D1B3C3" w14:textId="6E30699E" w:rsidR="000C70CE" w:rsidRDefault="000C70CE" w:rsidP="003B20DE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Работа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группах: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наиболее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подходящего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каждой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 w:rsidR="003B20DE">
              <w:rPr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ситуаций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типа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опорой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таблицу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«Три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типа</w:t>
            </w:r>
            <w:r w:rsidR="003B20DE">
              <w:rPr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текстов»);</w:t>
            </w:r>
          </w:p>
          <w:p w14:paraId="0D57BDD3" w14:textId="0BC67F00" w:rsidR="000C70CE" w:rsidRDefault="000C70CE" w:rsidP="003B20DE">
            <w:pPr>
              <w:pStyle w:val="TableParagraph"/>
              <w:spacing w:before="20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Творческие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задания: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создавать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письменные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тексты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разных</w:t>
            </w:r>
            <w:r w:rsidR="003B20DE">
              <w:rPr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типов (описание;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рассуждение;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повествование);</w:t>
            </w:r>
          </w:p>
        </w:tc>
        <w:tc>
          <w:tcPr>
            <w:tcW w:w="1237" w:type="dxa"/>
          </w:tcPr>
          <w:p w14:paraId="7A19EEC3" w14:textId="77777777" w:rsidR="000C70CE" w:rsidRDefault="000C70CE" w:rsidP="00CF21F5">
            <w:pPr>
              <w:pStyle w:val="TableParagraph"/>
              <w:spacing w:before="64" w:line="266" w:lineRule="auto"/>
              <w:ind w:left="79" w:right="2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849" w:type="dxa"/>
          </w:tcPr>
          <w:p w14:paraId="4FE9A800" w14:textId="77777777" w:rsidR="000C70CE" w:rsidRDefault="000C70CE" w:rsidP="00CF21F5">
            <w:pPr>
              <w:pStyle w:val="TableParagraph"/>
              <w:spacing w:before="64" w:line="266" w:lineRule="auto"/>
              <w:ind w:left="79" w:right="47"/>
              <w:rPr>
                <w:sz w:val="15"/>
              </w:rPr>
            </w:pPr>
            <w:r>
              <w:rPr>
                <w:w w:val="105"/>
                <w:sz w:val="15"/>
              </w:rPr>
              <w:t>https://resh.edu.ru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https://uchi.ru/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https://education.yandex.ru</w:t>
            </w:r>
          </w:p>
        </w:tc>
      </w:tr>
      <w:tr w:rsidR="000C70CE" w:rsidRPr="00E12312" w14:paraId="44A66CC8" w14:textId="77777777" w:rsidTr="003B20DE">
        <w:trPr>
          <w:trHeight w:val="941"/>
        </w:trPr>
        <w:tc>
          <w:tcPr>
            <w:tcW w:w="468" w:type="dxa"/>
          </w:tcPr>
          <w:p w14:paraId="6CE719A8" w14:textId="77777777" w:rsidR="000C70CE" w:rsidRDefault="000C70CE" w:rsidP="00CF21F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8.8.</w:t>
            </w:r>
          </w:p>
        </w:tc>
        <w:tc>
          <w:tcPr>
            <w:tcW w:w="4466" w:type="dxa"/>
          </w:tcPr>
          <w:p w14:paraId="78D035A4" w14:textId="77777777" w:rsidR="000C70CE" w:rsidRDefault="000C70CE" w:rsidP="00CF21F5">
            <w:pPr>
              <w:pStyle w:val="TableParagraph"/>
              <w:spacing w:before="64" w:line="266" w:lineRule="auto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Знакомство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жанром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письма,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поздравительной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открытки,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объявления.</w:t>
            </w:r>
          </w:p>
        </w:tc>
        <w:tc>
          <w:tcPr>
            <w:tcW w:w="528" w:type="dxa"/>
          </w:tcPr>
          <w:p w14:paraId="66A6DF45" w14:textId="77777777" w:rsidR="000C70CE" w:rsidRDefault="000C70CE" w:rsidP="00CF21F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14:paraId="2AD03C4D" w14:textId="77777777" w:rsidR="000C70CE" w:rsidRDefault="000C70CE" w:rsidP="00CF21F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14:paraId="11A60E79" w14:textId="77777777" w:rsidR="000C70CE" w:rsidRDefault="000C70CE" w:rsidP="00CF21F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14:paraId="6E6695D7" w14:textId="2A1DB65E" w:rsidR="000C70CE" w:rsidRDefault="000C70CE" w:rsidP="00CF21F5">
            <w:pPr>
              <w:pStyle w:val="TableParagraph"/>
              <w:spacing w:before="20"/>
              <w:ind w:left="78"/>
              <w:rPr>
                <w:sz w:val="15"/>
              </w:rPr>
            </w:pPr>
          </w:p>
        </w:tc>
        <w:tc>
          <w:tcPr>
            <w:tcW w:w="3842" w:type="dxa"/>
          </w:tcPr>
          <w:p w14:paraId="42A7A862" w14:textId="2CA654F6" w:rsidR="000C70CE" w:rsidRDefault="000C70CE" w:rsidP="003B20DE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Творческие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работы: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создание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использованием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норм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речевого</w:t>
            </w:r>
            <w:r w:rsidR="003B20DE">
              <w:rPr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этикета небольших устных и письменных текстов;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содержащих;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приглашение/просьбу/извинение/благодарность/отказ;;</w:t>
            </w:r>
          </w:p>
        </w:tc>
        <w:tc>
          <w:tcPr>
            <w:tcW w:w="1237" w:type="dxa"/>
          </w:tcPr>
          <w:p w14:paraId="34F38B26" w14:textId="77777777" w:rsidR="000C70CE" w:rsidRDefault="000C70CE" w:rsidP="00CF21F5">
            <w:pPr>
              <w:pStyle w:val="TableParagraph"/>
              <w:spacing w:before="64" w:line="266" w:lineRule="auto"/>
              <w:ind w:left="79" w:right="20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849" w:type="dxa"/>
          </w:tcPr>
          <w:p w14:paraId="7E2DF895" w14:textId="77777777" w:rsidR="000C70CE" w:rsidRDefault="000C70CE" w:rsidP="00CF21F5">
            <w:pPr>
              <w:pStyle w:val="TableParagraph"/>
              <w:spacing w:before="64" w:line="266" w:lineRule="auto"/>
              <w:ind w:left="79" w:right="47"/>
              <w:rPr>
                <w:sz w:val="15"/>
              </w:rPr>
            </w:pPr>
            <w:r>
              <w:rPr>
                <w:w w:val="105"/>
                <w:sz w:val="15"/>
              </w:rPr>
              <w:t>https://resh.edu.ru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https://uchi.ru/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https://education.yandex.ru</w:t>
            </w:r>
          </w:p>
        </w:tc>
      </w:tr>
      <w:tr w:rsidR="000C70CE" w:rsidRPr="00E12312" w14:paraId="0C0DFE1D" w14:textId="77777777" w:rsidTr="003B20DE">
        <w:trPr>
          <w:trHeight w:val="969"/>
        </w:trPr>
        <w:tc>
          <w:tcPr>
            <w:tcW w:w="468" w:type="dxa"/>
          </w:tcPr>
          <w:p w14:paraId="3FA809DA" w14:textId="77777777" w:rsidR="000C70CE" w:rsidRDefault="000C70CE" w:rsidP="00CF21F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8.9.</w:t>
            </w:r>
          </w:p>
        </w:tc>
        <w:tc>
          <w:tcPr>
            <w:tcW w:w="4466" w:type="dxa"/>
          </w:tcPr>
          <w:p w14:paraId="2C8EB7D4" w14:textId="77777777" w:rsidR="000C70CE" w:rsidRDefault="000C70CE" w:rsidP="00CF21F5">
            <w:pPr>
              <w:pStyle w:val="TableParagraph"/>
              <w:spacing w:before="64" w:line="266" w:lineRule="auto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Изложение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коллективно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самостоятельно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составленному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плану.</w:t>
            </w:r>
          </w:p>
        </w:tc>
        <w:tc>
          <w:tcPr>
            <w:tcW w:w="528" w:type="dxa"/>
          </w:tcPr>
          <w:p w14:paraId="7A2F0C5D" w14:textId="77777777" w:rsidR="000C70CE" w:rsidRDefault="000C70CE" w:rsidP="00CF21F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14:paraId="79FA4F82" w14:textId="77777777" w:rsidR="000C70CE" w:rsidRDefault="000C70CE" w:rsidP="00CF21F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14:paraId="12C914A8" w14:textId="77777777" w:rsidR="000C70CE" w:rsidRDefault="000C70CE" w:rsidP="00CF21F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14:paraId="3887CCB9" w14:textId="50E9F8A2" w:rsidR="000C70CE" w:rsidRDefault="000C70CE" w:rsidP="00CF21F5">
            <w:pPr>
              <w:pStyle w:val="TableParagraph"/>
              <w:spacing w:before="20"/>
              <w:ind w:left="78"/>
              <w:rPr>
                <w:sz w:val="15"/>
              </w:rPr>
            </w:pPr>
          </w:p>
        </w:tc>
        <w:tc>
          <w:tcPr>
            <w:tcW w:w="3842" w:type="dxa"/>
          </w:tcPr>
          <w:p w14:paraId="582C61C5" w14:textId="040E5553" w:rsidR="000C70CE" w:rsidRDefault="000C70CE" w:rsidP="003B20DE">
            <w:pPr>
              <w:pStyle w:val="TableParagraph"/>
              <w:spacing w:before="64" w:line="266" w:lineRule="auto"/>
              <w:ind w:left="79" w:right="5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Речевой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тренинг: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подготовка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небольшого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выступления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результатах</w:t>
            </w:r>
            <w:r w:rsidR="003B20DE">
              <w:rPr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 xml:space="preserve">групповой </w:t>
            </w:r>
            <w:r>
              <w:rPr>
                <w:spacing w:val="-1"/>
                <w:w w:val="105"/>
                <w:sz w:val="15"/>
              </w:rPr>
              <w:t>работы;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наблюдения;</w:t>
            </w:r>
          </w:p>
          <w:p w14:paraId="6CC95109" w14:textId="09445925" w:rsidR="000C70CE" w:rsidRDefault="000C70CE" w:rsidP="003B20DE">
            <w:pPr>
              <w:pStyle w:val="TableParagraph"/>
              <w:spacing w:before="1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выполненного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миниисследования;</w:t>
            </w:r>
            <w:r w:rsidR="003B20DE"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проектного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задания;</w:t>
            </w:r>
          </w:p>
          <w:p w14:paraId="0236AA14" w14:textId="1E1C9857" w:rsidR="000C70CE" w:rsidRDefault="000C70CE" w:rsidP="00CF21F5">
            <w:pPr>
              <w:pStyle w:val="TableParagraph"/>
              <w:spacing w:before="20" w:line="266" w:lineRule="auto"/>
              <w:ind w:left="79" w:right="33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Запись собственного выступления </w:t>
            </w:r>
            <w:r>
              <w:rPr>
                <w:w w:val="105"/>
                <w:sz w:val="15"/>
              </w:rPr>
              <w:t>с последующим</w:t>
            </w:r>
            <w:r>
              <w:rPr>
                <w:spacing w:val="-3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самоанализом;</w:t>
            </w:r>
          </w:p>
        </w:tc>
        <w:tc>
          <w:tcPr>
            <w:tcW w:w="1237" w:type="dxa"/>
          </w:tcPr>
          <w:p w14:paraId="062772A6" w14:textId="77777777" w:rsidR="000C70CE" w:rsidRDefault="000C70CE" w:rsidP="00CF21F5">
            <w:pPr>
              <w:pStyle w:val="TableParagraph"/>
              <w:spacing w:before="64" w:line="266" w:lineRule="auto"/>
              <w:ind w:left="79" w:right="20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849" w:type="dxa"/>
          </w:tcPr>
          <w:p w14:paraId="3265F252" w14:textId="77777777" w:rsidR="000C70CE" w:rsidRDefault="000C70CE" w:rsidP="00CF21F5">
            <w:pPr>
              <w:pStyle w:val="TableParagraph"/>
              <w:spacing w:before="64" w:line="266" w:lineRule="auto"/>
              <w:ind w:left="79" w:right="47"/>
              <w:rPr>
                <w:sz w:val="15"/>
              </w:rPr>
            </w:pPr>
            <w:r>
              <w:rPr>
                <w:w w:val="105"/>
                <w:sz w:val="15"/>
              </w:rPr>
              <w:t>https://resh.edu.ru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https://uchi.ru/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https://education.yandex.ru</w:t>
            </w:r>
          </w:p>
        </w:tc>
      </w:tr>
      <w:tr w:rsidR="000C70CE" w:rsidRPr="00E12312" w14:paraId="3C3C5A66" w14:textId="77777777" w:rsidTr="003B20DE">
        <w:trPr>
          <w:trHeight w:val="1209"/>
        </w:trPr>
        <w:tc>
          <w:tcPr>
            <w:tcW w:w="468" w:type="dxa"/>
          </w:tcPr>
          <w:p w14:paraId="0FDA49F6" w14:textId="77777777" w:rsidR="000C70CE" w:rsidRDefault="000C70CE" w:rsidP="00CF21F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8.10</w:t>
            </w:r>
          </w:p>
        </w:tc>
        <w:tc>
          <w:tcPr>
            <w:tcW w:w="4466" w:type="dxa"/>
          </w:tcPr>
          <w:p w14:paraId="44540CAA" w14:textId="77777777" w:rsidR="000C70CE" w:rsidRDefault="000C70CE" w:rsidP="00CF21F5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Изучающее,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ознакомительное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чтение</w:t>
            </w:r>
          </w:p>
        </w:tc>
        <w:tc>
          <w:tcPr>
            <w:tcW w:w="528" w:type="dxa"/>
          </w:tcPr>
          <w:p w14:paraId="6776B0FB" w14:textId="77777777" w:rsidR="000C70CE" w:rsidRDefault="000C70CE" w:rsidP="00CF21F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14:paraId="4F707FD3" w14:textId="77777777" w:rsidR="000C70CE" w:rsidRDefault="000C70CE" w:rsidP="00CF21F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14:paraId="29E4980C" w14:textId="77777777" w:rsidR="000C70CE" w:rsidRDefault="000C70CE" w:rsidP="00CF21F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14:paraId="2979A1D6" w14:textId="3AF43971" w:rsidR="000C70CE" w:rsidRDefault="000C70CE" w:rsidP="00CF21F5">
            <w:pPr>
              <w:pStyle w:val="TableParagraph"/>
              <w:spacing w:before="20"/>
              <w:ind w:left="78"/>
              <w:rPr>
                <w:sz w:val="15"/>
              </w:rPr>
            </w:pPr>
          </w:p>
        </w:tc>
        <w:tc>
          <w:tcPr>
            <w:tcW w:w="3842" w:type="dxa"/>
          </w:tcPr>
          <w:p w14:paraId="14381073" w14:textId="1E1B4D80" w:rsidR="000C70CE" w:rsidRDefault="000C70CE" w:rsidP="003B20DE">
            <w:pPr>
              <w:pStyle w:val="TableParagraph"/>
              <w:spacing w:before="64" w:line="266" w:lineRule="auto"/>
              <w:ind w:left="79" w:right="31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Обобщение результатов проведённого </w:t>
            </w:r>
            <w:r>
              <w:rPr>
                <w:w w:val="105"/>
                <w:sz w:val="15"/>
              </w:rPr>
              <w:t>наблюдения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составлении</w:t>
            </w:r>
            <w:r w:rsidR="003B20DE">
              <w:rPr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таблицы «Три типа текстов»;</w:t>
            </w:r>
            <w:r w:rsidR="003B20DE">
              <w:rPr>
                <w:w w:val="105"/>
                <w:sz w:val="15"/>
              </w:rPr>
              <w:t xml:space="preserve"> 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строках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таблицы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отражены</w:t>
            </w:r>
            <w:r w:rsidR="003B20DE">
              <w:rPr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следующие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параметры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сравнения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текстов: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«Цель</w:t>
            </w:r>
            <w:r w:rsidR="003B20DE">
              <w:rPr>
                <w:w w:val="105"/>
                <w:sz w:val="15"/>
              </w:rPr>
              <w:t xml:space="preserve"> 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создания</w:t>
            </w:r>
            <w:r w:rsidR="003B20DE">
              <w:rPr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текста»;</w:t>
            </w:r>
          </w:p>
          <w:p w14:paraId="45DBBE47" w14:textId="77777777" w:rsidR="000C70CE" w:rsidRDefault="000C70CE" w:rsidP="00CF21F5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«Особенности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построения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текста»;</w:t>
            </w:r>
          </w:p>
          <w:p w14:paraId="1A1F93F8" w14:textId="73B2C260" w:rsidR="000C70CE" w:rsidRDefault="000C70CE" w:rsidP="003B20DE">
            <w:pPr>
              <w:pStyle w:val="TableParagraph"/>
              <w:spacing w:before="19" w:line="266" w:lineRule="auto"/>
              <w:ind w:left="79" w:right="19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«Особенности языковых</w:t>
            </w:r>
            <w:r w:rsidR="003B20DE"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средств»;</w:t>
            </w:r>
          </w:p>
          <w:p w14:paraId="487C5355" w14:textId="2BD7D2D0" w:rsidR="000C70CE" w:rsidRDefault="000C70CE" w:rsidP="00CF21F5">
            <w:pPr>
              <w:pStyle w:val="TableParagraph"/>
              <w:spacing w:before="2"/>
              <w:ind w:left="79"/>
              <w:rPr>
                <w:sz w:val="15"/>
              </w:rPr>
            </w:pPr>
          </w:p>
        </w:tc>
        <w:tc>
          <w:tcPr>
            <w:tcW w:w="1237" w:type="dxa"/>
          </w:tcPr>
          <w:p w14:paraId="6495AD3B" w14:textId="77777777" w:rsidR="000C70CE" w:rsidRDefault="000C70CE" w:rsidP="00CF21F5">
            <w:pPr>
              <w:pStyle w:val="TableParagraph"/>
              <w:spacing w:before="64" w:line="266" w:lineRule="auto"/>
              <w:ind w:left="79" w:right="26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Контрольная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849" w:type="dxa"/>
          </w:tcPr>
          <w:p w14:paraId="5D23A9F7" w14:textId="77777777" w:rsidR="000C70CE" w:rsidRDefault="000C70CE" w:rsidP="00CF21F5">
            <w:pPr>
              <w:pStyle w:val="TableParagraph"/>
              <w:spacing w:before="64" w:line="266" w:lineRule="auto"/>
              <w:ind w:left="79" w:right="47"/>
              <w:rPr>
                <w:sz w:val="15"/>
              </w:rPr>
            </w:pPr>
            <w:r>
              <w:rPr>
                <w:w w:val="105"/>
                <w:sz w:val="15"/>
              </w:rPr>
              <w:t>https://resh.edu.ru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https://uchi.ru/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https://education.yandex.ru</w:t>
            </w:r>
          </w:p>
        </w:tc>
      </w:tr>
      <w:tr w:rsidR="000C70CE" w14:paraId="135DCD1C" w14:textId="77777777" w:rsidTr="00CF21F5">
        <w:trPr>
          <w:trHeight w:val="333"/>
        </w:trPr>
        <w:tc>
          <w:tcPr>
            <w:tcW w:w="4934" w:type="dxa"/>
            <w:gridSpan w:val="2"/>
          </w:tcPr>
          <w:p w14:paraId="7264C395" w14:textId="77777777" w:rsidR="000C70CE" w:rsidRDefault="000C70CE" w:rsidP="00CF21F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разделу:</w:t>
            </w:r>
          </w:p>
        </w:tc>
        <w:tc>
          <w:tcPr>
            <w:tcW w:w="528" w:type="dxa"/>
          </w:tcPr>
          <w:p w14:paraId="1EB024BD" w14:textId="77777777" w:rsidR="000C70CE" w:rsidRDefault="000C70CE" w:rsidP="00CF21F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30</w:t>
            </w:r>
          </w:p>
        </w:tc>
        <w:tc>
          <w:tcPr>
            <w:tcW w:w="10036" w:type="dxa"/>
            <w:gridSpan w:val="6"/>
          </w:tcPr>
          <w:p w14:paraId="667E3901" w14:textId="77777777" w:rsidR="000C70CE" w:rsidRDefault="000C70CE" w:rsidP="00CF21F5">
            <w:pPr>
              <w:pStyle w:val="TableParagraph"/>
              <w:spacing w:before="0"/>
              <w:rPr>
                <w:sz w:val="14"/>
              </w:rPr>
            </w:pPr>
          </w:p>
        </w:tc>
      </w:tr>
      <w:tr w:rsidR="000C70CE" w14:paraId="06A988DD" w14:textId="77777777" w:rsidTr="00CF21F5">
        <w:trPr>
          <w:trHeight w:val="333"/>
        </w:trPr>
        <w:tc>
          <w:tcPr>
            <w:tcW w:w="4934" w:type="dxa"/>
            <w:gridSpan w:val="2"/>
          </w:tcPr>
          <w:p w14:paraId="10925450" w14:textId="77777777" w:rsidR="000C70CE" w:rsidRDefault="000C70CE" w:rsidP="00CF21F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Резервное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время</w:t>
            </w:r>
          </w:p>
        </w:tc>
        <w:tc>
          <w:tcPr>
            <w:tcW w:w="528" w:type="dxa"/>
          </w:tcPr>
          <w:p w14:paraId="58B929D3" w14:textId="77777777" w:rsidR="000C70CE" w:rsidRDefault="000C70CE" w:rsidP="00CF21F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18</w:t>
            </w:r>
          </w:p>
        </w:tc>
        <w:tc>
          <w:tcPr>
            <w:tcW w:w="10036" w:type="dxa"/>
            <w:gridSpan w:val="6"/>
          </w:tcPr>
          <w:p w14:paraId="5286564C" w14:textId="77777777" w:rsidR="000C70CE" w:rsidRDefault="000C70CE" w:rsidP="00CF21F5">
            <w:pPr>
              <w:pStyle w:val="TableParagraph"/>
              <w:spacing w:before="0"/>
              <w:rPr>
                <w:sz w:val="14"/>
              </w:rPr>
            </w:pPr>
          </w:p>
        </w:tc>
      </w:tr>
      <w:tr w:rsidR="000C70CE" w14:paraId="5CEEE21F" w14:textId="77777777" w:rsidTr="00CF21F5">
        <w:trPr>
          <w:trHeight w:val="333"/>
        </w:trPr>
        <w:tc>
          <w:tcPr>
            <w:tcW w:w="4934" w:type="dxa"/>
            <w:gridSpan w:val="2"/>
          </w:tcPr>
          <w:p w14:paraId="30F4454D" w14:textId="77777777" w:rsidR="000C70CE" w:rsidRDefault="000C70CE" w:rsidP="00CF21F5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ОБЩЕЕ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КОЛИЧЕСТВО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ПРОГРАММЕ</w:t>
            </w:r>
          </w:p>
        </w:tc>
        <w:tc>
          <w:tcPr>
            <w:tcW w:w="528" w:type="dxa"/>
          </w:tcPr>
          <w:p w14:paraId="26136B99" w14:textId="77777777" w:rsidR="000C70CE" w:rsidRDefault="000C70CE" w:rsidP="00CF21F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170</w:t>
            </w:r>
          </w:p>
        </w:tc>
        <w:tc>
          <w:tcPr>
            <w:tcW w:w="1104" w:type="dxa"/>
          </w:tcPr>
          <w:p w14:paraId="52139124" w14:textId="77777777" w:rsidR="000C70CE" w:rsidRDefault="000C70CE" w:rsidP="00CF21F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8</w:t>
            </w:r>
          </w:p>
        </w:tc>
        <w:tc>
          <w:tcPr>
            <w:tcW w:w="1140" w:type="dxa"/>
          </w:tcPr>
          <w:p w14:paraId="53B3F3A2" w14:textId="77777777" w:rsidR="000C70CE" w:rsidRDefault="000C70CE" w:rsidP="00CF21F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7792" w:type="dxa"/>
            <w:gridSpan w:val="4"/>
          </w:tcPr>
          <w:p w14:paraId="39967AB9" w14:textId="77777777" w:rsidR="000C70CE" w:rsidRDefault="000C70CE" w:rsidP="00CF21F5">
            <w:pPr>
              <w:pStyle w:val="TableParagraph"/>
              <w:spacing w:before="0"/>
              <w:rPr>
                <w:sz w:val="14"/>
              </w:rPr>
            </w:pPr>
          </w:p>
        </w:tc>
      </w:tr>
    </w:tbl>
    <w:p w14:paraId="520B0221" w14:textId="038A7E16" w:rsidR="000C70CE" w:rsidRDefault="000C70CE" w:rsidP="000C70CE">
      <w:pPr>
        <w:widowControl w:val="0"/>
        <w:tabs>
          <w:tab w:val="left" w:pos="242"/>
        </w:tabs>
        <w:autoSpaceDE w:val="0"/>
        <w:autoSpaceDN w:val="0"/>
        <w:spacing w:before="93" w:after="0" w:line="240" w:lineRule="auto"/>
        <w:ind w:left="105"/>
        <w:rPr>
          <w:b/>
          <w:sz w:val="18"/>
        </w:rPr>
      </w:pPr>
    </w:p>
    <w:p w14:paraId="7313B6DB" w14:textId="1895E97A" w:rsidR="000C70CE" w:rsidRDefault="000C70CE" w:rsidP="000C70CE">
      <w:pPr>
        <w:widowControl w:val="0"/>
        <w:tabs>
          <w:tab w:val="left" w:pos="242"/>
        </w:tabs>
        <w:autoSpaceDE w:val="0"/>
        <w:autoSpaceDN w:val="0"/>
        <w:spacing w:before="93" w:after="0" w:line="240" w:lineRule="auto"/>
        <w:ind w:left="105"/>
        <w:rPr>
          <w:b/>
          <w:sz w:val="18"/>
        </w:rPr>
      </w:pPr>
    </w:p>
    <w:p w14:paraId="4A2AA631" w14:textId="61367A78" w:rsidR="00E94CFA" w:rsidRDefault="00E94CFA" w:rsidP="000C70CE">
      <w:pPr>
        <w:widowControl w:val="0"/>
        <w:tabs>
          <w:tab w:val="left" w:pos="242"/>
        </w:tabs>
        <w:autoSpaceDE w:val="0"/>
        <w:autoSpaceDN w:val="0"/>
        <w:spacing w:before="93" w:after="0" w:line="240" w:lineRule="auto"/>
        <w:ind w:left="105"/>
        <w:rPr>
          <w:b/>
          <w:sz w:val="18"/>
        </w:rPr>
      </w:pPr>
    </w:p>
    <w:p w14:paraId="0205312D" w14:textId="1C3C4E30" w:rsidR="00E94CFA" w:rsidRDefault="00E94CFA" w:rsidP="000C70CE">
      <w:pPr>
        <w:widowControl w:val="0"/>
        <w:tabs>
          <w:tab w:val="left" w:pos="242"/>
        </w:tabs>
        <w:autoSpaceDE w:val="0"/>
        <w:autoSpaceDN w:val="0"/>
        <w:spacing w:before="93" w:after="0" w:line="240" w:lineRule="auto"/>
        <w:ind w:left="105"/>
        <w:rPr>
          <w:b/>
          <w:sz w:val="18"/>
        </w:rPr>
      </w:pPr>
    </w:p>
    <w:p w14:paraId="50903BD0" w14:textId="48538A21" w:rsidR="00E94CFA" w:rsidRDefault="00E94CFA" w:rsidP="000C70CE">
      <w:pPr>
        <w:widowControl w:val="0"/>
        <w:tabs>
          <w:tab w:val="left" w:pos="242"/>
        </w:tabs>
        <w:autoSpaceDE w:val="0"/>
        <w:autoSpaceDN w:val="0"/>
        <w:spacing w:before="93" w:after="0" w:line="240" w:lineRule="auto"/>
        <w:ind w:left="105"/>
        <w:rPr>
          <w:b/>
          <w:sz w:val="18"/>
        </w:rPr>
      </w:pPr>
    </w:p>
    <w:p w14:paraId="47E6FF96" w14:textId="03E7F10B" w:rsidR="00E94CFA" w:rsidRDefault="00E94CFA" w:rsidP="000C70CE">
      <w:pPr>
        <w:widowControl w:val="0"/>
        <w:tabs>
          <w:tab w:val="left" w:pos="242"/>
        </w:tabs>
        <w:autoSpaceDE w:val="0"/>
        <w:autoSpaceDN w:val="0"/>
        <w:spacing w:before="93" w:after="0" w:line="240" w:lineRule="auto"/>
        <w:ind w:left="105"/>
        <w:rPr>
          <w:b/>
          <w:sz w:val="18"/>
        </w:rPr>
      </w:pPr>
    </w:p>
    <w:p w14:paraId="7416D469" w14:textId="2ADFC0CC" w:rsidR="00E94CFA" w:rsidRDefault="00E94CFA" w:rsidP="000C70CE">
      <w:pPr>
        <w:widowControl w:val="0"/>
        <w:tabs>
          <w:tab w:val="left" w:pos="242"/>
        </w:tabs>
        <w:autoSpaceDE w:val="0"/>
        <w:autoSpaceDN w:val="0"/>
        <w:spacing w:before="93" w:after="0" w:line="240" w:lineRule="auto"/>
        <w:ind w:left="105"/>
        <w:rPr>
          <w:b/>
          <w:sz w:val="18"/>
        </w:rPr>
      </w:pPr>
    </w:p>
    <w:p w14:paraId="64F4274D" w14:textId="0594A2F9" w:rsidR="00E94CFA" w:rsidRDefault="00E94CFA" w:rsidP="000C70CE">
      <w:pPr>
        <w:widowControl w:val="0"/>
        <w:tabs>
          <w:tab w:val="left" w:pos="242"/>
        </w:tabs>
        <w:autoSpaceDE w:val="0"/>
        <w:autoSpaceDN w:val="0"/>
        <w:spacing w:before="93" w:after="0" w:line="240" w:lineRule="auto"/>
        <w:ind w:left="105"/>
        <w:rPr>
          <w:b/>
          <w:sz w:val="18"/>
        </w:rPr>
      </w:pPr>
    </w:p>
    <w:p w14:paraId="323CD072" w14:textId="621582C6" w:rsidR="00E94CFA" w:rsidRDefault="00E94CFA" w:rsidP="000C70CE">
      <w:pPr>
        <w:widowControl w:val="0"/>
        <w:tabs>
          <w:tab w:val="left" w:pos="242"/>
        </w:tabs>
        <w:autoSpaceDE w:val="0"/>
        <w:autoSpaceDN w:val="0"/>
        <w:spacing w:before="93" w:after="0" w:line="240" w:lineRule="auto"/>
        <w:ind w:left="105"/>
        <w:rPr>
          <w:b/>
          <w:sz w:val="18"/>
        </w:rPr>
      </w:pPr>
    </w:p>
    <w:p w14:paraId="6E46CC34" w14:textId="2D14E4C6" w:rsidR="00E94CFA" w:rsidRDefault="00E94CFA" w:rsidP="000C70CE">
      <w:pPr>
        <w:widowControl w:val="0"/>
        <w:tabs>
          <w:tab w:val="left" w:pos="242"/>
        </w:tabs>
        <w:autoSpaceDE w:val="0"/>
        <w:autoSpaceDN w:val="0"/>
        <w:spacing w:before="93" w:after="0" w:line="240" w:lineRule="auto"/>
        <w:ind w:left="105"/>
        <w:rPr>
          <w:b/>
          <w:sz w:val="18"/>
        </w:rPr>
      </w:pPr>
    </w:p>
    <w:p w14:paraId="15993967" w14:textId="323BE41C" w:rsidR="00E94CFA" w:rsidRDefault="00E94CFA" w:rsidP="000C70CE">
      <w:pPr>
        <w:widowControl w:val="0"/>
        <w:tabs>
          <w:tab w:val="left" w:pos="242"/>
        </w:tabs>
        <w:autoSpaceDE w:val="0"/>
        <w:autoSpaceDN w:val="0"/>
        <w:spacing w:before="93" w:after="0" w:line="240" w:lineRule="auto"/>
        <w:ind w:left="105"/>
        <w:rPr>
          <w:b/>
          <w:sz w:val="18"/>
        </w:rPr>
      </w:pPr>
    </w:p>
    <w:p w14:paraId="3EAAC8C9" w14:textId="77777777" w:rsidR="00E94CFA" w:rsidRDefault="00E94CFA" w:rsidP="000C70CE">
      <w:pPr>
        <w:widowControl w:val="0"/>
        <w:tabs>
          <w:tab w:val="left" w:pos="242"/>
        </w:tabs>
        <w:autoSpaceDE w:val="0"/>
        <w:autoSpaceDN w:val="0"/>
        <w:spacing w:before="93" w:after="0" w:line="240" w:lineRule="auto"/>
        <w:ind w:left="105"/>
        <w:rPr>
          <w:b/>
          <w:sz w:val="18"/>
        </w:rPr>
      </w:pPr>
    </w:p>
    <w:p w14:paraId="11261B2C" w14:textId="0E669872" w:rsidR="000C70CE" w:rsidRDefault="000C70CE" w:rsidP="000C70CE">
      <w:pPr>
        <w:pStyle w:val="ae"/>
        <w:widowControl w:val="0"/>
        <w:numPr>
          <w:ilvl w:val="0"/>
          <w:numId w:val="46"/>
        </w:numPr>
        <w:tabs>
          <w:tab w:val="left" w:pos="242"/>
        </w:tabs>
        <w:autoSpaceDE w:val="0"/>
        <w:autoSpaceDN w:val="0"/>
        <w:spacing w:before="93" w:after="0" w:line="240" w:lineRule="auto"/>
        <w:rPr>
          <w:b/>
          <w:sz w:val="18"/>
          <w:lang w:val="ru-RU"/>
        </w:rPr>
      </w:pPr>
      <w:r w:rsidRPr="000C70CE">
        <w:rPr>
          <w:b/>
          <w:sz w:val="18"/>
          <w:lang w:val="ru-RU"/>
        </w:rPr>
        <w:lastRenderedPageBreak/>
        <w:t>класс</w:t>
      </w:r>
    </w:p>
    <w:p w14:paraId="10F310B4" w14:textId="77777777" w:rsidR="003B20DE" w:rsidRDefault="003B20DE" w:rsidP="003B20DE">
      <w:pPr>
        <w:pStyle w:val="ae"/>
        <w:widowControl w:val="0"/>
        <w:tabs>
          <w:tab w:val="left" w:pos="242"/>
        </w:tabs>
        <w:autoSpaceDE w:val="0"/>
        <w:autoSpaceDN w:val="0"/>
        <w:spacing w:before="93" w:after="0" w:line="240" w:lineRule="auto"/>
        <w:rPr>
          <w:b/>
          <w:sz w:val="18"/>
          <w:lang w:val="ru-RU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4381"/>
        <w:gridCol w:w="567"/>
        <w:gridCol w:w="1134"/>
        <w:gridCol w:w="1134"/>
        <w:gridCol w:w="850"/>
        <w:gridCol w:w="3827"/>
        <w:gridCol w:w="1276"/>
        <w:gridCol w:w="1859"/>
      </w:tblGrid>
      <w:tr w:rsidR="000C70CE" w14:paraId="4CC9EF92" w14:textId="77777777" w:rsidTr="003B20DE">
        <w:trPr>
          <w:trHeight w:val="333"/>
        </w:trPr>
        <w:tc>
          <w:tcPr>
            <w:tcW w:w="468" w:type="dxa"/>
            <w:vMerge w:val="restart"/>
          </w:tcPr>
          <w:p w14:paraId="79FC6CD3" w14:textId="77777777" w:rsidR="000C70CE" w:rsidRDefault="000C70CE" w:rsidP="00CF21F5">
            <w:pPr>
              <w:pStyle w:val="TableParagraph"/>
              <w:spacing w:before="74" w:line="266" w:lineRule="auto"/>
              <w:ind w:right="13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№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п/п</w:t>
            </w:r>
          </w:p>
        </w:tc>
        <w:tc>
          <w:tcPr>
            <w:tcW w:w="4381" w:type="dxa"/>
            <w:vMerge w:val="restart"/>
          </w:tcPr>
          <w:p w14:paraId="63E7C499" w14:textId="77777777" w:rsidR="000C70CE" w:rsidRDefault="000C70CE" w:rsidP="00CF21F5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Наименование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разделов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программы</w:t>
            </w:r>
          </w:p>
        </w:tc>
        <w:tc>
          <w:tcPr>
            <w:tcW w:w="2835" w:type="dxa"/>
            <w:gridSpan w:val="3"/>
          </w:tcPr>
          <w:p w14:paraId="4D6E1BCA" w14:textId="77777777" w:rsidR="000C70CE" w:rsidRDefault="000C70CE" w:rsidP="00CF21F5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Количество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часов</w:t>
            </w:r>
          </w:p>
        </w:tc>
        <w:tc>
          <w:tcPr>
            <w:tcW w:w="850" w:type="dxa"/>
            <w:vMerge w:val="restart"/>
          </w:tcPr>
          <w:p w14:paraId="142CF80A" w14:textId="77777777" w:rsidR="000C70CE" w:rsidRDefault="000C70CE" w:rsidP="00CF21F5">
            <w:pPr>
              <w:pStyle w:val="TableParagraph"/>
              <w:spacing w:before="74" w:line="266" w:lineRule="auto"/>
              <w:ind w:left="78" w:right="100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Дата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изучения</w:t>
            </w:r>
          </w:p>
        </w:tc>
        <w:tc>
          <w:tcPr>
            <w:tcW w:w="3827" w:type="dxa"/>
            <w:vMerge w:val="restart"/>
          </w:tcPr>
          <w:p w14:paraId="1C346171" w14:textId="77777777" w:rsidR="000C70CE" w:rsidRDefault="000C70CE" w:rsidP="00CF21F5">
            <w:pPr>
              <w:pStyle w:val="TableParagraph"/>
              <w:spacing w:before="74"/>
              <w:ind w:left="79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Виды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деятельности</w:t>
            </w:r>
          </w:p>
        </w:tc>
        <w:tc>
          <w:tcPr>
            <w:tcW w:w="1276" w:type="dxa"/>
            <w:vMerge w:val="restart"/>
          </w:tcPr>
          <w:p w14:paraId="208ADC4F" w14:textId="77777777" w:rsidR="000C70CE" w:rsidRDefault="000C70CE" w:rsidP="00CF21F5">
            <w:pPr>
              <w:pStyle w:val="TableParagraph"/>
              <w:spacing w:before="74" w:line="266" w:lineRule="auto"/>
              <w:ind w:left="80" w:right="331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Виды,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формы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контроля</w:t>
            </w:r>
          </w:p>
        </w:tc>
        <w:tc>
          <w:tcPr>
            <w:tcW w:w="1859" w:type="dxa"/>
            <w:vMerge w:val="restart"/>
          </w:tcPr>
          <w:p w14:paraId="0A327548" w14:textId="77777777" w:rsidR="000C70CE" w:rsidRDefault="000C70CE" w:rsidP="00CF21F5">
            <w:pPr>
              <w:pStyle w:val="TableParagraph"/>
              <w:spacing w:before="74" w:line="266" w:lineRule="auto"/>
              <w:ind w:left="81" w:right="40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Электронные (цифровые)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образовательные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ресурсы</w:t>
            </w:r>
          </w:p>
        </w:tc>
      </w:tr>
      <w:tr w:rsidR="000C70CE" w14:paraId="4F0F9F0C" w14:textId="77777777" w:rsidTr="003B20DE">
        <w:trPr>
          <w:trHeight w:val="525"/>
        </w:trPr>
        <w:tc>
          <w:tcPr>
            <w:tcW w:w="468" w:type="dxa"/>
            <w:vMerge/>
            <w:tcBorders>
              <w:top w:val="nil"/>
            </w:tcBorders>
          </w:tcPr>
          <w:p w14:paraId="79F89884" w14:textId="77777777" w:rsidR="000C70CE" w:rsidRDefault="000C70CE" w:rsidP="00CF21F5">
            <w:pPr>
              <w:rPr>
                <w:sz w:val="2"/>
                <w:szCs w:val="2"/>
              </w:rPr>
            </w:pPr>
          </w:p>
        </w:tc>
        <w:tc>
          <w:tcPr>
            <w:tcW w:w="4381" w:type="dxa"/>
            <w:vMerge/>
            <w:tcBorders>
              <w:top w:val="nil"/>
            </w:tcBorders>
          </w:tcPr>
          <w:p w14:paraId="50FFF00C" w14:textId="77777777" w:rsidR="000C70CE" w:rsidRDefault="000C70CE" w:rsidP="00CF21F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14:paraId="05A8CC03" w14:textId="77777777" w:rsidR="000C70CE" w:rsidRDefault="000C70CE" w:rsidP="00CF21F5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всего</w:t>
            </w:r>
          </w:p>
        </w:tc>
        <w:tc>
          <w:tcPr>
            <w:tcW w:w="1134" w:type="dxa"/>
          </w:tcPr>
          <w:p w14:paraId="37A745CA" w14:textId="77777777" w:rsidR="000C70CE" w:rsidRDefault="000C70CE" w:rsidP="00CF21F5">
            <w:pPr>
              <w:pStyle w:val="TableParagraph"/>
              <w:spacing w:before="74" w:line="266" w:lineRule="auto"/>
              <w:ind w:left="77" w:right="4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контрольные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134" w:type="dxa"/>
          </w:tcPr>
          <w:p w14:paraId="272D20CA" w14:textId="77777777" w:rsidR="000C70CE" w:rsidRDefault="000C70CE" w:rsidP="00CF21F5">
            <w:pPr>
              <w:pStyle w:val="TableParagraph"/>
              <w:spacing w:before="74" w:line="266" w:lineRule="auto"/>
              <w:ind w:left="78" w:right="4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практические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14:paraId="094FA706" w14:textId="77777777" w:rsidR="000C70CE" w:rsidRDefault="000C70CE" w:rsidP="00CF21F5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  <w:vMerge/>
            <w:tcBorders>
              <w:top w:val="nil"/>
            </w:tcBorders>
          </w:tcPr>
          <w:p w14:paraId="4FC74927" w14:textId="77777777" w:rsidR="000C70CE" w:rsidRDefault="000C70CE" w:rsidP="00CF21F5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14:paraId="2B4E2AF2" w14:textId="77777777" w:rsidR="000C70CE" w:rsidRDefault="000C70CE" w:rsidP="00CF21F5">
            <w:pPr>
              <w:rPr>
                <w:sz w:val="2"/>
                <w:szCs w:val="2"/>
              </w:rPr>
            </w:pPr>
          </w:p>
        </w:tc>
        <w:tc>
          <w:tcPr>
            <w:tcW w:w="1859" w:type="dxa"/>
            <w:vMerge/>
            <w:tcBorders>
              <w:top w:val="nil"/>
            </w:tcBorders>
          </w:tcPr>
          <w:p w14:paraId="70D24E38" w14:textId="77777777" w:rsidR="000C70CE" w:rsidRDefault="000C70CE" w:rsidP="00CF21F5">
            <w:pPr>
              <w:rPr>
                <w:sz w:val="2"/>
                <w:szCs w:val="2"/>
              </w:rPr>
            </w:pPr>
          </w:p>
        </w:tc>
      </w:tr>
      <w:tr w:rsidR="000C70CE" w:rsidRPr="00E12312" w14:paraId="596992EC" w14:textId="77777777" w:rsidTr="00CF21F5">
        <w:trPr>
          <w:trHeight w:val="333"/>
        </w:trPr>
        <w:tc>
          <w:tcPr>
            <w:tcW w:w="15496" w:type="dxa"/>
            <w:gridSpan w:val="9"/>
          </w:tcPr>
          <w:p w14:paraId="25556DFF" w14:textId="77777777" w:rsidR="000C70CE" w:rsidRDefault="000C70CE" w:rsidP="00CF21F5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Сведения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русском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языке</w:t>
            </w:r>
          </w:p>
        </w:tc>
      </w:tr>
      <w:tr w:rsidR="000C70CE" w14:paraId="6AA92C00" w14:textId="77777777" w:rsidTr="00E94CFA">
        <w:trPr>
          <w:trHeight w:val="1404"/>
        </w:trPr>
        <w:tc>
          <w:tcPr>
            <w:tcW w:w="468" w:type="dxa"/>
          </w:tcPr>
          <w:p w14:paraId="423645EB" w14:textId="77777777" w:rsidR="000C70CE" w:rsidRDefault="000C70CE" w:rsidP="00CF21F5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1.1.</w:t>
            </w:r>
          </w:p>
        </w:tc>
        <w:tc>
          <w:tcPr>
            <w:tcW w:w="4381" w:type="dxa"/>
          </w:tcPr>
          <w:p w14:paraId="37252E93" w14:textId="77777777" w:rsidR="000C70CE" w:rsidRDefault="000C70CE" w:rsidP="00CF21F5"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Русский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язык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межнационального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общения.</w:t>
            </w:r>
          </w:p>
        </w:tc>
        <w:tc>
          <w:tcPr>
            <w:tcW w:w="567" w:type="dxa"/>
          </w:tcPr>
          <w:p w14:paraId="28788DF4" w14:textId="77777777" w:rsidR="000C70CE" w:rsidRDefault="000C70CE" w:rsidP="00CF21F5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34" w:type="dxa"/>
          </w:tcPr>
          <w:p w14:paraId="33EA873C" w14:textId="77777777" w:rsidR="000C70CE" w:rsidRDefault="000C70CE" w:rsidP="00CF21F5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34" w:type="dxa"/>
          </w:tcPr>
          <w:p w14:paraId="4752C81C" w14:textId="77777777" w:rsidR="000C70CE" w:rsidRDefault="000C70CE" w:rsidP="00CF21F5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50" w:type="dxa"/>
          </w:tcPr>
          <w:p w14:paraId="4DD3C6AB" w14:textId="7230C193" w:rsidR="000C70CE" w:rsidRDefault="000C70CE" w:rsidP="00CF21F5">
            <w:pPr>
              <w:pStyle w:val="TableParagraph"/>
              <w:spacing w:before="74"/>
              <w:ind w:left="55" w:right="44"/>
              <w:jc w:val="center"/>
              <w:rPr>
                <w:sz w:val="15"/>
              </w:rPr>
            </w:pPr>
          </w:p>
        </w:tc>
        <w:tc>
          <w:tcPr>
            <w:tcW w:w="3827" w:type="dxa"/>
          </w:tcPr>
          <w:p w14:paraId="5CAD1901" w14:textId="57D48136" w:rsidR="000C70CE" w:rsidRDefault="000C70CE" w:rsidP="003B20DE">
            <w:pPr>
              <w:pStyle w:val="TableParagraph"/>
              <w:spacing w:before="7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Учебный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диалог</w:t>
            </w:r>
            <w:r w:rsidR="003B20DE">
              <w:rPr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«Почему каждому;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народу важно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сохранять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язык?;</w:t>
            </w:r>
            <w:r w:rsidR="003B20DE">
              <w:rPr>
                <w:w w:val="105"/>
                <w:sz w:val="15"/>
              </w:rPr>
              <w:t xml:space="preserve"> 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 общаться разным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народам;</w:t>
            </w:r>
          </w:p>
          <w:p w14:paraId="687FF2FF" w14:textId="0785A6B5" w:rsidR="000C70CE" w:rsidRDefault="000C70CE" w:rsidP="003B20DE">
            <w:pPr>
              <w:pStyle w:val="TableParagraph"/>
              <w:spacing w:before="20" w:line="266" w:lineRule="auto"/>
              <w:ind w:left="79" w:right="5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проживающим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одной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стране?»</w:t>
            </w:r>
            <w:r w:rsidR="003B20DE">
              <w:rPr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 w:rsidR="003B20DE">
              <w:rPr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ходе диалога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формулируются;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суждения 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многообразии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языкового;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пространства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значении;</w:t>
            </w:r>
          </w:p>
          <w:p w14:paraId="0F9A10A8" w14:textId="0E6DDAD3" w:rsidR="000C70CE" w:rsidRDefault="000C70CE" w:rsidP="00CF21F5">
            <w:pPr>
              <w:pStyle w:val="TableParagraph"/>
              <w:spacing w:before="4" w:line="266" w:lineRule="auto"/>
              <w:ind w:left="79" w:right="315"/>
              <w:rPr>
                <w:sz w:val="15"/>
              </w:rPr>
            </w:pPr>
            <w:r>
              <w:rPr>
                <w:w w:val="105"/>
                <w:sz w:val="15"/>
              </w:rPr>
              <w:t>русского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межнационального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общения;</w:t>
            </w:r>
          </w:p>
        </w:tc>
        <w:tc>
          <w:tcPr>
            <w:tcW w:w="1276" w:type="dxa"/>
          </w:tcPr>
          <w:p w14:paraId="247DC5B7" w14:textId="77777777" w:rsidR="000C70CE" w:rsidRDefault="000C70CE" w:rsidP="00CF21F5">
            <w:pPr>
              <w:pStyle w:val="TableParagraph"/>
              <w:spacing w:before="74" w:line="266" w:lineRule="auto"/>
              <w:ind w:left="80" w:right="48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859" w:type="dxa"/>
          </w:tcPr>
          <w:p w14:paraId="0816B84E" w14:textId="77777777" w:rsidR="000C70CE" w:rsidRDefault="000C70CE" w:rsidP="00CF21F5">
            <w:pPr>
              <w:pStyle w:val="TableParagraph"/>
              <w:spacing w:before="74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презентация</w:t>
            </w:r>
          </w:p>
        </w:tc>
      </w:tr>
      <w:tr w:rsidR="000C70CE" w14:paraId="498F60C6" w14:textId="77777777" w:rsidTr="00E94CFA">
        <w:trPr>
          <w:trHeight w:val="1395"/>
        </w:trPr>
        <w:tc>
          <w:tcPr>
            <w:tcW w:w="468" w:type="dxa"/>
          </w:tcPr>
          <w:p w14:paraId="7709E785" w14:textId="77777777" w:rsidR="000C70CE" w:rsidRDefault="000C70CE" w:rsidP="00CF21F5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1.2.</w:t>
            </w:r>
          </w:p>
        </w:tc>
        <w:tc>
          <w:tcPr>
            <w:tcW w:w="4381" w:type="dxa"/>
          </w:tcPr>
          <w:p w14:paraId="5203CC41" w14:textId="77777777" w:rsidR="000C70CE" w:rsidRDefault="000C70CE" w:rsidP="00CF21F5">
            <w:pPr>
              <w:pStyle w:val="TableParagraph"/>
              <w:spacing w:before="74" w:line="266" w:lineRule="auto"/>
              <w:ind w:right="15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Знакомство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различными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методами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познания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языка: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наблюдение,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лингвистический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эксперимент,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мини-исследование,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проект</w:t>
            </w:r>
          </w:p>
        </w:tc>
        <w:tc>
          <w:tcPr>
            <w:tcW w:w="567" w:type="dxa"/>
          </w:tcPr>
          <w:p w14:paraId="76BFCC07" w14:textId="77777777" w:rsidR="000C70CE" w:rsidRDefault="000C70CE" w:rsidP="00CF21F5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34" w:type="dxa"/>
          </w:tcPr>
          <w:p w14:paraId="37031065" w14:textId="77777777" w:rsidR="000C70CE" w:rsidRDefault="000C70CE" w:rsidP="00CF21F5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34" w:type="dxa"/>
          </w:tcPr>
          <w:p w14:paraId="0B98C33E" w14:textId="77777777" w:rsidR="000C70CE" w:rsidRDefault="000C70CE" w:rsidP="00CF21F5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50" w:type="dxa"/>
          </w:tcPr>
          <w:p w14:paraId="7E86DF1C" w14:textId="537F21FC" w:rsidR="000C70CE" w:rsidRDefault="000C70CE" w:rsidP="00CF21F5">
            <w:pPr>
              <w:pStyle w:val="TableParagraph"/>
              <w:spacing w:before="74"/>
              <w:ind w:left="55" w:right="44"/>
              <w:jc w:val="center"/>
              <w:rPr>
                <w:sz w:val="15"/>
              </w:rPr>
            </w:pPr>
          </w:p>
        </w:tc>
        <w:tc>
          <w:tcPr>
            <w:tcW w:w="3827" w:type="dxa"/>
          </w:tcPr>
          <w:p w14:paraId="4B14A130" w14:textId="4F479B96" w:rsidR="000C70CE" w:rsidRDefault="000C70CE" w:rsidP="00E94CFA">
            <w:pPr>
              <w:pStyle w:val="TableParagraph"/>
              <w:spacing w:before="7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Учебный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диалог</w:t>
            </w:r>
            <w:r w:rsidR="003B20DE">
              <w:rPr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«Почему каждому;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народу важно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сохранять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язык?;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 общаться разным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народам;</w:t>
            </w:r>
          </w:p>
          <w:p w14:paraId="7BD4BEA6" w14:textId="6B8E9AC7" w:rsidR="000C70CE" w:rsidRDefault="000C70CE" w:rsidP="00E94CFA">
            <w:pPr>
              <w:pStyle w:val="TableParagraph"/>
              <w:spacing w:before="20" w:line="266" w:lineRule="auto"/>
              <w:ind w:left="79" w:right="5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проживающим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одной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стране?»;</w:t>
            </w:r>
            <w:r w:rsidR="00E94CFA">
              <w:rPr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в;</w:t>
            </w:r>
          </w:p>
          <w:p w14:paraId="22AB83F9" w14:textId="70B4C53B" w:rsidR="000C70CE" w:rsidRDefault="000C70CE" w:rsidP="00E94CFA">
            <w:pPr>
              <w:pStyle w:val="TableParagraph"/>
              <w:spacing w:before="20" w:line="266" w:lineRule="auto"/>
              <w:ind w:left="79" w:right="80"/>
              <w:rPr>
                <w:sz w:val="15"/>
              </w:rPr>
            </w:pPr>
            <w:r>
              <w:rPr>
                <w:w w:val="105"/>
                <w:sz w:val="15"/>
              </w:rPr>
              <w:t>ходе диалога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формулируются;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суждения 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многообразии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языкового;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пространства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значении;</w:t>
            </w:r>
            <w:r w:rsidR="00E94CFA">
              <w:rPr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русского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межнационального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общения;;</w:t>
            </w:r>
          </w:p>
        </w:tc>
        <w:tc>
          <w:tcPr>
            <w:tcW w:w="1276" w:type="dxa"/>
          </w:tcPr>
          <w:p w14:paraId="28F2B83B" w14:textId="77777777" w:rsidR="000C70CE" w:rsidRDefault="000C70CE" w:rsidP="00CF21F5">
            <w:pPr>
              <w:pStyle w:val="TableParagraph"/>
              <w:spacing w:before="74" w:line="266" w:lineRule="auto"/>
              <w:ind w:left="80" w:right="48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859" w:type="dxa"/>
          </w:tcPr>
          <w:p w14:paraId="029281EF" w14:textId="77777777" w:rsidR="000C70CE" w:rsidRDefault="000C70CE" w:rsidP="00CF21F5">
            <w:pPr>
              <w:pStyle w:val="TableParagraph"/>
              <w:spacing w:before="74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презентация</w:t>
            </w:r>
          </w:p>
        </w:tc>
      </w:tr>
      <w:tr w:rsidR="000C70CE" w14:paraId="76B3D269" w14:textId="77777777" w:rsidTr="003B20DE">
        <w:trPr>
          <w:trHeight w:val="333"/>
        </w:trPr>
        <w:tc>
          <w:tcPr>
            <w:tcW w:w="4849" w:type="dxa"/>
            <w:gridSpan w:val="2"/>
          </w:tcPr>
          <w:p w14:paraId="1C80798E" w14:textId="77777777" w:rsidR="000C70CE" w:rsidRDefault="000C70CE" w:rsidP="00CF21F5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разделу:</w:t>
            </w:r>
          </w:p>
        </w:tc>
        <w:tc>
          <w:tcPr>
            <w:tcW w:w="567" w:type="dxa"/>
          </w:tcPr>
          <w:p w14:paraId="07C3FD1A" w14:textId="77777777" w:rsidR="000C70CE" w:rsidRDefault="000C70CE" w:rsidP="00CF21F5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0080" w:type="dxa"/>
            <w:gridSpan w:val="6"/>
          </w:tcPr>
          <w:p w14:paraId="04D190FC" w14:textId="77777777" w:rsidR="000C70CE" w:rsidRDefault="000C70CE" w:rsidP="00CF21F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0C70CE" w14:paraId="62742D5A" w14:textId="77777777" w:rsidTr="00CF21F5">
        <w:trPr>
          <w:trHeight w:val="333"/>
        </w:trPr>
        <w:tc>
          <w:tcPr>
            <w:tcW w:w="15496" w:type="dxa"/>
            <w:gridSpan w:val="9"/>
          </w:tcPr>
          <w:p w14:paraId="58341E1D" w14:textId="77777777" w:rsidR="000C70CE" w:rsidRDefault="000C70CE" w:rsidP="00CF21F5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Раздел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Фонетика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графика</w:t>
            </w:r>
          </w:p>
        </w:tc>
      </w:tr>
      <w:tr w:rsidR="000C70CE" w14:paraId="00CBB12C" w14:textId="77777777" w:rsidTr="00E94CFA">
        <w:trPr>
          <w:trHeight w:val="629"/>
        </w:trPr>
        <w:tc>
          <w:tcPr>
            <w:tcW w:w="468" w:type="dxa"/>
          </w:tcPr>
          <w:p w14:paraId="1DFCC857" w14:textId="77777777" w:rsidR="000C70CE" w:rsidRDefault="000C70CE" w:rsidP="00CF21F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2.1.</w:t>
            </w:r>
          </w:p>
        </w:tc>
        <w:tc>
          <w:tcPr>
            <w:tcW w:w="4381" w:type="dxa"/>
          </w:tcPr>
          <w:p w14:paraId="059E61A3" w14:textId="77777777" w:rsidR="000C70CE" w:rsidRDefault="000C70CE" w:rsidP="00CF21F5">
            <w:pPr>
              <w:pStyle w:val="TableParagraph"/>
              <w:spacing w:before="64" w:line="266" w:lineRule="auto"/>
              <w:rPr>
                <w:sz w:val="15"/>
              </w:rPr>
            </w:pPr>
            <w:r>
              <w:rPr>
                <w:w w:val="105"/>
                <w:sz w:val="15"/>
              </w:rPr>
              <w:t>Характеристика,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сравнение,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классификация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вне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заданным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параметрам.</w:t>
            </w:r>
          </w:p>
        </w:tc>
        <w:tc>
          <w:tcPr>
            <w:tcW w:w="567" w:type="dxa"/>
          </w:tcPr>
          <w:p w14:paraId="28146E40" w14:textId="77777777" w:rsidR="000C70CE" w:rsidRDefault="000C70CE" w:rsidP="00CF21F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34" w:type="dxa"/>
          </w:tcPr>
          <w:p w14:paraId="32D66465" w14:textId="77777777" w:rsidR="000C70CE" w:rsidRDefault="000C70CE" w:rsidP="00CF21F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34" w:type="dxa"/>
          </w:tcPr>
          <w:p w14:paraId="65D633AE" w14:textId="77777777" w:rsidR="000C70CE" w:rsidRDefault="000C70CE" w:rsidP="00CF21F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50" w:type="dxa"/>
          </w:tcPr>
          <w:p w14:paraId="658994DE" w14:textId="6EE1575B" w:rsidR="000C70CE" w:rsidRDefault="000C70CE" w:rsidP="00CF21F5">
            <w:pPr>
              <w:pStyle w:val="TableParagraph"/>
              <w:spacing w:before="64"/>
              <w:ind w:left="55" w:right="44"/>
              <w:jc w:val="center"/>
              <w:rPr>
                <w:sz w:val="15"/>
              </w:rPr>
            </w:pPr>
          </w:p>
        </w:tc>
        <w:tc>
          <w:tcPr>
            <w:tcW w:w="3827" w:type="dxa"/>
          </w:tcPr>
          <w:p w14:paraId="6A20EFBF" w14:textId="77777777" w:rsidR="000C70CE" w:rsidRDefault="000C70CE" w:rsidP="00CF21F5">
            <w:pPr>
              <w:pStyle w:val="TableParagraph"/>
              <w:spacing w:before="64" w:line="266" w:lineRule="auto"/>
              <w:ind w:left="79" w:right="19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Учебный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диалог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«По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каким;</w:t>
            </w:r>
          </w:p>
          <w:p w14:paraId="0C9A7032" w14:textId="77777777" w:rsidR="000C70CE" w:rsidRDefault="000C70CE" w:rsidP="00CF21F5">
            <w:pPr>
              <w:pStyle w:val="TableParagraph"/>
              <w:spacing w:before="2" w:line="266" w:lineRule="auto"/>
              <w:ind w:left="79" w:right="20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признакам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мы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умеем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характеризовать;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звуки?»;</w:t>
            </w:r>
          </w:p>
          <w:p w14:paraId="1BCEE0AB" w14:textId="1F73AF56" w:rsidR="000C70CE" w:rsidRDefault="000C70CE" w:rsidP="00CF21F5">
            <w:pPr>
              <w:pStyle w:val="TableParagraph"/>
              <w:spacing w:before="2"/>
              <w:ind w:left="79"/>
              <w:rPr>
                <w:sz w:val="15"/>
              </w:rPr>
            </w:pPr>
          </w:p>
        </w:tc>
        <w:tc>
          <w:tcPr>
            <w:tcW w:w="1276" w:type="dxa"/>
          </w:tcPr>
          <w:p w14:paraId="6A8DC3EE" w14:textId="77777777" w:rsidR="000C70CE" w:rsidRDefault="000C70CE" w:rsidP="00CF21F5">
            <w:pPr>
              <w:pStyle w:val="TableParagraph"/>
              <w:spacing w:before="64" w:line="266" w:lineRule="auto"/>
              <w:ind w:left="80" w:right="48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859" w:type="dxa"/>
          </w:tcPr>
          <w:p w14:paraId="5BA26A0F" w14:textId="77777777" w:rsidR="000C70CE" w:rsidRDefault="000C70CE" w:rsidP="00CF21F5">
            <w:pPr>
              <w:pStyle w:val="TableParagraph"/>
              <w:spacing w:before="64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Презентация</w:t>
            </w:r>
          </w:p>
        </w:tc>
      </w:tr>
      <w:tr w:rsidR="000C70CE" w14:paraId="4C33613F" w14:textId="77777777" w:rsidTr="00E94CFA">
        <w:trPr>
          <w:trHeight w:val="1120"/>
        </w:trPr>
        <w:tc>
          <w:tcPr>
            <w:tcW w:w="468" w:type="dxa"/>
          </w:tcPr>
          <w:p w14:paraId="215891CB" w14:textId="77777777" w:rsidR="000C70CE" w:rsidRDefault="000C70CE" w:rsidP="00CF21F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2.2.</w:t>
            </w:r>
          </w:p>
        </w:tc>
        <w:tc>
          <w:tcPr>
            <w:tcW w:w="4381" w:type="dxa"/>
          </w:tcPr>
          <w:p w14:paraId="5DDDE40C" w14:textId="77777777" w:rsidR="000C70CE" w:rsidRDefault="000C70CE" w:rsidP="00CF21F5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Звуко-буквенный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разбор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</w:t>
            </w:r>
          </w:p>
        </w:tc>
        <w:tc>
          <w:tcPr>
            <w:tcW w:w="567" w:type="dxa"/>
          </w:tcPr>
          <w:p w14:paraId="24829AC2" w14:textId="77777777" w:rsidR="000C70CE" w:rsidRDefault="000C70CE" w:rsidP="00CF21F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34" w:type="dxa"/>
          </w:tcPr>
          <w:p w14:paraId="4177BFF8" w14:textId="77777777" w:rsidR="000C70CE" w:rsidRDefault="000C70CE" w:rsidP="00CF21F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34" w:type="dxa"/>
          </w:tcPr>
          <w:p w14:paraId="2A0C6F7A" w14:textId="77777777" w:rsidR="000C70CE" w:rsidRDefault="000C70CE" w:rsidP="00CF21F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50" w:type="dxa"/>
          </w:tcPr>
          <w:p w14:paraId="3A1D61C1" w14:textId="55E1302C" w:rsidR="000C70CE" w:rsidRDefault="000C70CE" w:rsidP="00CF21F5">
            <w:pPr>
              <w:pStyle w:val="TableParagraph"/>
              <w:spacing w:before="64"/>
              <w:ind w:left="55" w:right="44"/>
              <w:jc w:val="center"/>
              <w:rPr>
                <w:sz w:val="15"/>
              </w:rPr>
            </w:pPr>
          </w:p>
        </w:tc>
        <w:tc>
          <w:tcPr>
            <w:tcW w:w="3827" w:type="dxa"/>
          </w:tcPr>
          <w:p w14:paraId="143BF911" w14:textId="77777777" w:rsidR="000C70CE" w:rsidRDefault="000C70CE" w:rsidP="00CF21F5">
            <w:pPr>
              <w:pStyle w:val="TableParagraph"/>
              <w:spacing w:before="64" w:line="266" w:lineRule="auto"/>
              <w:ind w:left="79" w:right="54"/>
              <w:rPr>
                <w:sz w:val="15"/>
              </w:rPr>
            </w:pPr>
            <w:r>
              <w:rPr>
                <w:w w:val="105"/>
                <w:sz w:val="15"/>
              </w:rPr>
              <w:t>Работа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парах: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устная;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характеристика </w:t>
            </w:r>
            <w:r>
              <w:rPr>
                <w:w w:val="105"/>
                <w:sz w:val="15"/>
              </w:rPr>
              <w:t>звуков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 заданным;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признакам;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Совместный анализ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предложенного;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алгоритма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звукобуквенного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разбора;</w:t>
            </w:r>
          </w:p>
          <w:p w14:paraId="5BCEAD62" w14:textId="77777777" w:rsidR="000C70CE" w:rsidRDefault="000C70CE" w:rsidP="00CF21F5">
            <w:pPr>
              <w:pStyle w:val="TableParagraph"/>
              <w:spacing w:before="6" w:line="266" w:lineRule="auto"/>
              <w:ind w:left="79" w:right="15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 работа: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проведение;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звукобуквенного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разбора;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слов;</w:t>
            </w:r>
          </w:p>
          <w:p w14:paraId="22DE68E3" w14:textId="495325BE" w:rsidR="000C70CE" w:rsidRDefault="000C70CE" w:rsidP="00CF21F5">
            <w:pPr>
              <w:pStyle w:val="TableParagraph"/>
              <w:spacing w:before="3"/>
              <w:ind w:left="79"/>
              <w:rPr>
                <w:sz w:val="15"/>
              </w:rPr>
            </w:pPr>
          </w:p>
        </w:tc>
        <w:tc>
          <w:tcPr>
            <w:tcW w:w="1276" w:type="dxa"/>
          </w:tcPr>
          <w:p w14:paraId="496A8F9A" w14:textId="77777777" w:rsidR="000C70CE" w:rsidRDefault="000C70CE" w:rsidP="00CF21F5">
            <w:pPr>
              <w:pStyle w:val="TableParagraph"/>
              <w:spacing w:before="64" w:line="266" w:lineRule="auto"/>
              <w:ind w:left="80" w:righ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859" w:type="dxa"/>
          </w:tcPr>
          <w:p w14:paraId="1813D732" w14:textId="77777777" w:rsidR="000C70CE" w:rsidRDefault="000C70CE" w:rsidP="00CF21F5">
            <w:pPr>
              <w:pStyle w:val="TableParagraph"/>
              <w:spacing w:before="64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Презентация</w:t>
            </w:r>
          </w:p>
        </w:tc>
      </w:tr>
      <w:tr w:rsidR="000C70CE" w14:paraId="5F533710" w14:textId="77777777" w:rsidTr="00E94CFA">
        <w:trPr>
          <w:trHeight w:val="333"/>
        </w:trPr>
        <w:tc>
          <w:tcPr>
            <w:tcW w:w="4849" w:type="dxa"/>
            <w:gridSpan w:val="2"/>
          </w:tcPr>
          <w:p w14:paraId="6A267DAF" w14:textId="77777777" w:rsidR="000C70CE" w:rsidRDefault="000C70CE" w:rsidP="00CF21F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разделу:</w:t>
            </w:r>
          </w:p>
        </w:tc>
        <w:tc>
          <w:tcPr>
            <w:tcW w:w="567" w:type="dxa"/>
          </w:tcPr>
          <w:p w14:paraId="61B08D92" w14:textId="77777777" w:rsidR="000C70CE" w:rsidRDefault="000C70CE" w:rsidP="00CF21F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0080" w:type="dxa"/>
            <w:gridSpan w:val="6"/>
          </w:tcPr>
          <w:p w14:paraId="4D340290" w14:textId="77777777" w:rsidR="000C70CE" w:rsidRDefault="000C70CE" w:rsidP="00CF21F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0C70CE" w14:paraId="03992EBE" w14:textId="77777777" w:rsidTr="00CF21F5">
        <w:trPr>
          <w:trHeight w:val="333"/>
        </w:trPr>
        <w:tc>
          <w:tcPr>
            <w:tcW w:w="15496" w:type="dxa"/>
            <w:gridSpan w:val="9"/>
          </w:tcPr>
          <w:p w14:paraId="1674381B" w14:textId="77777777" w:rsidR="000C70CE" w:rsidRDefault="000C70CE" w:rsidP="00CF21F5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3.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Лексика</w:t>
            </w:r>
          </w:p>
        </w:tc>
      </w:tr>
      <w:tr w:rsidR="000C70CE" w:rsidRPr="00F178D3" w14:paraId="4516FF7C" w14:textId="77777777" w:rsidTr="00E94CFA">
        <w:trPr>
          <w:trHeight w:val="1462"/>
        </w:trPr>
        <w:tc>
          <w:tcPr>
            <w:tcW w:w="468" w:type="dxa"/>
          </w:tcPr>
          <w:p w14:paraId="4FC731F8" w14:textId="77777777" w:rsidR="000C70CE" w:rsidRDefault="000C70CE" w:rsidP="00CF21F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3.1.</w:t>
            </w:r>
          </w:p>
        </w:tc>
        <w:tc>
          <w:tcPr>
            <w:tcW w:w="4381" w:type="dxa"/>
          </w:tcPr>
          <w:p w14:paraId="27D4C77E" w14:textId="77777777" w:rsidR="000C70CE" w:rsidRDefault="000C70CE" w:rsidP="00CF21F5">
            <w:pPr>
              <w:pStyle w:val="TableParagraph"/>
              <w:spacing w:before="64" w:line="266" w:lineRule="auto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Повторение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продолжение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работы: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наблюдение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использованием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синонимов,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антонимов,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устаревших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(простые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случаи).</w:t>
            </w:r>
          </w:p>
        </w:tc>
        <w:tc>
          <w:tcPr>
            <w:tcW w:w="567" w:type="dxa"/>
          </w:tcPr>
          <w:p w14:paraId="28F602CB" w14:textId="77777777" w:rsidR="000C70CE" w:rsidRDefault="000C70CE" w:rsidP="00CF21F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34" w:type="dxa"/>
          </w:tcPr>
          <w:p w14:paraId="00D5ED4F" w14:textId="77777777" w:rsidR="000C70CE" w:rsidRDefault="000C70CE" w:rsidP="00CF21F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34" w:type="dxa"/>
          </w:tcPr>
          <w:p w14:paraId="29FD8EB9" w14:textId="77777777" w:rsidR="000C70CE" w:rsidRDefault="000C70CE" w:rsidP="00CF21F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850" w:type="dxa"/>
          </w:tcPr>
          <w:p w14:paraId="15EE038F" w14:textId="452827D1" w:rsidR="000C70CE" w:rsidRDefault="000C70CE" w:rsidP="00CF21F5">
            <w:pPr>
              <w:pStyle w:val="TableParagraph"/>
              <w:spacing w:before="20"/>
              <w:ind w:left="78"/>
              <w:rPr>
                <w:sz w:val="15"/>
              </w:rPr>
            </w:pPr>
          </w:p>
        </w:tc>
        <w:tc>
          <w:tcPr>
            <w:tcW w:w="3827" w:type="dxa"/>
          </w:tcPr>
          <w:p w14:paraId="670B484F" w14:textId="77777777" w:rsidR="000C70CE" w:rsidRDefault="000C70CE" w:rsidP="00CF21F5">
            <w:pPr>
              <w:pStyle w:val="TableParagraph"/>
              <w:spacing w:before="64" w:line="266" w:lineRule="auto"/>
              <w:ind w:left="79" w:right="29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Комментированное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выполнение;</w:t>
            </w:r>
          </w:p>
          <w:p w14:paraId="36E1E3DA" w14:textId="77777777" w:rsidR="000C70CE" w:rsidRDefault="000C70CE" w:rsidP="00CF21F5">
            <w:pPr>
              <w:pStyle w:val="TableParagraph"/>
              <w:spacing w:before="2" w:line="266" w:lineRule="auto"/>
              <w:ind w:left="79" w:right="64"/>
              <w:rPr>
                <w:sz w:val="15"/>
              </w:rPr>
            </w:pPr>
            <w:r>
              <w:rPr>
                <w:w w:val="105"/>
                <w:sz w:val="15"/>
              </w:rPr>
              <w:t>задания: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ряда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синонимов;</w:t>
            </w:r>
          </w:p>
          <w:p w14:paraId="3D8394EA" w14:textId="6E24B8B8" w:rsidR="000C70CE" w:rsidRDefault="000C70CE" w:rsidP="00E94CFA">
            <w:pPr>
              <w:pStyle w:val="TableParagraph"/>
              <w:spacing w:before="1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слова;</w:t>
            </w:r>
            <w:r w:rsidR="00E94CFA">
              <w:rPr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которое подходит для;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заполнения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пропуска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предложении;</w:t>
            </w:r>
            <w:r w:rsidR="00E94CFA">
              <w:rPr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объяснение своего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выбора;</w:t>
            </w:r>
          </w:p>
          <w:p w14:paraId="40BE79B5" w14:textId="0C49ED72" w:rsidR="000C70CE" w:rsidRDefault="000C70CE" w:rsidP="00E94CFA">
            <w:pPr>
              <w:pStyle w:val="TableParagraph"/>
              <w:spacing w:before="2" w:line="266" w:lineRule="auto"/>
              <w:ind w:left="79" w:right="132"/>
              <w:rPr>
                <w:sz w:val="15"/>
              </w:rPr>
            </w:pPr>
            <w:r>
              <w:rPr>
                <w:w w:val="105"/>
                <w:sz w:val="15"/>
              </w:rPr>
              <w:t>Работа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группах: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 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дидактическим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текстом;</w:t>
            </w:r>
            <w:r w:rsidR="00E94CFA">
              <w:rPr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уместности</w:t>
            </w:r>
            <w:r w:rsidR="00E94CFA"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использования </w:t>
            </w:r>
            <w:r>
              <w:rPr>
                <w:w w:val="105"/>
                <w:sz w:val="15"/>
              </w:rPr>
              <w:t>слов в;</w:t>
            </w:r>
            <w:r>
              <w:rPr>
                <w:spacing w:val="-3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предложениях;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нахождение случаев;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неудачного выбора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слова;</w:t>
            </w:r>
            <w:r w:rsidR="00E94CFA">
              <w:rPr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корректировка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обнаруженных;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ошибок (выбор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наиболее точного;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синонима);</w:t>
            </w:r>
          </w:p>
          <w:p w14:paraId="664FE90C" w14:textId="5365B0A8" w:rsidR="000C70CE" w:rsidRDefault="000C70CE" w:rsidP="00CF21F5">
            <w:pPr>
              <w:pStyle w:val="TableParagraph"/>
              <w:spacing w:before="3"/>
              <w:ind w:left="79"/>
              <w:rPr>
                <w:sz w:val="15"/>
              </w:rPr>
            </w:pPr>
          </w:p>
        </w:tc>
        <w:tc>
          <w:tcPr>
            <w:tcW w:w="1276" w:type="dxa"/>
          </w:tcPr>
          <w:p w14:paraId="22AC5876" w14:textId="77777777" w:rsidR="000C70CE" w:rsidRDefault="000C70CE" w:rsidP="00CF21F5">
            <w:pPr>
              <w:pStyle w:val="TableParagraph"/>
              <w:spacing w:before="64" w:line="266" w:lineRule="auto"/>
              <w:ind w:left="80" w:right="40"/>
              <w:rPr>
                <w:sz w:val="15"/>
              </w:rPr>
            </w:pPr>
            <w:r>
              <w:rPr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Тестирование;</w:t>
            </w:r>
          </w:p>
        </w:tc>
        <w:tc>
          <w:tcPr>
            <w:tcW w:w="1859" w:type="dxa"/>
          </w:tcPr>
          <w:p w14:paraId="48CA7E4F" w14:textId="77777777" w:rsidR="000C70CE" w:rsidRPr="00F178D3" w:rsidRDefault="000C70CE" w:rsidP="00E94CFA">
            <w:pPr>
              <w:pStyle w:val="TableParagraph"/>
              <w:spacing w:before="64" w:line="266" w:lineRule="auto"/>
              <w:ind w:left="81"/>
              <w:rPr>
                <w:sz w:val="15"/>
                <w:lang w:val="en-US"/>
              </w:rPr>
            </w:pPr>
            <w:r w:rsidRPr="00F178D3">
              <w:rPr>
                <w:spacing w:val="-1"/>
                <w:w w:val="105"/>
                <w:sz w:val="15"/>
                <w:lang w:val="en-US"/>
              </w:rPr>
              <w:t>resh.edu.ru</w:t>
            </w:r>
            <w:r w:rsidRPr="00F178D3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>
              <w:rPr>
                <w:w w:val="105"/>
                <w:sz w:val="15"/>
              </w:rPr>
              <w:t>учи</w:t>
            </w:r>
            <w:r w:rsidRPr="00F178D3">
              <w:rPr>
                <w:w w:val="105"/>
                <w:sz w:val="15"/>
                <w:lang w:val="en-US"/>
              </w:rPr>
              <w:t>.</w:t>
            </w:r>
            <w:r>
              <w:rPr>
                <w:w w:val="105"/>
                <w:sz w:val="15"/>
              </w:rPr>
              <w:t>ру</w:t>
            </w:r>
          </w:p>
          <w:p w14:paraId="1B5C7591" w14:textId="77777777" w:rsidR="000C70CE" w:rsidRPr="00F178D3" w:rsidRDefault="000C70CE" w:rsidP="00CF21F5">
            <w:pPr>
              <w:pStyle w:val="TableParagraph"/>
              <w:spacing w:before="2"/>
              <w:ind w:left="81"/>
              <w:rPr>
                <w:sz w:val="15"/>
                <w:lang w:val="en-US"/>
              </w:rPr>
            </w:pPr>
            <w:r w:rsidRPr="00F178D3">
              <w:rPr>
                <w:w w:val="105"/>
                <w:sz w:val="15"/>
                <w:lang w:val="en-US"/>
              </w:rPr>
              <w:t>education.yandex.ru</w:t>
            </w:r>
          </w:p>
        </w:tc>
      </w:tr>
    </w:tbl>
    <w:p w14:paraId="1E5420A6" w14:textId="77777777" w:rsidR="000C70CE" w:rsidRPr="00F178D3" w:rsidRDefault="000C70CE" w:rsidP="000C70CE">
      <w:pPr>
        <w:rPr>
          <w:sz w:val="15"/>
        </w:rPr>
        <w:sectPr w:rsidR="000C70CE" w:rsidRPr="00F178D3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4381"/>
        <w:gridCol w:w="567"/>
        <w:gridCol w:w="1134"/>
        <w:gridCol w:w="1134"/>
        <w:gridCol w:w="850"/>
        <w:gridCol w:w="3827"/>
        <w:gridCol w:w="1276"/>
        <w:gridCol w:w="1859"/>
      </w:tblGrid>
      <w:tr w:rsidR="000C70CE" w:rsidRPr="00F178D3" w14:paraId="66B5C484" w14:textId="77777777" w:rsidTr="00CB36A7">
        <w:trPr>
          <w:trHeight w:val="2029"/>
        </w:trPr>
        <w:tc>
          <w:tcPr>
            <w:tcW w:w="468" w:type="dxa"/>
          </w:tcPr>
          <w:p w14:paraId="1C7549A9" w14:textId="77777777" w:rsidR="000C70CE" w:rsidRDefault="000C70CE" w:rsidP="00CF21F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3.2.</w:t>
            </w:r>
          </w:p>
        </w:tc>
        <w:tc>
          <w:tcPr>
            <w:tcW w:w="4381" w:type="dxa"/>
          </w:tcPr>
          <w:p w14:paraId="5A97AB90" w14:textId="77777777" w:rsidR="000C70CE" w:rsidRDefault="000C70CE" w:rsidP="00CF21F5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Наблюдение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использованием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фразеологизмов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(простые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случаи)</w:t>
            </w:r>
          </w:p>
        </w:tc>
        <w:tc>
          <w:tcPr>
            <w:tcW w:w="567" w:type="dxa"/>
          </w:tcPr>
          <w:p w14:paraId="079DA4FC" w14:textId="77777777" w:rsidR="000C70CE" w:rsidRDefault="000C70CE" w:rsidP="00CF21F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34" w:type="dxa"/>
          </w:tcPr>
          <w:p w14:paraId="45CEF9B7" w14:textId="77777777" w:rsidR="000C70CE" w:rsidRDefault="000C70CE" w:rsidP="00CF21F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34" w:type="dxa"/>
          </w:tcPr>
          <w:p w14:paraId="304EB4BA" w14:textId="77777777" w:rsidR="000C70CE" w:rsidRDefault="000C70CE" w:rsidP="00CF21F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50" w:type="dxa"/>
          </w:tcPr>
          <w:p w14:paraId="567815D7" w14:textId="0EED45E3" w:rsidR="000C70CE" w:rsidRDefault="000C70CE" w:rsidP="00CF21F5">
            <w:pPr>
              <w:pStyle w:val="TableParagraph"/>
              <w:spacing w:before="64"/>
              <w:ind w:left="78"/>
              <w:rPr>
                <w:sz w:val="15"/>
              </w:rPr>
            </w:pPr>
          </w:p>
        </w:tc>
        <w:tc>
          <w:tcPr>
            <w:tcW w:w="3827" w:type="dxa"/>
          </w:tcPr>
          <w:p w14:paraId="57EAC3E1" w14:textId="77777777" w:rsidR="000C70CE" w:rsidRDefault="000C70CE" w:rsidP="00CF21F5">
            <w:pPr>
              <w:pStyle w:val="TableParagraph"/>
              <w:spacing w:before="64" w:line="266" w:lineRule="auto"/>
              <w:ind w:left="79" w:right="196"/>
              <w:rPr>
                <w:sz w:val="15"/>
              </w:rPr>
            </w:pPr>
            <w:r>
              <w:rPr>
                <w:w w:val="105"/>
                <w:sz w:val="15"/>
              </w:rPr>
              <w:t>Работа с рисунками: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соотнесение;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рисунков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соответствующими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им;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фразеологизмами;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 в парах: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соотнесение;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фразеологизмов </w:t>
            </w:r>
            <w:r>
              <w:rPr>
                <w:w w:val="105"/>
                <w:sz w:val="15"/>
              </w:rPr>
              <w:t>и их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значений.;</w:t>
            </w:r>
          </w:p>
          <w:p w14:paraId="45C65D14" w14:textId="4F739970" w:rsidR="000C70CE" w:rsidRDefault="000C70CE" w:rsidP="00CB36A7">
            <w:pPr>
              <w:pStyle w:val="TableParagraph"/>
              <w:spacing w:before="7" w:line="266" w:lineRule="auto"/>
              <w:ind w:left="79" w:right="121"/>
              <w:rPr>
                <w:sz w:val="15"/>
              </w:rPr>
            </w:pPr>
            <w:r>
              <w:rPr>
                <w:w w:val="105"/>
                <w:sz w:val="15"/>
              </w:rPr>
              <w:t>Работа в группах: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поиск в текстах;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фразеологизмов;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Дифференцированное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задание: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  <w:r w:rsidR="00CB36A7">
              <w:rPr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 словарём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фразеологизмов;</w:t>
            </w:r>
            <w:r w:rsidR="00CB36A7"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выписывание значений</w:t>
            </w:r>
            <w:r w:rsidR="00CB36A7"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2—3;</w:t>
            </w:r>
            <w:r w:rsidR="00CB36A7">
              <w:rPr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фразеологизмов;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Творческое </w:t>
            </w:r>
            <w:r>
              <w:rPr>
                <w:w w:val="105"/>
                <w:sz w:val="15"/>
              </w:rPr>
              <w:t>задание: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создание;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собственных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шуточных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рисунков;</w:t>
            </w:r>
            <w:r w:rsidR="00CB36A7"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основанных на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буквальном;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понимании значения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слов;</w:t>
            </w:r>
            <w:r w:rsidR="00CB36A7">
              <w:rPr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входящих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в;</w:t>
            </w:r>
          </w:p>
          <w:p w14:paraId="65EDA819" w14:textId="77777777" w:rsidR="000C70CE" w:rsidRDefault="000C70CE" w:rsidP="00CF21F5">
            <w:pPr>
              <w:pStyle w:val="TableParagraph"/>
              <w:spacing w:before="19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состав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фразеологизма;</w:t>
            </w:r>
          </w:p>
          <w:p w14:paraId="6956AD22" w14:textId="20D23009" w:rsidR="000C70CE" w:rsidRDefault="000C70CE" w:rsidP="00CF21F5">
            <w:pPr>
              <w:pStyle w:val="TableParagraph"/>
              <w:spacing w:before="20"/>
              <w:ind w:left="79"/>
              <w:rPr>
                <w:sz w:val="15"/>
              </w:rPr>
            </w:pPr>
          </w:p>
        </w:tc>
        <w:tc>
          <w:tcPr>
            <w:tcW w:w="1276" w:type="dxa"/>
          </w:tcPr>
          <w:p w14:paraId="3D3CDA54" w14:textId="77777777" w:rsidR="000C70CE" w:rsidRDefault="000C70CE" w:rsidP="00CF21F5">
            <w:pPr>
              <w:pStyle w:val="TableParagraph"/>
              <w:spacing w:before="64" w:line="266" w:lineRule="auto"/>
              <w:ind w:left="80" w:righ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859" w:type="dxa"/>
          </w:tcPr>
          <w:p w14:paraId="62908E59" w14:textId="77777777" w:rsidR="000C70CE" w:rsidRPr="00F178D3" w:rsidRDefault="000C70CE" w:rsidP="00CB36A7">
            <w:pPr>
              <w:pStyle w:val="TableParagraph"/>
              <w:spacing w:before="64" w:line="266" w:lineRule="auto"/>
              <w:ind w:left="81" w:right="8"/>
              <w:rPr>
                <w:sz w:val="15"/>
                <w:lang w:val="en-US"/>
              </w:rPr>
            </w:pPr>
            <w:r w:rsidRPr="00F178D3">
              <w:rPr>
                <w:spacing w:val="-1"/>
                <w:w w:val="105"/>
                <w:sz w:val="15"/>
                <w:lang w:val="en-US"/>
              </w:rPr>
              <w:t>resh.edu.ru</w:t>
            </w:r>
            <w:r w:rsidRPr="00F178D3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>
              <w:rPr>
                <w:w w:val="105"/>
                <w:sz w:val="15"/>
              </w:rPr>
              <w:t>учи</w:t>
            </w:r>
            <w:r w:rsidRPr="00F178D3">
              <w:rPr>
                <w:w w:val="105"/>
                <w:sz w:val="15"/>
                <w:lang w:val="en-US"/>
              </w:rPr>
              <w:t>.</w:t>
            </w:r>
            <w:r>
              <w:rPr>
                <w:w w:val="105"/>
                <w:sz w:val="15"/>
              </w:rPr>
              <w:t>ру</w:t>
            </w:r>
          </w:p>
          <w:p w14:paraId="5EB1D142" w14:textId="77777777" w:rsidR="000C70CE" w:rsidRPr="00F178D3" w:rsidRDefault="000C70CE" w:rsidP="00CF21F5">
            <w:pPr>
              <w:pStyle w:val="TableParagraph"/>
              <w:spacing w:before="2"/>
              <w:ind w:left="81"/>
              <w:rPr>
                <w:sz w:val="15"/>
                <w:lang w:val="en-US"/>
              </w:rPr>
            </w:pPr>
            <w:r w:rsidRPr="00F178D3">
              <w:rPr>
                <w:w w:val="105"/>
                <w:sz w:val="15"/>
                <w:lang w:val="en-US"/>
              </w:rPr>
              <w:t>education.yandex.ru</w:t>
            </w:r>
          </w:p>
        </w:tc>
      </w:tr>
      <w:tr w:rsidR="000C70CE" w14:paraId="4E7F69E4" w14:textId="77777777" w:rsidTr="00E94CFA">
        <w:trPr>
          <w:trHeight w:val="333"/>
        </w:trPr>
        <w:tc>
          <w:tcPr>
            <w:tcW w:w="4849" w:type="dxa"/>
            <w:gridSpan w:val="2"/>
          </w:tcPr>
          <w:p w14:paraId="6640D93D" w14:textId="77777777" w:rsidR="000C70CE" w:rsidRDefault="000C70CE" w:rsidP="00CF21F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разделу:</w:t>
            </w:r>
          </w:p>
        </w:tc>
        <w:tc>
          <w:tcPr>
            <w:tcW w:w="567" w:type="dxa"/>
          </w:tcPr>
          <w:p w14:paraId="60DAD878" w14:textId="77777777" w:rsidR="000C70CE" w:rsidRDefault="000C70CE" w:rsidP="00CF21F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0080" w:type="dxa"/>
            <w:gridSpan w:val="6"/>
          </w:tcPr>
          <w:p w14:paraId="46AF4F3B" w14:textId="77777777" w:rsidR="000C70CE" w:rsidRDefault="000C70CE" w:rsidP="00CF21F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0C70CE" w14:paraId="01BCFBA3" w14:textId="77777777" w:rsidTr="00CF21F5">
        <w:trPr>
          <w:trHeight w:val="333"/>
        </w:trPr>
        <w:tc>
          <w:tcPr>
            <w:tcW w:w="15496" w:type="dxa"/>
            <w:gridSpan w:val="9"/>
          </w:tcPr>
          <w:p w14:paraId="090E3968" w14:textId="77777777" w:rsidR="000C70CE" w:rsidRDefault="000C70CE" w:rsidP="00CF21F5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4.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Состав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слова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(морфемика)</w:t>
            </w:r>
          </w:p>
        </w:tc>
      </w:tr>
      <w:tr w:rsidR="000C70CE" w14:paraId="0CFF6893" w14:textId="77777777" w:rsidTr="00CB36A7">
        <w:trPr>
          <w:trHeight w:val="1418"/>
        </w:trPr>
        <w:tc>
          <w:tcPr>
            <w:tcW w:w="468" w:type="dxa"/>
          </w:tcPr>
          <w:p w14:paraId="248C6E86" w14:textId="77777777" w:rsidR="000C70CE" w:rsidRDefault="000C70CE" w:rsidP="00CF21F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4.1.</w:t>
            </w:r>
          </w:p>
        </w:tc>
        <w:tc>
          <w:tcPr>
            <w:tcW w:w="4381" w:type="dxa"/>
          </w:tcPr>
          <w:p w14:paraId="3A78E2CC" w14:textId="77777777" w:rsidR="000C70CE" w:rsidRDefault="000C70CE" w:rsidP="00CF21F5">
            <w:pPr>
              <w:pStyle w:val="TableParagraph"/>
              <w:spacing w:before="64" w:line="266" w:lineRule="auto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Повторение: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состав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изменяемых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выделение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однозначно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выделяемыми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морфемами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окончания,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корня,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приставки,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суффикса.</w:t>
            </w:r>
          </w:p>
        </w:tc>
        <w:tc>
          <w:tcPr>
            <w:tcW w:w="567" w:type="dxa"/>
          </w:tcPr>
          <w:p w14:paraId="4AA176F6" w14:textId="77777777" w:rsidR="000C70CE" w:rsidRDefault="000C70CE" w:rsidP="00CF21F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34" w:type="dxa"/>
          </w:tcPr>
          <w:p w14:paraId="2F5DA6D1" w14:textId="77777777" w:rsidR="000C70CE" w:rsidRDefault="000C70CE" w:rsidP="00CF21F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34" w:type="dxa"/>
          </w:tcPr>
          <w:p w14:paraId="36D56589" w14:textId="77777777" w:rsidR="000C70CE" w:rsidRDefault="000C70CE" w:rsidP="00CF21F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50" w:type="dxa"/>
          </w:tcPr>
          <w:p w14:paraId="5D4F2D49" w14:textId="6ACC1783" w:rsidR="000C70CE" w:rsidRDefault="000C70CE" w:rsidP="00CF21F5">
            <w:pPr>
              <w:pStyle w:val="TableParagraph"/>
              <w:spacing w:before="20"/>
              <w:ind w:left="78"/>
              <w:rPr>
                <w:sz w:val="15"/>
              </w:rPr>
            </w:pPr>
          </w:p>
        </w:tc>
        <w:tc>
          <w:tcPr>
            <w:tcW w:w="3827" w:type="dxa"/>
          </w:tcPr>
          <w:p w14:paraId="45776E16" w14:textId="79482190" w:rsidR="000C70CE" w:rsidRDefault="000C70CE" w:rsidP="00CB36A7">
            <w:pPr>
              <w:pStyle w:val="TableParagraph"/>
              <w:spacing w:before="64" w:line="266" w:lineRule="auto"/>
              <w:ind w:left="79" w:right="81"/>
              <w:rPr>
                <w:sz w:val="15"/>
              </w:rPr>
            </w:pPr>
            <w:r>
              <w:rPr>
                <w:w w:val="105"/>
                <w:sz w:val="15"/>
              </w:rPr>
              <w:t>Работа в парах: поиск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ошибок в разборе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 по составу;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Проверочная работа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последующим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самоанализом,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отработка умений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корректировать свои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действия для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преодоления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ошибок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разборе слов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составу;</w:t>
            </w:r>
            <w:r w:rsidR="00CB36A7">
              <w:rPr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отработка умений;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корректировать свои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действия для;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преодоления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ошибок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разборе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слов;</w:t>
            </w:r>
          </w:p>
          <w:p w14:paraId="11C70EB9" w14:textId="77777777" w:rsidR="000C70CE" w:rsidRDefault="000C70CE" w:rsidP="00CF21F5">
            <w:pPr>
              <w:pStyle w:val="TableParagraph"/>
              <w:spacing w:before="3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составу;</w:t>
            </w:r>
          </w:p>
          <w:p w14:paraId="1C8C82AF" w14:textId="30E0EFB3" w:rsidR="000C70CE" w:rsidRDefault="000C70CE" w:rsidP="00CF21F5">
            <w:pPr>
              <w:pStyle w:val="TableParagraph"/>
              <w:spacing w:before="20"/>
              <w:ind w:left="79"/>
              <w:rPr>
                <w:sz w:val="15"/>
              </w:rPr>
            </w:pPr>
          </w:p>
          <w:p w14:paraId="557E453F" w14:textId="5F3C8C58" w:rsidR="000C70CE" w:rsidRDefault="000C70CE" w:rsidP="00CB36A7">
            <w:pPr>
              <w:pStyle w:val="TableParagraph"/>
              <w:spacing w:before="20"/>
              <w:rPr>
                <w:sz w:val="15"/>
              </w:rPr>
            </w:pPr>
          </w:p>
        </w:tc>
        <w:tc>
          <w:tcPr>
            <w:tcW w:w="1276" w:type="dxa"/>
          </w:tcPr>
          <w:p w14:paraId="68335B46" w14:textId="77777777" w:rsidR="000C70CE" w:rsidRDefault="000C70CE" w:rsidP="00CF21F5">
            <w:pPr>
              <w:pStyle w:val="TableParagraph"/>
              <w:spacing w:before="64" w:line="266" w:lineRule="auto"/>
              <w:ind w:left="80" w:right="40"/>
              <w:rPr>
                <w:sz w:val="15"/>
              </w:rPr>
            </w:pPr>
            <w:r>
              <w:rPr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Тестирование;</w:t>
            </w:r>
          </w:p>
        </w:tc>
        <w:tc>
          <w:tcPr>
            <w:tcW w:w="1859" w:type="dxa"/>
          </w:tcPr>
          <w:p w14:paraId="15418105" w14:textId="77777777" w:rsidR="000C70CE" w:rsidRDefault="000C70CE" w:rsidP="00CF21F5">
            <w:pPr>
              <w:pStyle w:val="TableParagraph"/>
              <w:spacing w:before="64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https://uchi.ru/</w:t>
            </w:r>
          </w:p>
        </w:tc>
      </w:tr>
      <w:tr w:rsidR="000C70CE" w14:paraId="17F8FA25" w14:textId="77777777" w:rsidTr="00CB36A7">
        <w:trPr>
          <w:trHeight w:val="717"/>
        </w:trPr>
        <w:tc>
          <w:tcPr>
            <w:tcW w:w="468" w:type="dxa"/>
          </w:tcPr>
          <w:p w14:paraId="3D5B7504" w14:textId="77777777" w:rsidR="000C70CE" w:rsidRDefault="000C70CE" w:rsidP="00CF21F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4.2.</w:t>
            </w:r>
          </w:p>
        </w:tc>
        <w:tc>
          <w:tcPr>
            <w:tcW w:w="4381" w:type="dxa"/>
          </w:tcPr>
          <w:p w14:paraId="78A4FB55" w14:textId="77777777" w:rsidR="000C70CE" w:rsidRDefault="000C70CE" w:rsidP="00CF21F5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Основа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слова.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Состав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неизменяемых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(ознакомление).</w:t>
            </w:r>
          </w:p>
        </w:tc>
        <w:tc>
          <w:tcPr>
            <w:tcW w:w="567" w:type="dxa"/>
          </w:tcPr>
          <w:p w14:paraId="6C4AE6C2" w14:textId="77777777" w:rsidR="000C70CE" w:rsidRDefault="000C70CE" w:rsidP="00CF21F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34" w:type="dxa"/>
          </w:tcPr>
          <w:p w14:paraId="10839C7C" w14:textId="77777777" w:rsidR="000C70CE" w:rsidRDefault="000C70CE" w:rsidP="00CF21F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34" w:type="dxa"/>
          </w:tcPr>
          <w:p w14:paraId="24170C34" w14:textId="77777777" w:rsidR="000C70CE" w:rsidRDefault="000C70CE" w:rsidP="00CF21F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50" w:type="dxa"/>
          </w:tcPr>
          <w:p w14:paraId="4B462D89" w14:textId="0402E6E8" w:rsidR="000C70CE" w:rsidRDefault="000C70CE" w:rsidP="00CF21F5">
            <w:pPr>
              <w:pStyle w:val="TableParagraph"/>
              <w:spacing w:before="20"/>
              <w:ind w:left="78"/>
              <w:rPr>
                <w:sz w:val="15"/>
              </w:rPr>
            </w:pPr>
          </w:p>
        </w:tc>
        <w:tc>
          <w:tcPr>
            <w:tcW w:w="3827" w:type="dxa"/>
          </w:tcPr>
          <w:p w14:paraId="5E4DB24A" w14:textId="77777777" w:rsidR="000C70CE" w:rsidRDefault="000C70CE" w:rsidP="00CF21F5">
            <w:pPr>
              <w:pStyle w:val="TableParagraph"/>
              <w:spacing w:before="64" w:line="266" w:lineRule="auto"/>
              <w:ind w:left="79" w:right="146"/>
              <w:rPr>
                <w:sz w:val="15"/>
              </w:rPr>
            </w:pPr>
            <w:r>
              <w:rPr>
                <w:w w:val="105"/>
                <w:sz w:val="15"/>
              </w:rPr>
              <w:t>Работа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парах: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поиск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ошибок в разборе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составу;</w:t>
            </w:r>
          </w:p>
        </w:tc>
        <w:tc>
          <w:tcPr>
            <w:tcW w:w="1276" w:type="dxa"/>
          </w:tcPr>
          <w:p w14:paraId="65BDB2B2" w14:textId="77777777" w:rsidR="000C70CE" w:rsidRDefault="000C70CE" w:rsidP="00CF21F5">
            <w:pPr>
              <w:pStyle w:val="TableParagraph"/>
              <w:spacing w:before="64" w:line="266" w:lineRule="auto"/>
              <w:ind w:left="80" w:right="14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859" w:type="dxa"/>
          </w:tcPr>
          <w:p w14:paraId="397D537F" w14:textId="77777777" w:rsidR="000C70CE" w:rsidRDefault="000C70CE" w:rsidP="00CF21F5">
            <w:pPr>
              <w:pStyle w:val="TableParagraph"/>
              <w:spacing w:before="64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https://uchi.ru/</w:t>
            </w:r>
          </w:p>
        </w:tc>
      </w:tr>
      <w:tr w:rsidR="000C70CE" w14:paraId="166CB312" w14:textId="77777777" w:rsidTr="00CB36A7">
        <w:trPr>
          <w:trHeight w:val="1028"/>
        </w:trPr>
        <w:tc>
          <w:tcPr>
            <w:tcW w:w="468" w:type="dxa"/>
          </w:tcPr>
          <w:p w14:paraId="45A10A19" w14:textId="77777777" w:rsidR="000C70CE" w:rsidRDefault="000C70CE" w:rsidP="00CF21F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4.3.</w:t>
            </w:r>
          </w:p>
        </w:tc>
        <w:tc>
          <w:tcPr>
            <w:tcW w:w="4381" w:type="dxa"/>
          </w:tcPr>
          <w:p w14:paraId="4E0D44D0" w14:textId="77777777" w:rsidR="000C70CE" w:rsidRDefault="000C70CE" w:rsidP="00CF21F5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Значение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наиболее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употребляемых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суффиксов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изученных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частей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(ознакомление)</w:t>
            </w:r>
          </w:p>
        </w:tc>
        <w:tc>
          <w:tcPr>
            <w:tcW w:w="567" w:type="dxa"/>
          </w:tcPr>
          <w:p w14:paraId="6E15B055" w14:textId="77777777" w:rsidR="000C70CE" w:rsidRDefault="000C70CE" w:rsidP="00CF21F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34" w:type="dxa"/>
          </w:tcPr>
          <w:p w14:paraId="511AA5BD" w14:textId="77777777" w:rsidR="000C70CE" w:rsidRDefault="000C70CE" w:rsidP="00CF21F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34" w:type="dxa"/>
          </w:tcPr>
          <w:p w14:paraId="06551D0E" w14:textId="77777777" w:rsidR="000C70CE" w:rsidRDefault="000C70CE" w:rsidP="00CF21F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50" w:type="dxa"/>
          </w:tcPr>
          <w:p w14:paraId="0A4849F4" w14:textId="7ABF4987" w:rsidR="000C70CE" w:rsidRDefault="000C70CE" w:rsidP="00CF21F5">
            <w:pPr>
              <w:pStyle w:val="TableParagraph"/>
              <w:spacing w:before="64"/>
              <w:ind w:left="78"/>
              <w:rPr>
                <w:sz w:val="15"/>
              </w:rPr>
            </w:pPr>
          </w:p>
        </w:tc>
        <w:tc>
          <w:tcPr>
            <w:tcW w:w="3827" w:type="dxa"/>
          </w:tcPr>
          <w:p w14:paraId="1249BB08" w14:textId="77777777" w:rsidR="000C70CE" w:rsidRDefault="000C70CE" w:rsidP="00CF21F5">
            <w:pPr>
              <w:pStyle w:val="TableParagraph"/>
              <w:spacing w:before="64" w:line="266" w:lineRule="auto"/>
              <w:ind w:left="79" w:right="81"/>
              <w:rPr>
                <w:sz w:val="15"/>
              </w:rPr>
            </w:pPr>
            <w:r>
              <w:rPr>
                <w:w w:val="105"/>
                <w:sz w:val="15"/>
              </w:rPr>
              <w:t>Работа в парах: поиск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ошибок в разборе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 по составу;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Проверочная работа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последующим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самоанализом,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отработка умений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корректировать свои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действия для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преодоления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ошибок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разборе слов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составу;</w:t>
            </w:r>
          </w:p>
        </w:tc>
        <w:tc>
          <w:tcPr>
            <w:tcW w:w="1276" w:type="dxa"/>
          </w:tcPr>
          <w:p w14:paraId="3198EDE2" w14:textId="77777777" w:rsidR="000C70CE" w:rsidRDefault="000C70CE" w:rsidP="00CF21F5">
            <w:pPr>
              <w:pStyle w:val="TableParagraph"/>
              <w:spacing w:before="64" w:line="266" w:lineRule="auto"/>
              <w:ind w:left="80" w:right="14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859" w:type="dxa"/>
          </w:tcPr>
          <w:p w14:paraId="52EAD7FC" w14:textId="77777777" w:rsidR="000C70CE" w:rsidRDefault="000C70CE" w:rsidP="00CF21F5">
            <w:pPr>
              <w:pStyle w:val="TableParagraph"/>
              <w:spacing w:before="64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https://uchi.ru/</w:t>
            </w:r>
          </w:p>
        </w:tc>
      </w:tr>
      <w:tr w:rsidR="000C70CE" w14:paraId="5C8AF152" w14:textId="77777777" w:rsidTr="00CB36A7">
        <w:trPr>
          <w:trHeight w:val="333"/>
        </w:trPr>
        <w:tc>
          <w:tcPr>
            <w:tcW w:w="4849" w:type="dxa"/>
            <w:gridSpan w:val="2"/>
          </w:tcPr>
          <w:p w14:paraId="631E68D1" w14:textId="77777777" w:rsidR="000C70CE" w:rsidRDefault="000C70CE" w:rsidP="00CF21F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разделу:</w:t>
            </w:r>
          </w:p>
        </w:tc>
        <w:tc>
          <w:tcPr>
            <w:tcW w:w="567" w:type="dxa"/>
          </w:tcPr>
          <w:p w14:paraId="20A80B5F" w14:textId="77777777" w:rsidR="000C70CE" w:rsidRDefault="000C70CE" w:rsidP="00CF21F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0080" w:type="dxa"/>
            <w:gridSpan w:val="6"/>
          </w:tcPr>
          <w:p w14:paraId="69C8EF23" w14:textId="77777777" w:rsidR="000C70CE" w:rsidRDefault="000C70CE" w:rsidP="00CF21F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0C70CE" w14:paraId="3EEF2EF3" w14:textId="77777777" w:rsidTr="00CF21F5">
        <w:trPr>
          <w:trHeight w:val="333"/>
        </w:trPr>
        <w:tc>
          <w:tcPr>
            <w:tcW w:w="15496" w:type="dxa"/>
            <w:gridSpan w:val="9"/>
          </w:tcPr>
          <w:p w14:paraId="5958CE4C" w14:textId="77777777" w:rsidR="000C70CE" w:rsidRDefault="000C70CE" w:rsidP="00CF21F5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5.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Морфология</w:t>
            </w:r>
          </w:p>
        </w:tc>
      </w:tr>
      <w:tr w:rsidR="000C70CE" w14:paraId="20BABCA3" w14:textId="77777777" w:rsidTr="00CB36A7">
        <w:trPr>
          <w:trHeight w:val="2796"/>
        </w:trPr>
        <w:tc>
          <w:tcPr>
            <w:tcW w:w="468" w:type="dxa"/>
            <w:tcBorders>
              <w:bottom w:val="nil"/>
            </w:tcBorders>
          </w:tcPr>
          <w:p w14:paraId="78E8E4FC" w14:textId="77777777" w:rsidR="000C70CE" w:rsidRDefault="000C70CE" w:rsidP="00CF21F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5.1.</w:t>
            </w:r>
          </w:p>
        </w:tc>
        <w:tc>
          <w:tcPr>
            <w:tcW w:w="4381" w:type="dxa"/>
            <w:tcBorders>
              <w:bottom w:val="nil"/>
            </w:tcBorders>
          </w:tcPr>
          <w:p w14:paraId="19A5870B" w14:textId="77777777" w:rsidR="000C70CE" w:rsidRDefault="000C70CE" w:rsidP="00CF21F5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Части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речи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самостоятельные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служебные.</w:t>
            </w:r>
          </w:p>
        </w:tc>
        <w:tc>
          <w:tcPr>
            <w:tcW w:w="567" w:type="dxa"/>
            <w:tcBorders>
              <w:bottom w:val="nil"/>
            </w:tcBorders>
          </w:tcPr>
          <w:p w14:paraId="7E3A6F42" w14:textId="77777777" w:rsidR="000C70CE" w:rsidRDefault="000C70CE" w:rsidP="00CF21F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34" w:type="dxa"/>
            <w:tcBorders>
              <w:bottom w:val="nil"/>
            </w:tcBorders>
          </w:tcPr>
          <w:p w14:paraId="22CB3502" w14:textId="77777777" w:rsidR="000C70CE" w:rsidRDefault="000C70CE" w:rsidP="00CF21F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34" w:type="dxa"/>
            <w:tcBorders>
              <w:bottom w:val="nil"/>
            </w:tcBorders>
          </w:tcPr>
          <w:p w14:paraId="68BD5548" w14:textId="77777777" w:rsidR="000C70CE" w:rsidRDefault="000C70CE" w:rsidP="00CF21F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50" w:type="dxa"/>
            <w:tcBorders>
              <w:bottom w:val="nil"/>
            </w:tcBorders>
          </w:tcPr>
          <w:p w14:paraId="6712FD66" w14:textId="393D2B9F" w:rsidR="000C70CE" w:rsidRDefault="000C70CE" w:rsidP="00CF21F5">
            <w:pPr>
              <w:pStyle w:val="TableParagraph"/>
              <w:spacing w:before="20"/>
              <w:ind w:left="78"/>
              <w:rPr>
                <w:sz w:val="15"/>
              </w:rPr>
            </w:pPr>
          </w:p>
        </w:tc>
        <w:tc>
          <w:tcPr>
            <w:tcW w:w="3827" w:type="dxa"/>
            <w:tcBorders>
              <w:bottom w:val="nil"/>
            </w:tcBorders>
          </w:tcPr>
          <w:p w14:paraId="429AE46E" w14:textId="77777777" w:rsidR="00CB36A7" w:rsidRDefault="000C70CE" w:rsidP="00CB36A7">
            <w:pPr>
              <w:pStyle w:val="TableParagraph"/>
              <w:spacing w:before="4" w:line="266" w:lineRule="auto"/>
              <w:ind w:left="79" w:right="105"/>
              <w:rPr>
                <w:sz w:val="15"/>
              </w:rPr>
            </w:pPr>
            <w:r>
              <w:rPr>
                <w:w w:val="105"/>
                <w:sz w:val="15"/>
              </w:rPr>
              <w:t>Работа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таблицей</w:t>
            </w:r>
            <w:r w:rsidR="00CB36A7">
              <w:rPr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«Части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речи»;</w:t>
            </w:r>
            <w:r w:rsidR="00CB36A7">
              <w:rPr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анализ содержания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таблицы;</w:t>
            </w:r>
            <w:r w:rsidR="00CB36A7">
              <w:rPr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установление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основания для;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сравнения слов;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относящихся к;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разным частям речи;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Упражнение: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группировка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основании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того;</w:t>
            </w:r>
            <w:r w:rsidR="00CB36A7">
              <w:rPr>
                <w:w w:val="105"/>
                <w:sz w:val="15"/>
              </w:rPr>
              <w:t xml:space="preserve"> какой частью речи;</w:t>
            </w:r>
            <w:r w:rsidR="00CB36A7">
              <w:rPr>
                <w:spacing w:val="1"/>
                <w:w w:val="105"/>
                <w:sz w:val="15"/>
              </w:rPr>
              <w:t xml:space="preserve"> </w:t>
            </w:r>
            <w:r w:rsidR="00CB36A7">
              <w:rPr>
                <w:w w:val="105"/>
                <w:sz w:val="15"/>
              </w:rPr>
              <w:t>они являются;</w:t>
            </w:r>
            <w:r w:rsidR="00CB36A7">
              <w:rPr>
                <w:spacing w:val="1"/>
                <w:w w:val="105"/>
                <w:sz w:val="15"/>
              </w:rPr>
              <w:t xml:space="preserve"> </w:t>
            </w:r>
            <w:r w:rsidR="00CB36A7">
              <w:rPr>
                <w:spacing w:val="-1"/>
                <w:w w:val="105"/>
                <w:sz w:val="15"/>
              </w:rPr>
              <w:t>Дифференцированное</w:t>
            </w:r>
            <w:r w:rsidR="00CB36A7">
              <w:rPr>
                <w:spacing w:val="-37"/>
                <w:w w:val="105"/>
                <w:sz w:val="15"/>
              </w:rPr>
              <w:t xml:space="preserve"> </w:t>
            </w:r>
            <w:r w:rsidR="00CB36A7">
              <w:rPr>
                <w:w w:val="105"/>
                <w:sz w:val="15"/>
              </w:rPr>
              <w:t>задание:;</w:t>
            </w:r>
            <w:r w:rsidR="00CB36A7">
              <w:rPr>
                <w:spacing w:val="1"/>
                <w:w w:val="105"/>
                <w:sz w:val="15"/>
              </w:rPr>
              <w:t xml:space="preserve"> </w:t>
            </w:r>
            <w:r w:rsidR="00CB36A7">
              <w:rPr>
                <w:spacing w:val="-1"/>
                <w:w w:val="105"/>
                <w:sz w:val="15"/>
              </w:rPr>
              <w:t>классификация частей</w:t>
            </w:r>
            <w:r w:rsidR="00CB36A7">
              <w:rPr>
                <w:spacing w:val="-37"/>
                <w:w w:val="105"/>
                <w:sz w:val="15"/>
              </w:rPr>
              <w:t xml:space="preserve"> </w:t>
            </w:r>
            <w:r w:rsidR="00CB36A7">
              <w:rPr>
                <w:w w:val="105"/>
                <w:sz w:val="15"/>
              </w:rPr>
              <w:t>речи</w:t>
            </w:r>
            <w:r w:rsidR="00CB36A7">
              <w:rPr>
                <w:spacing w:val="-2"/>
                <w:w w:val="105"/>
                <w:sz w:val="15"/>
              </w:rPr>
              <w:t xml:space="preserve"> </w:t>
            </w:r>
            <w:r w:rsidR="00CB36A7">
              <w:rPr>
                <w:w w:val="105"/>
                <w:sz w:val="15"/>
              </w:rPr>
              <w:t>по;</w:t>
            </w:r>
          </w:p>
          <w:p w14:paraId="4B3A38C9" w14:textId="77777777" w:rsidR="00CB36A7" w:rsidRDefault="00CB36A7" w:rsidP="00CB36A7">
            <w:pPr>
              <w:pStyle w:val="TableParagraph"/>
              <w:spacing w:before="4" w:line="266" w:lineRule="auto"/>
              <w:ind w:left="79" w:right="229"/>
              <w:rPr>
                <w:sz w:val="15"/>
              </w:rPr>
            </w:pPr>
            <w:r>
              <w:rPr>
                <w:w w:val="105"/>
                <w:sz w:val="15"/>
              </w:rPr>
              <w:t>признаку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(самостоятельные </w:t>
            </w:r>
            <w:r>
              <w:rPr>
                <w:w w:val="105"/>
                <w:sz w:val="15"/>
              </w:rPr>
              <w:t>и;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служебные части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речи);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Комментированное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выполнение;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задания;</w:t>
            </w:r>
          </w:p>
          <w:p w14:paraId="13A15548" w14:textId="77777777" w:rsidR="00CB36A7" w:rsidRDefault="00CB36A7" w:rsidP="00CB36A7">
            <w:pPr>
              <w:pStyle w:val="TableParagraph"/>
              <w:spacing w:before="4" w:line="266" w:lineRule="auto"/>
              <w:ind w:left="79" w:right="8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связанного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выбором;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основания для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сравнения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слов;</w:t>
            </w:r>
          </w:p>
          <w:p w14:paraId="746937F1" w14:textId="429D5BFB" w:rsidR="000C70CE" w:rsidRDefault="00CB36A7" w:rsidP="00CB36A7">
            <w:pPr>
              <w:pStyle w:val="TableParagraph"/>
              <w:spacing w:before="20" w:line="266" w:lineRule="auto"/>
              <w:ind w:left="79" w:right="17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относящихся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одной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части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речи; но;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различающихся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грамматическими; п</w:t>
            </w:r>
            <w:r>
              <w:rPr>
                <w:spacing w:val="-37"/>
                <w:w w:val="105"/>
                <w:sz w:val="15"/>
              </w:rPr>
              <w:t xml:space="preserve">  </w:t>
            </w:r>
            <w:r>
              <w:rPr>
                <w:w w:val="105"/>
                <w:sz w:val="15"/>
              </w:rPr>
              <w:t>ризнаками;</w:t>
            </w:r>
            <w:r>
              <w:rPr>
                <w:spacing w:val="1"/>
                <w:w w:val="105"/>
                <w:sz w:val="15"/>
              </w:rPr>
              <w:t xml:space="preserve"> </w:t>
            </w:r>
          </w:p>
        </w:tc>
        <w:tc>
          <w:tcPr>
            <w:tcW w:w="1276" w:type="dxa"/>
            <w:tcBorders>
              <w:bottom w:val="nil"/>
            </w:tcBorders>
          </w:tcPr>
          <w:p w14:paraId="03941A7B" w14:textId="77777777" w:rsidR="000C70CE" w:rsidRDefault="000C70CE" w:rsidP="00CF21F5">
            <w:pPr>
              <w:pStyle w:val="TableParagraph"/>
              <w:spacing w:before="64" w:line="266" w:lineRule="auto"/>
              <w:ind w:left="80" w:righ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Диктант;</w:t>
            </w:r>
          </w:p>
        </w:tc>
        <w:tc>
          <w:tcPr>
            <w:tcW w:w="1859" w:type="dxa"/>
            <w:tcBorders>
              <w:bottom w:val="nil"/>
            </w:tcBorders>
          </w:tcPr>
          <w:p w14:paraId="63C892F5" w14:textId="77777777" w:rsidR="000C70CE" w:rsidRDefault="000C70CE" w:rsidP="00CF21F5">
            <w:pPr>
              <w:pStyle w:val="TableParagraph"/>
              <w:spacing w:before="64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https://uchi.ru/</w:t>
            </w:r>
          </w:p>
        </w:tc>
      </w:tr>
    </w:tbl>
    <w:p w14:paraId="36E387D1" w14:textId="77777777" w:rsidR="000C70CE" w:rsidRDefault="000C70CE" w:rsidP="000C70CE">
      <w:pPr>
        <w:rPr>
          <w:sz w:val="15"/>
        </w:rPr>
        <w:sectPr w:rsidR="000C70CE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4381"/>
        <w:gridCol w:w="567"/>
        <w:gridCol w:w="1134"/>
        <w:gridCol w:w="1134"/>
        <w:gridCol w:w="850"/>
        <w:gridCol w:w="3827"/>
        <w:gridCol w:w="1276"/>
        <w:gridCol w:w="1859"/>
      </w:tblGrid>
      <w:tr w:rsidR="000C70CE" w14:paraId="4EB5F4CB" w14:textId="77777777" w:rsidTr="006E2C1E">
        <w:trPr>
          <w:trHeight w:val="3304"/>
        </w:trPr>
        <w:tc>
          <w:tcPr>
            <w:tcW w:w="468" w:type="dxa"/>
          </w:tcPr>
          <w:p w14:paraId="711C695D" w14:textId="77777777" w:rsidR="000C70CE" w:rsidRDefault="000C70CE" w:rsidP="00CF21F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5.2.</w:t>
            </w:r>
          </w:p>
        </w:tc>
        <w:tc>
          <w:tcPr>
            <w:tcW w:w="4381" w:type="dxa"/>
          </w:tcPr>
          <w:p w14:paraId="6A03168F" w14:textId="77777777" w:rsidR="000C70CE" w:rsidRDefault="000C70CE" w:rsidP="00CF21F5">
            <w:pPr>
              <w:pStyle w:val="TableParagraph"/>
              <w:spacing w:before="64" w:line="266" w:lineRule="auto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Имя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существительное.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Повторение: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склонение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имён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существительных;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имена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существительные</w:t>
            </w:r>
          </w:p>
          <w:p w14:paraId="13855CDF" w14:textId="77777777" w:rsidR="000C70CE" w:rsidRDefault="000C70CE" w:rsidP="00CF21F5">
            <w:pPr>
              <w:pStyle w:val="TableParagraph"/>
              <w:spacing w:before="2"/>
              <w:rPr>
                <w:sz w:val="15"/>
              </w:rPr>
            </w:pPr>
            <w:r>
              <w:rPr>
                <w:w w:val="105"/>
                <w:sz w:val="15"/>
              </w:rPr>
              <w:t>1,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3-го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склонения.</w:t>
            </w:r>
          </w:p>
        </w:tc>
        <w:tc>
          <w:tcPr>
            <w:tcW w:w="567" w:type="dxa"/>
          </w:tcPr>
          <w:p w14:paraId="7E488038" w14:textId="77777777" w:rsidR="000C70CE" w:rsidRDefault="000C70CE" w:rsidP="00CF21F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18</w:t>
            </w:r>
          </w:p>
        </w:tc>
        <w:tc>
          <w:tcPr>
            <w:tcW w:w="1134" w:type="dxa"/>
          </w:tcPr>
          <w:p w14:paraId="3E6BE0CD" w14:textId="77777777" w:rsidR="000C70CE" w:rsidRDefault="000C70CE" w:rsidP="00CF21F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34" w:type="dxa"/>
          </w:tcPr>
          <w:p w14:paraId="4B9BE712" w14:textId="77777777" w:rsidR="000C70CE" w:rsidRDefault="000C70CE" w:rsidP="00CF21F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50" w:type="dxa"/>
          </w:tcPr>
          <w:p w14:paraId="1198D217" w14:textId="1774A6EC" w:rsidR="000C70CE" w:rsidRDefault="000C70CE" w:rsidP="00CF21F5">
            <w:pPr>
              <w:pStyle w:val="TableParagraph"/>
              <w:spacing w:before="20"/>
              <w:ind w:left="78"/>
              <w:rPr>
                <w:sz w:val="15"/>
              </w:rPr>
            </w:pPr>
          </w:p>
        </w:tc>
        <w:tc>
          <w:tcPr>
            <w:tcW w:w="3827" w:type="dxa"/>
          </w:tcPr>
          <w:p w14:paraId="2EC078C0" w14:textId="77777777" w:rsidR="000C70CE" w:rsidRDefault="000C70CE" w:rsidP="00CF21F5">
            <w:pPr>
              <w:pStyle w:val="TableParagraph"/>
              <w:spacing w:before="64" w:line="266" w:lineRule="auto"/>
              <w:ind w:left="79" w:right="29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Комментированное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выполнение;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задания;</w:t>
            </w:r>
          </w:p>
          <w:p w14:paraId="28E520AA" w14:textId="77777777" w:rsidR="000C70CE" w:rsidRDefault="000C70CE" w:rsidP="00CF21F5">
            <w:pPr>
              <w:pStyle w:val="TableParagraph"/>
              <w:spacing w:before="2" w:line="266" w:lineRule="auto"/>
              <w:ind w:left="79" w:right="8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связанного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выбором;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основания для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сравнения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слов;</w:t>
            </w:r>
          </w:p>
          <w:p w14:paraId="0151C6EF" w14:textId="6BFF8C83" w:rsidR="000C70CE" w:rsidRDefault="000C70CE" w:rsidP="00CB36A7">
            <w:pPr>
              <w:pStyle w:val="TableParagraph"/>
              <w:spacing w:before="20" w:line="266" w:lineRule="auto"/>
              <w:ind w:left="79" w:right="13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относящихся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одной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части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речи;</w:t>
            </w:r>
            <w:r w:rsidR="00CB36A7">
              <w:rPr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различающихся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грамматическими;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признаками;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 в группах: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нахождение;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основания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 w:rsidR="00CB36A7">
              <w:rPr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группировки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(в;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качестве основания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 группировки;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могут быть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использованы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различные;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признаки;</w:t>
            </w:r>
            <w:r w:rsidR="00CB36A7">
              <w:rPr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например: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частям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речи;</w:t>
            </w:r>
            <w:r w:rsidR="00CB36A7">
              <w:rPr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 имён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существительных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по;</w:t>
            </w:r>
          </w:p>
          <w:p w14:paraId="39497AB1" w14:textId="77777777" w:rsidR="000C70CE" w:rsidRDefault="000C70CE" w:rsidP="00CF21F5">
            <w:pPr>
              <w:pStyle w:val="TableParagraph"/>
              <w:spacing w:before="1" w:line="266" w:lineRule="auto"/>
              <w:ind w:left="79" w:right="758"/>
              <w:rPr>
                <w:sz w:val="15"/>
              </w:rPr>
            </w:pPr>
            <w:r>
              <w:rPr>
                <w:w w:val="105"/>
                <w:sz w:val="15"/>
              </w:rPr>
              <w:t>родам;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числам;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склонениям;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для;</w:t>
            </w:r>
          </w:p>
          <w:p w14:paraId="1123838D" w14:textId="1ED2FD90" w:rsidR="000C70CE" w:rsidRDefault="000C70CE" w:rsidP="00CB36A7">
            <w:pPr>
              <w:pStyle w:val="TableParagraph"/>
              <w:spacing w:before="3" w:line="266" w:lineRule="auto"/>
              <w:ind w:left="79" w:right="61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глаголов </w:t>
            </w:r>
            <w:r>
              <w:rPr>
                <w:w w:val="105"/>
                <w:sz w:val="15"/>
              </w:rPr>
              <w:t>— по</w:t>
            </w:r>
            <w:r>
              <w:rPr>
                <w:spacing w:val="-3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вопросам;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временам;</w:t>
            </w:r>
            <w:r w:rsidR="00CB36A7">
              <w:rPr>
                <w:w w:val="105"/>
                <w:sz w:val="15"/>
              </w:rPr>
              <w:t xml:space="preserve"> </w:t>
            </w:r>
          </w:p>
          <w:p w14:paraId="68DB1D28" w14:textId="4C7D1A4F" w:rsidR="000C70CE" w:rsidRDefault="000C70CE" w:rsidP="00CB36A7">
            <w:pPr>
              <w:pStyle w:val="TableParagraph"/>
              <w:spacing w:before="20" w:line="266" w:lineRule="auto"/>
              <w:ind w:left="79" w:right="150"/>
              <w:rPr>
                <w:sz w:val="15"/>
              </w:rPr>
            </w:pPr>
            <w:r>
              <w:rPr>
                <w:w w:val="105"/>
                <w:sz w:val="15"/>
              </w:rPr>
              <w:t>спряжениям);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 работа: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определение;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грамматических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признаков имён;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существительных;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Упражнение: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соотнесение слов и;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наборов их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грамматических;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характеристик;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Упражнение: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нахождение в тексте;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(например;</w:t>
            </w:r>
            <w:r w:rsidR="00CB36A7">
              <w:rPr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в поэтическом) </w:t>
            </w:r>
            <w:r>
              <w:rPr>
                <w:w w:val="105"/>
                <w:sz w:val="15"/>
              </w:rPr>
              <w:t>имён;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существительных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заданными;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грамматическими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характеристиками;;</w:t>
            </w:r>
          </w:p>
        </w:tc>
        <w:tc>
          <w:tcPr>
            <w:tcW w:w="1276" w:type="dxa"/>
          </w:tcPr>
          <w:p w14:paraId="38FA86D6" w14:textId="77777777" w:rsidR="000C70CE" w:rsidRDefault="000C70CE" w:rsidP="00CF21F5">
            <w:pPr>
              <w:pStyle w:val="TableParagraph"/>
              <w:spacing w:before="64" w:line="266" w:lineRule="auto"/>
              <w:ind w:left="80" w:right="14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Диктант;</w:t>
            </w:r>
          </w:p>
        </w:tc>
        <w:tc>
          <w:tcPr>
            <w:tcW w:w="1859" w:type="dxa"/>
          </w:tcPr>
          <w:p w14:paraId="7E138A84" w14:textId="77777777" w:rsidR="000C70CE" w:rsidRDefault="000C70CE" w:rsidP="00CF21F5">
            <w:pPr>
              <w:pStyle w:val="TableParagraph"/>
              <w:spacing w:before="64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https://uchi.ru/</w:t>
            </w:r>
          </w:p>
        </w:tc>
      </w:tr>
      <w:tr w:rsidR="000C70CE" w14:paraId="7B2B2C7B" w14:textId="77777777" w:rsidTr="006E2C1E">
        <w:trPr>
          <w:trHeight w:val="1036"/>
        </w:trPr>
        <w:tc>
          <w:tcPr>
            <w:tcW w:w="468" w:type="dxa"/>
          </w:tcPr>
          <w:p w14:paraId="17728AA1" w14:textId="77777777" w:rsidR="000C70CE" w:rsidRDefault="000C70CE" w:rsidP="00CF21F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5.3.</w:t>
            </w:r>
          </w:p>
        </w:tc>
        <w:tc>
          <w:tcPr>
            <w:tcW w:w="4381" w:type="dxa"/>
          </w:tcPr>
          <w:p w14:paraId="203CF511" w14:textId="77777777" w:rsidR="000C70CE" w:rsidRDefault="000C70CE" w:rsidP="00CF21F5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Несклоняемые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имена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существительные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(ознакомление).</w:t>
            </w:r>
          </w:p>
        </w:tc>
        <w:tc>
          <w:tcPr>
            <w:tcW w:w="567" w:type="dxa"/>
          </w:tcPr>
          <w:p w14:paraId="5D9257F4" w14:textId="77777777" w:rsidR="000C70CE" w:rsidRDefault="000C70CE" w:rsidP="00CF21F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34" w:type="dxa"/>
          </w:tcPr>
          <w:p w14:paraId="5245101E" w14:textId="77777777" w:rsidR="000C70CE" w:rsidRDefault="000C70CE" w:rsidP="00CF21F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34" w:type="dxa"/>
          </w:tcPr>
          <w:p w14:paraId="3E883EFE" w14:textId="77777777" w:rsidR="000C70CE" w:rsidRDefault="000C70CE" w:rsidP="00CF21F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50" w:type="dxa"/>
          </w:tcPr>
          <w:p w14:paraId="0BE565ED" w14:textId="313C27B0" w:rsidR="000C70CE" w:rsidRDefault="000C70CE" w:rsidP="00CF21F5">
            <w:pPr>
              <w:pStyle w:val="TableParagraph"/>
              <w:spacing w:before="64"/>
              <w:ind w:left="78"/>
              <w:rPr>
                <w:sz w:val="15"/>
              </w:rPr>
            </w:pPr>
          </w:p>
        </w:tc>
        <w:tc>
          <w:tcPr>
            <w:tcW w:w="3827" w:type="dxa"/>
          </w:tcPr>
          <w:p w14:paraId="31F9BB84" w14:textId="0E44C0F5" w:rsidR="000C70CE" w:rsidRDefault="000C70CE" w:rsidP="006E2C1E">
            <w:pPr>
              <w:pStyle w:val="TableParagraph"/>
              <w:spacing w:before="64" w:line="266" w:lineRule="auto"/>
              <w:ind w:left="79" w:right="12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Дифференцированное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задание:</w:t>
            </w:r>
            <w:r w:rsidR="006E2C1E">
              <w:rPr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нахождение в ряду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имён;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существительных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лишнего имени;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существительного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имеющего;</w:t>
            </w:r>
          </w:p>
          <w:p w14:paraId="6B70F70F" w14:textId="141051A5" w:rsidR="000C70CE" w:rsidRDefault="000C70CE" w:rsidP="006E2C1E">
            <w:pPr>
              <w:pStyle w:val="TableParagraph"/>
              <w:spacing w:before="3" w:line="266" w:lineRule="auto"/>
              <w:ind w:left="79" w:right="209"/>
              <w:rPr>
                <w:sz w:val="15"/>
              </w:rPr>
            </w:pPr>
            <w:r>
              <w:rPr>
                <w:w w:val="105"/>
                <w:sz w:val="15"/>
              </w:rPr>
              <w:t>какого-то из тех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грамматических;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признаков;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которыми обладают;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остальные слова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группе;</w:t>
            </w:r>
          </w:p>
        </w:tc>
        <w:tc>
          <w:tcPr>
            <w:tcW w:w="1276" w:type="dxa"/>
          </w:tcPr>
          <w:p w14:paraId="67C2EA77" w14:textId="77777777" w:rsidR="000C70CE" w:rsidRDefault="000C70CE" w:rsidP="00CF21F5">
            <w:pPr>
              <w:pStyle w:val="TableParagraph"/>
              <w:spacing w:before="64" w:line="266" w:lineRule="auto"/>
              <w:ind w:left="80" w:right="14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859" w:type="dxa"/>
          </w:tcPr>
          <w:p w14:paraId="3BA9C65A" w14:textId="77777777" w:rsidR="000C70CE" w:rsidRDefault="000C70CE" w:rsidP="00CF21F5">
            <w:pPr>
              <w:pStyle w:val="TableParagraph"/>
              <w:spacing w:before="64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https://uchi.ru/</w:t>
            </w:r>
          </w:p>
        </w:tc>
      </w:tr>
      <w:tr w:rsidR="000C70CE" w14:paraId="7BB063EF" w14:textId="77777777" w:rsidTr="006E2C1E">
        <w:trPr>
          <w:trHeight w:val="2134"/>
        </w:trPr>
        <w:tc>
          <w:tcPr>
            <w:tcW w:w="468" w:type="dxa"/>
          </w:tcPr>
          <w:p w14:paraId="425656F5" w14:textId="77777777" w:rsidR="000C70CE" w:rsidRDefault="000C70CE" w:rsidP="00CF21F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5.4.</w:t>
            </w:r>
          </w:p>
        </w:tc>
        <w:tc>
          <w:tcPr>
            <w:tcW w:w="4381" w:type="dxa"/>
          </w:tcPr>
          <w:p w14:paraId="0552BA9E" w14:textId="77777777" w:rsidR="000C70CE" w:rsidRDefault="000C70CE" w:rsidP="00CF21F5">
            <w:pPr>
              <w:pStyle w:val="TableParagraph"/>
              <w:spacing w:before="64" w:line="266" w:lineRule="auto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Имя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прилагательное.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Повторение: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зависимость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имени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прилагательного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формы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имени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существительного.</w:t>
            </w:r>
          </w:p>
        </w:tc>
        <w:tc>
          <w:tcPr>
            <w:tcW w:w="567" w:type="dxa"/>
          </w:tcPr>
          <w:p w14:paraId="51CDE90F" w14:textId="77777777" w:rsidR="000C70CE" w:rsidRDefault="000C70CE" w:rsidP="00CF21F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34" w:type="dxa"/>
          </w:tcPr>
          <w:p w14:paraId="6372BDFD" w14:textId="77777777" w:rsidR="000C70CE" w:rsidRDefault="000C70CE" w:rsidP="00CF21F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34" w:type="dxa"/>
          </w:tcPr>
          <w:p w14:paraId="43EF6F12" w14:textId="77777777" w:rsidR="000C70CE" w:rsidRDefault="000C70CE" w:rsidP="00CF21F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50" w:type="dxa"/>
          </w:tcPr>
          <w:p w14:paraId="2DE1823C" w14:textId="09AF09E6" w:rsidR="000C70CE" w:rsidRDefault="000C70CE" w:rsidP="00CF21F5">
            <w:pPr>
              <w:pStyle w:val="TableParagraph"/>
              <w:spacing w:before="20"/>
              <w:ind w:left="78"/>
              <w:rPr>
                <w:sz w:val="15"/>
              </w:rPr>
            </w:pPr>
          </w:p>
        </w:tc>
        <w:tc>
          <w:tcPr>
            <w:tcW w:w="3827" w:type="dxa"/>
          </w:tcPr>
          <w:p w14:paraId="3F4E11A3" w14:textId="77777777" w:rsidR="000C70CE" w:rsidRDefault="000C70CE" w:rsidP="00CF21F5">
            <w:pPr>
              <w:pStyle w:val="TableParagraph"/>
              <w:spacing w:before="64" w:line="266" w:lineRule="auto"/>
              <w:ind w:left="79" w:right="15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 работа: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определение;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грамматических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признаков имён;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прилагательных;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Комментированное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выполнение;</w:t>
            </w:r>
          </w:p>
          <w:p w14:paraId="31076BE3" w14:textId="77777777" w:rsidR="000C70CE" w:rsidRDefault="000C70CE" w:rsidP="00CF21F5">
            <w:pPr>
              <w:pStyle w:val="TableParagraph"/>
              <w:spacing w:before="5" w:line="266" w:lineRule="auto"/>
              <w:ind w:left="79" w:right="183"/>
              <w:rPr>
                <w:sz w:val="15"/>
              </w:rPr>
            </w:pPr>
            <w:r>
              <w:rPr>
                <w:w w:val="105"/>
                <w:sz w:val="15"/>
              </w:rPr>
              <w:t>задания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соотнесению формы;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имени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прилагательного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формой;</w:t>
            </w:r>
          </w:p>
          <w:p w14:paraId="04C2BCDC" w14:textId="77777777" w:rsidR="000C70CE" w:rsidRDefault="000C70CE" w:rsidP="00CF21F5">
            <w:pPr>
              <w:pStyle w:val="TableParagraph"/>
              <w:spacing w:before="3" w:line="266" w:lineRule="auto"/>
              <w:ind w:left="79" w:right="330"/>
              <w:rPr>
                <w:sz w:val="15"/>
              </w:rPr>
            </w:pPr>
            <w:r>
              <w:rPr>
                <w:w w:val="105"/>
                <w:sz w:val="15"/>
              </w:rPr>
              <w:t>имени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существительного;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 в группах: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дидактического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текста;</w:t>
            </w:r>
          </w:p>
          <w:p w14:paraId="3DD3EBC9" w14:textId="77777777" w:rsidR="000C70CE" w:rsidRDefault="000C70CE" w:rsidP="00CF21F5">
            <w:pPr>
              <w:pStyle w:val="TableParagraph"/>
              <w:spacing w:before="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поиск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ошибок;</w:t>
            </w:r>
          </w:p>
          <w:p w14:paraId="060949C7" w14:textId="77777777" w:rsidR="000C70CE" w:rsidRDefault="000C70CE" w:rsidP="00CF21F5">
            <w:pPr>
              <w:pStyle w:val="TableParagraph"/>
              <w:spacing w:before="20" w:line="266" w:lineRule="auto"/>
              <w:ind w:left="79" w:right="9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на согласование </w:t>
            </w:r>
            <w:r>
              <w:rPr>
                <w:w w:val="105"/>
                <w:sz w:val="15"/>
              </w:rPr>
              <w:t>имён;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существительных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имён;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прилагательных;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исправление;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найденных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ошибок;</w:t>
            </w:r>
          </w:p>
          <w:p w14:paraId="2D5FFCE9" w14:textId="56655D09" w:rsidR="000C70CE" w:rsidRDefault="000C70CE" w:rsidP="00CF21F5">
            <w:pPr>
              <w:pStyle w:val="TableParagraph"/>
              <w:spacing w:before="4"/>
              <w:ind w:left="79"/>
              <w:rPr>
                <w:sz w:val="15"/>
              </w:rPr>
            </w:pPr>
          </w:p>
        </w:tc>
        <w:tc>
          <w:tcPr>
            <w:tcW w:w="1276" w:type="dxa"/>
          </w:tcPr>
          <w:p w14:paraId="5676312A" w14:textId="77777777" w:rsidR="000C70CE" w:rsidRDefault="000C70CE" w:rsidP="00CF21F5">
            <w:pPr>
              <w:pStyle w:val="TableParagraph"/>
              <w:spacing w:before="64" w:line="266" w:lineRule="auto"/>
              <w:ind w:left="80" w:right="83"/>
              <w:rPr>
                <w:sz w:val="15"/>
              </w:rPr>
            </w:pPr>
            <w:r>
              <w:rPr>
                <w:w w:val="105"/>
                <w:sz w:val="15"/>
              </w:rPr>
              <w:t>Письменный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859" w:type="dxa"/>
          </w:tcPr>
          <w:p w14:paraId="0F48ECC8" w14:textId="77777777" w:rsidR="000C70CE" w:rsidRDefault="000C70CE" w:rsidP="00CF21F5">
            <w:pPr>
              <w:pStyle w:val="TableParagraph"/>
              <w:spacing w:before="64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https://uchi.ru/</w:t>
            </w:r>
          </w:p>
        </w:tc>
      </w:tr>
      <w:tr w:rsidR="000C70CE" w14:paraId="26D680B0" w14:textId="77777777" w:rsidTr="006E2C1E">
        <w:trPr>
          <w:trHeight w:val="1887"/>
        </w:trPr>
        <w:tc>
          <w:tcPr>
            <w:tcW w:w="468" w:type="dxa"/>
          </w:tcPr>
          <w:p w14:paraId="6C2E3FD7" w14:textId="77777777" w:rsidR="000C70CE" w:rsidRDefault="000C70CE" w:rsidP="00CF21F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5.5.</w:t>
            </w:r>
          </w:p>
        </w:tc>
        <w:tc>
          <w:tcPr>
            <w:tcW w:w="4381" w:type="dxa"/>
          </w:tcPr>
          <w:p w14:paraId="455408A7" w14:textId="77777777" w:rsidR="000C70CE" w:rsidRDefault="000C70CE" w:rsidP="00CF21F5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Склонение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имён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прилагательных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множественном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числе.</w:t>
            </w:r>
          </w:p>
        </w:tc>
        <w:tc>
          <w:tcPr>
            <w:tcW w:w="567" w:type="dxa"/>
          </w:tcPr>
          <w:p w14:paraId="43DCB7B9" w14:textId="77777777" w:rsidR="000C70CE" w:rsidRDefault="000C70CE" w:rsidP="00CF21F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34" w:type="dxa"/>
          </w:tcPr>
          <w:p w14:paraId="058111DF" w14:textId="77777777" w:rsidR="000C70CE" w:rsidRDefault="000C70CE" w:rsidP="00CF21F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34" w:type="dxa"/>
          </w:tcPr>
          <w:p w14:paraId="43974D70" w14:textId="77777777" w:rsidR="000C70CE" w:rsidRDefault="000C70CE" w:rsidP="00CF21F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50" w:type="dxa"/>
          </w:tcPr>
          <w:p w14:paraId="10C3DC2E" w14:textId="1F449F2C" w:rsidR="000C70CE" w:rsidRDefault="000C70CE" w:rsidP="00CF21F5">
            <w:pPr>
              <w:pStyle w:val="TableParagraph"/>
              <w:spacing w:before="20"/>
              <w:ind w:left="78"/>
              <w:rPr>
                <w:sz w:val="15"/>
              </w:rPr>
            </w:pPr>
          </w:p>
        </w:tc>
        <w:tc>
          <w:tcPr>
            <w:tcW w:w="3827" w:type="dxa"/>
          </w:tcPr>
          <w:p w14:paraId="44E28250" w14:textId="77777777" w:rsidR="000C70CE" w:rsidRDefault="000C70CE" w:rsidP="00CF21F5">
            <w:pPr>
              <w:pStyle w:val="TableParagraph"/>
              <w:spacing w:before="64" w:line="266" w:lineRule="auto"/>
              <w:ind w:left="79" w:right="15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 работа: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определение;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грамматических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признаков имён;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прилагательных;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Комментированное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выполнение;</w:t>
            </w:r>
          </w:p>
          <w:p w14:paraId="40AE1A58" w14:textId="77777777" w:rsidR="000C70CE" w:rsidRDefault="000C70CE" w:rsidP="00CF21F5">
            <w:pPr>
              <w:pStyle w:val="TableParagraph"/>
              <w:spacing w:before="5" w:line="266" w:lineRule="auto"/>
              <w:ind w:left="79" w:right="183"/>
              <w:rPr>
                <w:sz w:val="15"/>
              </w:rPr>
            </w:pPr>
            <w:r>
              <w:rPr>
                <w:w w:val="105"/>
                <w:sz w:val="15"/>
              </w:rPr>
              <w:t>задания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соотнесению формы;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имени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прилагательного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формой;</w:t>
            </w:r>
          </w:p>
          <w:p w14:paraId="72356F4B" w14:textId="77777777" w:rsidR="000C70CE" w:rsidRDefault="000C70CE" w:rsidP="00CF21F5">
            <w:pPr>
              <w:pStyle w:val="TableParagraph"/>
              <w:spacing w:before="3" w:line="266" w:lineRule="auto"/>
              <w:ind w:left="79" w:right="330"/>
              <w:rPr>
                <w:sz w:val="15"/>
              </w:rPr>
            </w:pPr>
            <w:r>
              <w:rPr>
                <w:w w:val="105"/>
                <w:sz w:val="15"/>
              </w:rPr>
              <w:t>имени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существительного;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 в группах: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дидактического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текста;</w:t>
            </w:r>
          </w:p>
          <w:p w14:paraId="06FB7B79" w14:textId="77777777" w:rsidR="000C70CE" w:rsidRDefault="000C70CE" w:rsidP="00CF21F5">
            <w:pPr>
              <w:pStyle w:val="TableParagraph"/>
              <w:spacing w:before="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поиск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ошибок;</w:t>
            </w:r>
          </w:p>
          <w:p w14:paraId="78BC81BB" w14:textId="77777777" w:rsidR="000C70CE" w:rsidRDefault="000C70CE" w:rsidP="00CF21F5">
            <w:pPr>
              <w:pStyle w:val="TableParagraph"/>
              <w:spacing w:before="20" w:line="266" w:lineRule="auto"/>
              <w:ind w:left="79" w:right="9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на согласование </w:t>
            </w:r>
            <w:r>
              <w:rPr>
                <w:w w:val="105"/>
                <w:sz w:val="15"/>
              </w:rPr>
              <w:t>имён;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существительных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имён;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прилагательных;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исправление;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найденных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ошибок;</w:t>
            </w:r>
          </w:p>
          <w:p w14:paraId="72C9ECA6" w14:textId="6A41DDDC" w:rsidR="000C70CE" w:rsidRDefault="000C70CE" w:rsidP="00CF21F5">
            <w:pPr>
              <w:pStyle w:val="TableParagraph"/>
              <w:spacing w:before="4"/>
              <w:ind w:left="79"/>
              <w:rPr>
                <w:sz w:val="15"/>
              </w:rPr>
            </w:pPr>
          </w:p>
        </w:tc>
        <w:tc>
          <w:tcPr>
            <w:tcW w:w="1276" w:type="dxa"/>
          </w:tcPr>
          <w:p w14:paraId="4788971D" w14:textId="77777777" w:rsidR="000C70CE" w:rsidRDefault="000C70CE" w:rsidP="00CF21F5">
            <w:pPr>
              <w:pStyle w:val="TableParagraph"/>
              <w:spacing w:before="64" w:line="266" w:lineRule="auto"/>
              <w:ind w:left="80" w:right="40"/>
              <w:rPr>
                <w:sz w:val="15"/>
              </w:rPr>
            </w:pPr>
            <w:r>
              <w:rPr>
                <w:w w:val="105"/>
                <w:sz w:val="15"/>
              </w:rPr>
              <w:t>Письменный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Диктант;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Тестирование;</w:t>
            </w:r>
          </w:p>
        </w:tc>
        <w:tc>
          <w:tcPr>
            <w:tcW w:w="1859" w:type="dxa"/>
          </w:tcPr>
          <w:p w14:paraId="5E1A0249" w14:textId="77777777" w:rsidR="000C70CE" w:rsidRDefault="000C70CE" w:rsidP="00CF21F5">
            <w:pPr>
              <w:pStyle w:val="TableParagraph"/>
              <w:spacing w:before="64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https://uchi.ru/</w:t>
            </w:r>
          </w:p>
        </w:tc>
      </w:tr>
      <w:tr w:rsidR="000C70CE" w14:paraId="4A0E5456" w14:textId="77777777" w:rsidTr="006E2C1E">
        <w:trPr>
          <w:trHeight w:val="65"/>
        </w:trPr>
        <w:tc>
          <w:tcPr>
            <w:tcW w:w="468" w:type="dxa"/>
          </w:tcPr>
          <w:p w14:paraId="0E13B56F" w14:textId="77777777" w:rsidR="000C70CE" w:rsidRDefault="000C70CE" w:rsidP="00CF21F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5.6.</w:t>
            </w:r>
          </w:p>
        </w:tc>
        <w:tc>
          <w:tcPr>
            <w:tcW w:w="4381" w:type="dxa"/>
          </w:tcPr>
          <w:p w14:paraId="25242078" w14:textId="77777777" w:rsidR="000C70CE" w:rsidRDefault="000C70CE" w:rsidP="00CF21F5">
            <w:pPr>
              <w:pStyle w:val="TableParagraph"/>
              <w:spacing w:before="64" w:line="266" w:lineRule="auto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Местоимение.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Личные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местоимения.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Повторение: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личные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местоимения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1-го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3-го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лица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единственного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множественного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числа;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склонение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личных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местоимений.</w:t>
            </w:r>
          </w:p>
        </w:tc>
        <w:tc>
          <w:tcPr>
            <w:tcW w:w="567" w:type="dxa"/>
          </w:tcPr>
          <w:p w14:paraId="75FE5775" w14:textId="77777777" w:rsidR="000C70CE" w:rsidRDefault="000C70CE" w:rsidP="00CF21F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34" w:type="dxa"/>
          </w:tcPr>
          <w:p w14:paraId="396E28BA" w14:textId="77777777" w:rsidR="000C70CE" w:rsidRDefault="000C70CE" w:rsidP="00CF21F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34" w:type="dxa"/>
          </w:tcPr>
          <w:p w14:paraId="521D3FE9" w14:textId="77777777" w:rsidR="000C70CE" w:rsidRDefault="000C70CE" w:rsidP="00CF21F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50" w:type="dxa"/>
          </w:tcPr>
          <w:p w14:paraId="24EE2781" w14:textId="269B0DF0" w:rsidR="000C70CE" w:rsidRDefault="000C70CE" w:rsidP="00CF21F5">
            <w:pPr>
              <w:pStyle w:val="TableParagraph"/>
              <w:spacing w:before="20"/>
              <w:ind w:left="78"/>
              <w:rPr>
                <w:sz w:val="15"/>
              </w:rPr>
            </w:pPr>
          </w:p>
        </w:tc>
        <w:tc>
          <w:tcPr>
            <w:tcW w:w="3827" w:type="dxa"/>
          </w:tcPr>
          <w:p w14:paraId="5F6E4698" w14:textId="77777777" w:rsidR="000C70CE" w:rsidRDefault="000C70CE" w:rsidP="00CF21F5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Работа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таблицей</w:t>
            </w:r>
          </w:p>
          <w:p w14:paraId="54DB6515" w14:textId="40A675C4" w:rsidR="000C70CE" w:rsidRDefault="000C70CE" w:rsidP="00CF21F5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«Части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речи»;</w:t>
            </w:r>
            <w:r w:rsidR="006E2C1E">
              <w:rPr>
                <w:w w:val="105"/>
                <w:sz w:val="15"/>
              </w:rPr>
              <w:t xml:space="preserve"> </w:t>
            </w:r>
          </w:p>
          <w:p w14:paraId="4EE08B81" w14:textId="3F0DB5CC" w:rsidR="000C70CE" w:rsidRDefault="000C70CE" w:rsidP="006E2C1E">
            <w:pPr>
              <w:pStyle w:val="TableParagraph"/>
              <w:spacing w:before="19" w:line="266" w:lineRule="auto"/>
              <w:ind w:left="79" w:right="32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анализ содержания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таблицы;</w:t>
            </w:r>
            <w:r w:rsidR="006E2C1E">
              <w:rPr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установление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основания для;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сравнения слов;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относящихся к;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разным частям речи;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Упражнение: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группировка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основании того;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какой частью речи;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они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являются;</w:t>
            </w:r>
          </w:p>
          <w:p w14:paraId="1754A371" w14:textId="0C042888" w:rsidR="000C70CE" w:rsidRDefault="000C70CE" w:rsidP="00CF21F5">
            <w:pPr>
              <w:pStyle w:val="TableParagraph"/>
              <w:spacing w:before="7"/>
              <w:ind w:left="79"/>
              <w:rPr>
                <w:sz w:val="15"/>
              </w:rPr>
            </w:pPr>
          </w:p>
        </w:tc>
        <w:tc>
          <w:tcPr>
            <w:tcW w:w="1276" w:type="dxa"/>
          </w:tcPr>
          <w:p w14:paraId="250ED5C8" w14:textId="77777777" w:rsidR="000C70CE" w:rsidRDefault="000C70CE" w:rsidP="00CF21F5">
            <w:pPr>
              <w:pStyle w:val="TableParagraph"/>
              <w:spacing w:before="64" w:line="266" w:lineRule="auto"/>
              <w:ind w:left="80" w:righ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lastRenderedPageBreak/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Диктант;</w:t>
            </w:r>
          </w:p>
        </w:tc>
        <w:tc>
          <w:tcPr>
            <w:tcW w:w="1859" w:type="dxa"/>
          </w:tcPr>
          <w:p w14:paraId="452C282E" w14:textId="77777777" w:rsidR="000C70CE" w:rsidRDefault="000C70CE" w:rsidP="00CF21F5">
            <w:pPr>
              <w:pStyle w:val="TableParagraph"/>
              <w:spacing w:before="64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https://uchi.ru/</w:t>
            </w:r>
          </w:p>
        </w:tc>
      </w:tr>
      <w:tr w:rsidR="000C70CE" w14:paraId="5D84042E" w14:textId="77777777" w:rsidTr="006E2C1E">
        <w:trPr>
          <w:trHeight w:val="3108"/>
        </w:trPr>
        <w:tc>
          <w:tcPr>
            <w:tcW w:w="468" w:type="dxa"/>
          </w:tcPr>
          <w:p w14:paraId="2BEF2677" w14:textId="77777777" w:rsidR="000C70CE" w:rsidRDefault="000C70CE" w:rsidP="00CF21F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5.7.</w:t>
            </w:r>
          </w:p>
        </w:tc>
        <w:tc>
          <w:tcPr>
            <w:tcW w:w="4381" w:type="dxa"/>
          </w:tcPr>
          <w:p w14:paraId="10A369AB" w14:textId="77777777" w:rsidR="000C70CE" w:rsidRDefault="000C70CE" w:rsidP="00CF21F5">
            <w:pPr>
              <w:pStyle w:val="TableParagraph"/>
              <w:spacing w:before="64" w:line="266" w:lineRule="auto"/>
              <w:rPr>
                <w:sz w:val="15"/>
              </w:rPr>
            </w:pPr>
            <w:r>
              <w:rPr>
                <w:w w:val="105"/>
                <w:sz w:val="15"/>
              </w:rPr>
              <w:t>Глагол. Изменение глаголов по лицам и числам в настоящем и будущем времени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(спряжение).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І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ІІ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спряжение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глаголов.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Способы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спряжения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глаголов.</w:t>
            </w:r>
          </w:p>
        </w:tc>
        <w:tc>
          <w:tcPr>
            <w:tcW w:w="567" w:type="dxa"/>
          </w:tcPr>
          <w:p w14:paraId="68196EB4" w14:textId="77777777" w:rsidR="000C70CE" w:rsidRDefault="000C70CE" w:rsidP="00CF21F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134" w:type="dxa"/>
          </w:tcPr>
          <w:p w14:paraId="32B8E853" w14:textId="77777777" w:rsidR="000C70CE" w:rsidRDefault="000C70CE" w:rsidP="00CF21F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34" w:type="dxa"/>
          </w:tcPr>
          <w:p w14:paraId="7AB5986F" w14:textId="77777777" w:rsidR="000C70CE" w:rsidRDefault="000C70CE" w:rsidP="00CF21F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50" w:type="dxa"/>
          </w:tcPr>
          <w:p w14:paraId="295645E7" w14:textId="25727772" w:rsidR="000C70CE" w:rsidRDefault="000C70CE" w:rsidP="00CF21F5">
            <w:pPr>
              <w:pStyle w:val="TableParagraph"/>
              <w:spacing w:before="20"/>
              <w:ind w:left="78"/>
              <w:rPr>
                <w:sz w:val="15"/>
              </w:rPr>
            </w:pPr>
          </w:p>
        </w:tc>
        <w:tc>
          <w:tcPr>
            <w:tcW w:w="3827" w:type="dxa"/>
          </w:tcPr>
          <w:p w14:paraId="3F266F74" w14:textId="061C84F2" w:rsidR="000C70CE" w:rsidRDefault="000C70CE" w:rsidP="006E2C1E">
            <w:pPr>
              <w:pStyle w:val="TableParagraph"/>
              <w:spacing w:before="64" w:line="266" w:lineRule="auto"/>
              <w:ind w:left="79" w:right="16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 работа: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определение;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грамматических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признаков глаголов;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Комментированное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выполнение;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задания: соотнесение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глаголов и их;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грамматических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характеристик;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 в группах: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объединение;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глаголов в группы по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определённому;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признаку </w:t>
            </w:r>
            <w:r>
              <w:rPr>
                <w:w w:val="105"/>
                <w:sz w:val="15"/>
              </w:rPr>
              <w:t>(например;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время;</w:t>
            </w:r>
            <w:r w:rsidR="006E2C1E">
              <w:rPr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спряжение);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Моделирование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процессе;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коллективной работы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алгоритма;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определения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спряжения глаголов с;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безударными личными</w:t>
            </w:r>
            <w:r w:rsidR="006E2C1E">
              <w:rPr>
                <w:spacing w:val="-1"/>
                <w:w w:val="105"/>
                <w:sz w:val="15"/>
              </w:rPr>
              <w:t xml:space="preserve">  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окончаниями;</w:t>
            </w:r>
            <w:r w:rsidR="006E2C1E">
              <w:rPr>
                <w:w w:val="105"/>
                <w:sz w:val="15"/>
              </w:rPr>
              <w:t xml:space="preserve">  и</w:t>
            </w:r>
            <w:r>
              <w:rPr>
                <w:w w:val="105"/>
                <w:sz w:val="15"/>
              </w:rPr>
              <w:t>с</w:t>
            </w:r>
            <w:r w:rsidR="006E2C1E">
              <w:rPr>
                <w:w w:val="105"/>
                <w:sz w:val="15"/>
              </w:rPr>
              <w:t>с</w:t>
            </w:r>
            <w:r>
              <w:rPr>
                <w:w w:val="105"/>
                <w:sz w:val="15"/>
              </w:rPr>
              <w:t>ледование данному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алгоритму при;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определении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спряжения глагола;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Совместное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выполнение задания:;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 текста на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наличие в нём;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глаголов;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грамматические;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характеристики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которых</w:t>
            </w:r>
            <w:r>
              <w:rPr>
                <w:spacing w:val="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даны;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 с таблицей;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обобщающей;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результаты работы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грамматическими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характеристиками;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глаголов: чтение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таблицы;</w:t>
            </w:r>
            <w:r w:rsidR="006E2C1E">
              <w:rPr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дополнение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примерами;</w:t>
            </w:r>
          </w:p>
        </w:tc>
        <w:tc>
          <w:tcPr>
            <w:tcW w:w="1276" w:type="dxa"/>
          </w:tcPr>
          <w:p w14:paraId="408E8F81" w14:textId="77777777" w:rsidR="000C70CE" w:rsidRDefault="000C70CE" w:rsidP="00CF21F5">
            <w:pPr>
              <w:pStyle w:val="TableParagraph"/>
              <w:spacing w:before="64" w:line="266" w:lineRule="auto"/>
              <w:ind w:left="80" w:right="14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Диктант;</w:t>
            </w:r>
          </w:p>
        </w:tc>
        <w:tc>
          <w:tcPr>
            <w:tcW w:w="1859" w:type="dxa"/>
          </w:tcPr>
          <w:p w14:paraId="382423F3" w14:textId="77777777" w:rsidR="000C70CE" w:rsidRDefault="000C70CE" w:rsidP="00CF21F5">
            <w:pPr>
              <w:pStyle w:val="TableParagraph"/>
              <w:spacing w:before="64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https://uchi.ru/</w:t>
            </w:r>
          </w:p>
        </w:tc>
      </w:tr>
      <w:tr w:rsidR="000C70CE" w14:paraId="58C6ED1F" w14:textId="77777777" w:rsidTr="006E2C1E">
        <w:trPr>
          <w:trHeight w:val="544"/>
        </w:trPr>
        <w:tc>
          <w:tcPr>
            <w:tcW w:w="468" w:type="dxa"/>
          </w:tcPr>
          <w:p w14:paraId="4383EA33" w14:textId="77777777" w:rsidR="000C70CE" w:rsidRDefault="000C70CE" w:rsidP="00CF21F5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5.8.</w:t>
            </w:r>
          </w:p>
        </w:tc>
        <w:tc>
          <w:tcPr>
            <w:tcW w:w="4381" w:type="dxa"/>
          </w:tcPr>
          <w:p w14:paraId="36BC7BB9" w14:textId="77777777" w:rsidR="000C70CE" w:rsidRDefault="000C70CE" w:rsidP="00CF21F5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Наречие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(общее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представление).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Значение,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вопросы,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употребление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речи.</w:t>
            </w:r>
          </w:p>
        </w:tc>
        <w:tc>
          <w:tcPr>
            <w:tcW w:w="567" w:type="dxa"/>
          </w:tcPr>
          <w:p w14:paraId="77E32FD6" w14:textId="77777777" w:rsidR="000C70CE" w:rsidRDefault="000C70CE" w:rsidP="00CF21F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34" w:type="dxa"/>
          </w:tcPr>
          <w:p w14:paraId="61AF1775" w14:textId="77777777" w:rsidR="000C70CE" w:rsidRDefault="000C70CE" w:rsidP="00CF21F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34" w:type="dxa"/>
          </w:tcPr>
          <w:p w14:paraId="1523C0F1" w14:textId="77777777" w:rsidR="000C70CE" w:rsidRDefault="000C70CE" w:rsidP="00CF21F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50" w:type="dxa"/>
          </w:tcPr>
          <w:p w14:paraId="17ADA470" w14:textId="40714085" w:rsidR="000C70CE" w:rsidRDefault="000C70CE" w:rsidP="00CF21F5">
            <w:pPr>
              <w:pStyle w:val="TableParagraph"/>
              <w:spacing w:before="64"/>
              <w:ind w:left="55" w:right="44"/>
              <w:jc w:val="center"/>
              <w:rPr>
                <w:sz w:val="15"/>
              </w:rPr>
            </w:pPr>
          </w:p>
        </w:tc>
        <w:tc>
          <w:tcPr>
            <w:tcW w:w="3827" w:type="dxa"/>
          </w:tcPr>
          <w:p w14:paraId="79A3B80C" w14:textId="155B1CAD" w:rsidR="000C70CE" w:rsidRDefault="000C70CE" w:rsidP="006E2C1E">
            <w:pPr>
              <w:pStyle w:val="TableParagraph"/>
              <w:spacing w:before="64" w:line="266" w:lineRule="auto"/>
              <w:ind w:left="79" w:right="53"/>
              <w:rPr>
                <w:sz w:val="15"/>
              </w:rPr>
            </w:pPr>
            <w:r>
              <w:rPr>
                <w:w w:val="105"/>
                <w:sz w:val="15"/>
              </w:rPr>
              <w:t>Наблюдение за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наречиями:;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установление значения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особен</w:t>
            </w:r>
            <w:r>
              <w:rPr>
                <w:spacing w:val="-1"/>
                <w:w w:val="105"/>
                <w:sz w:val="15"/>
              </w:rPr>
              <w:t>ностей употребления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наречий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речи;;</w:t>
            </w:r>
          </w:p>
        </w:tc>
        <w:tc>
          <w:tcPr>
            <w:tcW w:w="1276" w:type="dxa"/>
          </w:tcPr>
          <w:p w14:paraId="18D8AD42" w14:textId="77777777" w:rsidR="000C70CE" w:rsidRDefault="000C70CE" w:rsidP="00CF21F5">
            <w:pPr>
              <w:pStyle w:val="TableParagraph"/>
              <w:spacing w:before="64" w:line="266" w:lineRule="auto"/>
              <w:ind w:left="80" w:righ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859" w:type="dxa"/>
          </w:tcPr>
          <w:p w14:paraId="4B7B6B0F" w14:textId="77777777" w:rsidR="000C70CE" w:rsidRDefault="000C70CE" w:rsidP="00CF21F5">
            <w:pPr>
              <w:pStyle w:val="TableParagraph"/>
              <w:spacing w:before="64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https://uchi.ru/</w:t>
            </w:r>
          </w:p>
        </w:tc>
      </w:tr>
      <w:tr w:rsidR="000C70CE" w14:paraId="2D51002B" w14:textId="77777777" w:rsidTr="006E2C1E">
        <w:trPr>
          <w:trHeight w:val="1137"/>
        </w:trPr>
        <w:tc>
          <w:tcPr>
            <w:tcW w:w="468" w:type="dxa"/>
          </w:tcPr>
          <w:p w14:paraId="6283B3D3" w14:textId="77777777" w:rsidR="000C70CE" w:rsidRDefault="000C70CE" w:rsidP="00CF21F5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5.9.</w:t>
            </w:r>
          </w:p>
        </w:tc>
        <w:tc>
          <w:tcPr>
            <w:tcW w:w="4381" w:type="dxa"/>
          </w:tcPr>
          <w:p w14:paraId="71967F44" w14:textId="77777777" w:rsidR="000C70CE" w:rsidRDefault="000C70CE" w:rsidP="00CF21F5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Предлог.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Повторение: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отличие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предлогов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приставок.</w:t>
            </w:r>
          </w:p>
        </w:tc>
        <w:tc>
          <w:tcPr>
            <w:tcW w:w="567" w:type="dxa"/>
          </w:tcPr>
          <w:p w14:paraId="359D36D6" w14:textId="77777777" w:rsidR="000C70CE" w:rsidRDefault="000C70CE" w:rsidP="00CF21F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34" w:type="dxa"/>
          </w:tcPr>
          <w:p w14:paraId="6B4D6F34" w14:textId="77777777" w:rsidR="000C70CE" w:rsidRDefault="000C70CE" w:rsidP="00CF21F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34" w:type="dxa"/>
          </w:tcPr>
          <w:p w14:paraId="14B01854" w14:textId="77777777" w:rsidR="000C70CE" w:rsidRDefault="000C70CE" w:rsidP="00CF21F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50" w:type="dxa"/>
          </w:tcPr>
          <w:p w14:paraId="42A1FA80" w14:textId="53C50F59" w:rsidR="000C70CE" w:rsidRDefault="000C70CE" w:rsidP="00CF21F5">
            <w:pPr>
              <w:pStyle w:val="TableParagraph"/>
              <w:spacing w:before="64"/>
              <w:ind w:left="55" w:right="44"/>
              <w:jc w:val="center"/>
              <w:rPr>
                <w:sz w:val="15"/>
              </w:rPr>
            </w:pPr>
          </w:p>
        </w:tc>
        <w:tc>
          <w:tcPr>
            <w:tcW w:w="3827" w:type="dxa"/>
          </w:tcPr>
          <w:p w14:paraId="5B13CBE0" w14:textId="657F4C08" w:rsidR="000C70CE" w:rsidRDefault="000C70CE" w:rsidP="00CF21F5">
            <w:pPr>
              <w:pStyle w:val="TableParagraph"/>
              <w:spacing w:before="64" w:line="266" w:lineRule="auto"/>
              <w:ind w:left="79" w:right="12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Дифференцированное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задание: поиск;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ошибок в проведении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разбора слова как;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части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речи;</w:t>
            </w:r>
          </w:p>
        </w:tc>
        <w:tc>
          <w:tcPr>
            <w:tcW w:w="1276" w:type="dxa"/>
          </w:tcPr>
          <w:p w14:paraId="2181463D" w14:textId="77777777" w:rsidR="000C70CE" w:rsidRDefault="000C70CE" w:rsidP="00CF21F5">
            <w:pPr>
              <w:pStyle w:val="TableParagraph"/>
              <w:spacing w:before="64" w:line="266" w:lineRule="auto"/>
              <w:ind w:left="80" w:right="14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859" w:type="dxa"/>
          </w:tcPr>
          <w:p w14:paraId="77706148" w14:textId="77777777" w:rsidR="000C70CE" w:rsidRDefault="000C70CE" w:rsidP="00CF21F5">
            <w:pPr>
              <w:pStyle w:val="TableParagraph"/>
              <w:spacing w:before="64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resh.edu.ru</w:t>
            </w:r>
          </w:p>
        </w:tc>
      </w:tr>
      <w:tr w:rsidR="000C70CE" w:rsidRPr="00F178D3" w14:paraId="5217F914" w14:textId="77777777" w:rsidTr="006E2C1E">
        <w:trPr>
          <w:trHeight w:val="669"/>
        </w:trPr>
        <w:tc>
          <w:tcPr>
            <w:tcW w:w="468" w:type="dxa"/>
          </w:tcPr>
          <w:p w14:paraId="17803296" w14:textId="77777777" w:rsidR="000C70CE" w:rsidRDefault="000C70CE" w:rsidP="00CF21F5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5.10.</w:t>
            </w:r>
          </w:p>
        </w:tc>
        <w:tc>
          <w:tcPr>
            <w:tcW w:w="4381" w:type="dxa"/>
          </w:tcPr>
          <w:p w14:paraId="2C216A7A" w14:textId="77777777" w:rsidR="000C70CE" w:rsidRDefault="000C70CE" w:rsidP="00CF21F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Союз;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союзы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простых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сложных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предложениях.</w:t>
            </w:r>
          </w:p>
        </w:tc>
        <w:tc>
          <w:tcPr>
            <w:tcW w:w="567" w:type="dxa"/>
          </w:tcPr>
          <w:p w14:paraId="18FE96D3" w14:textId="77777777" w:rsidR="000C70CE" w:rsidRDefault="000C70CE" w:rsidP="00CF21F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34" w:type="dxa"/>
          </w:tcPr>
          <w:p w14:paraId="79ECE195" w14:textId="77777777" w:rsidR="000C70CE" w:rsidRDefault="000C70CE" w:rsidP="00CF21F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34" w:type="dxa"/>
          </w:tcPr>
          <w:p w14:paraId="0F971588" w14:textId="77777777" w:rsidR="000C70CE" w:rsidRDefault="000C70CE" w:rsidP="00CF21F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50" w:type="dxa"/>
          </w:tcPr>
          <w:p w14:paraId="3221B462" w14:textId="2C97B20B" w:rsidR="000C70CE" w:rsidRDefault="000C70CE" w:rsidP="00CF21F5">
            <w:pPr>
              <w:pStyle w:val="TableParagraph"/>
              <w:spacing w:before="64"/>
              <w:ind w:left="55" w:right="44"/>
              <w:jc w:val="center"/>
              <w:rPr>
                <w:sz w:val="15"/>
              </w:rPr>
            </w:pPr>
          </w:p>
        </w:tc>
        <w:tc>
          <w:tcPr>
            <w:tcW w:w="3827" w:type="dxa"/>
          </w:tcPr>
          <w:p w14:paraId="5211F35C" w14:textId="77777777" w:rsidR="000C70CE" w:rsidRDefault="000C70CE" w:rsidP="00CF21F5">
            <w:pPr>
              <w:pStyle w:val="TableParagraph"/>
              <w:spacing w:before="64" w:line="266" w:lineRule="auto"/>
              <w:ind w:left="79" w:right="15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 работа: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соотнесение;</w:t>
            </w:r>
          </w:p>
          <w:p w14:paraId="61C2151A" w14:textId="60BD05F3" w:rsidR="000C70CE" w:rsidRDefault="000C70CE" w:rsidP="006E2C1E">
            <w:pPr>
              <w:pStyle w:val="TableParagraph"/>
              <w:spacing w:before="2" w:line="266" w:lineRule="auto"/>
              <w:ind w:left="79" w:right="23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понятия (склонение;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спряжение;</w:t>
            </w:r>
            <w:r w:rsidR="006E2C1E">
              <w:rPr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неопределённая форма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т.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д.)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его;</w:t>
            </w:r>
            <w:r w:rsidR="006E2C1E">
              <w:rPr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краткой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характеристикой;</w:t>
            </w:r>
          </w:p>
          <w:p w14:paraId="6DB06860" w14:textId="0E07CF4C" w:rsidR="000C70CE" w:rsidRDefault="000C70CE" w:rsidP="00CF21F5">
            <w:pPr>
              <w:pStyle w:val="TableParagraph"/>
              <w:spacing w:before="1"/>
              <w:ind w:left="79"/>
              <w:rPr>
                <w:sz w:val="15"/>
              </w:rPr>
            </w:pPr>
          </w:p>
        </w:tc>
        <w:tc>
          <w:tcPr>
            <w:tcW w:w="1276" w:type="dxa"/>
          </w:tcPr>
          <w:p w14:paraId="23A1143A" w14:textId="77777777" w:rsidR="000C70CE" w:rsidRDefault="000C70CE" w:rsidP="00CF21F5">
            <w:pPr>
              <w:pStyle w:val="TableParagraph"/>
              <w:spacing w:before="64" w:line="266" w:lineRule="auto"/>
              <w:ind w:left="80" w:right="14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859" w:type="dxa"/>
          </w:tcPr>
          <w:p w14:paraId="7591B787" w14:textId="77777777" w:rsidR="000C70CE" w:rsidRPr="00F178D3" w:rsidRDefault="000C70CE" w:rsidP="006E2C1E">
            <w:pPr>
              <w:pStyle w:val="TableParagraph"/>
              <w:spacing w:before="64" w:line="266" w:lineRule="auto"/>
              <w:ind w:left="81" w:right="150"/>
              <w:rPr>
                <w:sz w:val="15"/>
                <w:lang w:val="en-US"/>
              </w:rPr>
            </w:pPr>
            <w:r w:rsidRPr="00F178D3">
              <w:rPr>
                <w:spacing w:val="-1"/>
                <w:w w:val="105"/>
                <w:sz w:val="15"/>
                <w:lang w:val="en-US"/>
              </w:rPr>
              <w:t>resh.edu.ru</w:t>
            </w:r>
            <w:r w:rsidRPr="00F178D3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>
              <w:rPr>
                <w:w w:val="105"/>
                <w:sz w:val="15"/>
              </w:rPr>
              <w:t>учи</w:t>
            </w:r>
            <w:r w:rsidRPr="00F178D3">
              <w:rPr>
                <w:w w:val="105"/>
                <w:sz w:val="15"/>
                <w:lang w:val="en-US"/>
              </w:rPr>
              <w:t>.</w:t>
            </w:r>
            <w:r>
              <w:rPr>
                <w:w w:val="105"/>
                <w:sz w:val="15"/>
              </w:rPr>
              <w:t>ру</w:t>
            </w:r>
          </w:p>
          <w:p w14:paraId="723ABAAA" w14:textId="77777777" w:rsidR="000C70CE" w:rsidRPr="00F178D3" w:rsidRDefault="000C70CE" w:rsidP="00CF21F5">
            <w:pPr>
              <w:pStyle w:val="TableParagraph"/>
              <w:spacing w:before="2"/>
              <w:ind w:left="81"/>
              <w:rPr>
                <w:sz w:val="15"/>
                <w:lang w:val="en-US"/>
              </w:rPr>
            </w:pPr>
            <w:r w:rsidRPr="00F178D3">
              <w:rPr>
                <w:w w:val="105"/>
                <w:sz w:val="15"/>
                <w:lang w:val="en-US"/>
              </w:rPr>
              <w:t>education.yandex.ru</w:t>
            </w:r>
          </w:p>
        </w:tc>
      </w:tr>
      <w:tr w:rsidR="000C70CE" w:rsidRPr="00F178D3" w14:paraId="67F6888E" w14:textId="77777777" w:rsidTr="006E2C1E">
        <w:trPr>
          <w:trHeight w:val="695"/>
        </w:trPr>
        <w:tc>
          <w:tcPr>
            <w:tcW w:w="468" w:type="dxa"/>
          </w:tcPr>
          <w:p w14:paraId="7CBB4EB3" w14:textId="77777777" w:rsidR="000C70CE" w:rsidRDefault="000C70CE" w:rsidP="00CF21F5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5.11.</w:t>
            </w:r>
          </w:p>
        </w:tc>
        <w:tc>
          <w:tcPr>
            <w:tcW w:w="4381" w:type="dxa"/>
          </w:tcPr>
          <w:p w14:paraId="38C73272" w14:textId="77777777" w:rsidR="000C70CE" w:rsidRDefault="000C70CE" w:rsidP="00CF21F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Частица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её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значение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(повторение)</w:t>
            </w:r>
          </w:p>
        </w:tc>
        <w:tc>
          <w:tcPr>
            <w:tcW w:w="567" w:type="dxa"/>
          </w:tcPr>
          <w:p w14:paraId="4CE71E59" w14:textId="77777777" w:rsidR="000C70CE" w:rsidRDefault="000C70CE" w:rsidP="00CF21F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34" w:type="dxa"/>
          </w:tcPr>
          <w:p w14:paraId="59841B7D" w14:textId="77777777" w:rsidR="000C70CE" w:rsidRDefault="000C70CE" w:rsidP="00CF21F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34" w:type="dxa"/>
          </w:tcPr>
          <w:p w14:paraId="3C1F7E7A" w14:textId="77777777" w:rsidR="000C70CE" w:rsidRDefault="000C70CE" w:rsidP="00CF21F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50" w:type="dxa"/>
          </w:tcPr>
          <w:p w14:paraId="1F43CFA9" w14:textId="529627BC" w:rsidR="000C70CE" w:rsidRDefault="000C70CE" w:rsidP="00CF21F5">
            <w:pPr>
              <w:pStyle w:val="TableParagraph"/>
              <w:spacing w:before="64"/>
              <w:ind w:left="55" w:right="44"/>
              <w:jc w:val="center"/>
              <w:rPr>
                <w:sz w:val="15"/>
              </w:rPr>
            </w:pPr>
          </w:p>
        </w:tc>
        <w:tc>
          <w:tcPr>
            <w:tcW w:w="3827" w:type="dxa"/>
          </w:tcPr>
          <w:p w14:paraId="078248DC" w14:textId="77777777" w:rsidR="000C70CE" w:rsidRDefault="000C70CE" w:rsidP="00CF21F5">
            <w:pPr>
              <w:pStyle w:val="TableParagraph"/>
              <w:spacing w:before="64" w:line="266" w:lineRule="auto"/>
              <w:ind w:left="79" w:right="10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Дифференцированное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задание: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классификация частей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речи по признаку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(самостоятельные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служебные части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речи);</w:t>
            </w:r>
          </w:p>
        </w:tc>
        <w:tc>
          <w:tcPr>
            <w:tcW w:w="1276" w:type="dxa"/>
          </w:tcPr>
          <w:p w14:paraId="2C31D7D2" w14:textId="77777777" w:rsidR="000C70CE" w:rsidRDefault="000C70CE" w:rsidP="00CF21F5">
            <w:pPr>
              <w:pStyle w:val="TableParagraph"/>
              <w:spacing w:before="64" w:line="266" w:lineRule="auto"/>
              <w:ind w:left="80" w:right="48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859" w:type="dxa"/>
          </w:tcPr>
          <w:p w14:paraId="0F315A19" w14:textId="77777777" w:rsidR="000C70CE" w:rsidRPr="00F178D3" w:rsidRDefault="000C70CE" w:rsidP="006E2C1E">
            <w:pPr>
              <w:pStyle w:val="TableParagraph"/>
              <w:spacing w:before="64" w:line="266" w:lineRule="auto"/>
              <w:ind w:left="81"/>
              <w:rPr>
                <w:sz w:val="15"/>
                <w:lang w:val="en-US"/>
              </w:rPr>
            </w:pPr>
            <w:r w:rsidRPr="00F178D3">
              <w:rPr>
                <w:spacing w:val="-1"/>
                <w:w w:val="105"/>
                <w:sz w:val="15"/>
                <w:lang w:val="en-US"/>
              </w:rPr>
              <w:t>resh.edu.ru</w:t>
            </w:r>
            <w:r w:rsidRPr="00F178D3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>
              <w:rPr>
                <w:w w:val="105"/>
                <w:sz w:val="15"/>
              </w:rPr>
              <w:t>учи</w:t>
            </w:r>
            <w:r w:rsidRPr="00F178D3">
              <w:rPr>
                <w:w w:val="105"/>
                <w:sz w:val="15"/>
                <w:lang w:val="en-US"/>
              </w:rPr>
              <w:t>.</w:t>
            </w:r>
            <w:r>
              <w:rPr>
                <w:w w:val="105"/>
                <w:sz w:val="15"/>
              </w:rPr>
              <w:t>ру</w:t>
            </w:r>
          </w:p>
          <w:p w14:paraId="735A3D82" w14:textId="77777777" w:rsidR="000C70CE" w:rsidRPr="00F178D3" w:rsidRDefault="000C70CE" w:rsidP="00CF21F5">
            <w:pPr>
              <w:pStyle w:val="TableParagraph"/>
              <w:spacing w:before="2"/>
              <w:ind w:left="81"/>
              <w:rPr>
                <w:sz w:val="15"/>
                <w:lang w:val="en-US"/>
              </w:rPr>
            </w:pPr>
            <w:r w:rsidRPr="00F178D3">
              <w:rPr>
                <w:w w:val="105"/>
                <w:sz w:val="15"/>
                <w:lang w:val="en-US"/>
              </w:rPr>
              <w:t>education.yandex.ru</w:t>
            </w:r>
          </w:p>
        </w:tc>
      </w:tr>
      <w:tr w:rsidR="000C70CE" w14:paraId="3331E92E" w14:textId="77777777" w:rsidTr="006E2C1E">
        <w:trPr>
          <w:trHeight w:val="333"/>
        </w:trPr>
        <w:tc>
          <w:tcPr>
            <w:tcW w:w="4849" w:type="dxa"/>
            <w:gridSpan w:val="2"/>
          </w:tcPr>
          <w:p w14:paraId="77E191D0" w14:textId="77777777" w:rsidR="000C70CE" w:rsidRDefault="000C70CE" w:rsidP="00CF21F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разделу:</w:t>
            </w:r>
          </w:p>
        </w:tc>
        <w:tc>
          <w:tcPr>
            <w:tcW w:w="567" w:type="dxa"/>
          </w:tcPr>
          <w:p w14:paraId="23A3DDC9" w14:textId="77777777" w:rsidR="000C70CE" w:rsidRDefault="000C70CE" w:rsidP="00CF21F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43</w:t>
            </w:r>
          </w:p>
        </w:tc>
        <w:tc>
          <w:tcPr>
            <w:tcW w:w="10080" w:type="dxa"/>
            <w:gridSpan w:val="6"/>
          </w:tcPr>
          <w:p w14:paraId="6080405C" w14:textId="77777777" w:rsidR="000C70CE" w:rsidRDefault="000C70CE" w:rsidP="00CF21F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0C70CE" w14:paraId="428020D8" w14:textId="77777777" w:rsidTr="00CF21F5">
        <w:trPr>
          <w:trHeight w:val="333"/>
        </w:trPr>
        <w:tc>
          <w:tcPr>
            <w:tcW w:w="15496" w:type="dxa"/>
            <w:gridSpan w:val="9"/>
          </w:tcPr>
          <w:p w14:paraId="1CCB68CC" w14:textId="77777777" w:rsidR="000C70CE" w:rsidRDefault="000C70CE" w:rsidP="00CF21F5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6.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Синтаксис</w:t>
            </w:r>
          </w:p>
        </w:tc>
      </w:tr>
      <w:tr w:rsidR="000C70CE" w:rsidRPr="00F178D3" w14:paraId="70F14882" w14:textId="77777777" w:rsidTr="006E2C1E">
        <w:trPr>
          <w:trHeight w:val="1693"/>
        </w:trPr>
        <w:tc>
          <w:tcPr>
            <w:tcW w:w="468" w:type="dxa"/>
          </w:tcPr>
          <w:p w14:paraId="4878C3ED" w14:textId="77777777" w:rsidR="000C70CE" w:rsidRDefault="000C70CE" w:rsidP="00CF21F5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6.1.</w:t>
            </w:r>
          </w:p>
        </w:tc>
        <w:tc>
          <w:tcPr>
            <w:tcW w:w="4381" w:type="dxa"/>
          </w:tcPr>
          <w:p w14:paraId="5C01438C" w14:textId="77777777" w:rsidR="000C70CE" w:rsidRDefault="000C70CE" w:rsidP="00CF21F5">
            <w:pPr>
              <w:pStyle w:val="TableParagraph"/>
              <w:spacing w:before="64" w:line="266" w:lineRule="auto"/>
              <w:rPr>
                <w:sz w:val="15"/>
              </w:rPr>
            </w:pPr>
            <w:r>
              <w:rPr>
                <w:w w:val="105"/>
                <w:sz w:val="15"/>
              </w:rPr>
              <w:t>Повторение: слово, сочетание слов (словосочетание) и предложение, осознание их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сходства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различий;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виды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предложений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цели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высказывания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(повествовательные,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вопросительные и побудительные); виды предложений по эмоциональной окраске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(восклицательные и невосклицательные); связь между словами в словосочетании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предложении (при помощи смысловых вопросов); распространённые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нераспространённые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предложения</w:t>
            </w:r>
          </w:p>
        </w:tc>
        <w:tc>
          <w:tcPr>
            <w:tcW w:w="567" w:type="dxa"/>
          </w:tcPr>
          <w:p w14:paraId="378933A4" w14:textId="77777777" w:rsidR="000C70CE" w:rsidRDefault="000C70CE" w:rsidP="00CF21F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134" w:type="dxa"/>
          </w:tcPr>
          <w:p w14:paraId="258EF5FE" w14:textId="77777777" w:rsidR="000C70CE" w:rsidRDefault="000C70CE" w:rsidP="00CF21F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34" w:type="dxa"/>
          </w:tcPr>
          <w:p w14:paraId="787FDBD3" w14:textId="77777777" w:rsidR="000C70CE" w:rsidRDefault="000C70CE" w:rsidP="00CF21F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50" w:type="dxa"/>
          </w:tcPr>
          <w:p w14:paraId="5C212397" w14:textId="77777777" w:rsidR="000C70CE" w:rsidRDefault="000C70CE" w:rsidP="00CF21F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29.11.2022</w:t>
            </w:r>
          </w:p>
          <w:p w14:paraId="7E5F2E18" w14:textId="77777777" w:rsidR="000C70CE" w:rsidRDefault="000C70CE" w:rsidP="00CF21F5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06.12.2022</w:t>
            </w:r>
          </w:p>
        </w:tc>
        <w:tc>
          <w:tcPr>
            <w:tcW w:w="3827" w:type="dxa"/>
          </w:tcPr>
          <w:p w14:paraId="5C48FA15" w14:textId="3FEA3FB4" w:rsidR="000C70CE" w:rsidRDefault="000C70CE" w:rsidP="006E2C1E">
            <w:pPr>
              <w:pStyle w:val="TableParagraph"/>
              <w:spacing w:before="64" w:line="266" w:lineRule="auto"/>
              <w:ind w:left="79" w:right="144"/>
              <w:rPr>
                <w:sz w:val="15"/>
              </w:rPr>
            </w:pPr>
            <w:r>
              <w:rPr>
                <w:w w:val="105"/>
                <w:sz w:val="15"/>
              </w:rPr>
              <w:t>Работа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таблицей: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горизонтали в;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строках вид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эмоциональной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окраске;</w:t>
            </w:r>
            <w:r w:rsidR="006E2C1E">
              <w:rPr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 вертикали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столбцах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цели;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высказывания;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подбор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примеров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ячеек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таблицы;;</w:t>
            </w:r>
          </w:p>
        </w:tc>
        <w:tc>
          <w:tcPr>
            <w:tcW w:w="1276" w:type="dxa"/>
          </w:tcPr>
          <w:p w14:paraId="76AEF116" w14:textId="77777777" w:rsidR="000C70CE" w:rsidRDefault="000C70CE" w:rsidP="00CF21F5">
            <w:pPr>
              <w:pStyle w:val="TableParagraph"/>
              <w:spacing w:before="64" w:line="266" w:lineRule="auto"/>
              <w:ind w:left="80" w:right="14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Контрольная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859" w:type="dxa"/>
          </w:tcPr>
          <w:p w14:paraId="3063C3B1" w14:textId="77777777" w:rsidR="000C70CE" w:rsidRPr="00F178D3" w:rsidRDefault="000C70CE" w:rsidP="006E2C1E">
            <w:pPr>
              <w:pStyle w:val="TableParagraph"/>
              <w:spacing w:before="64" w:line="266" w:lineRule="auto"/>
              <w:ind w:left="81"/>
              <w:rPr>
                <w:sz w:val="15"/>
                <w:lang w:val="en-US"/>
              </w:rPr>
            </w:pPr>
            <w:r w:rsidRPr="00F178D3">
              <w:rPr>
                <w:spacing w:val="-1"/>
                <w:w w:val="105"/>
                <w:sz w:val="15"/>
                <w:lang w:val="en-US"/>
              </w:rPr>
              <w:t>resh.edu.ru</w:t>
            </w:r>
            <w:r w:rsidRPr="00F178D3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>
              <w:rPr>
                <w:w w:val="105"/>
                <w:sz w:val="15"/>
              </w:rPr>
              <w:t>учи</w:t>
            </w:r>
            <w:r w:rsidRPr="00F178D3">
              <w:rPr>
                <w:w w:val="105"/>
                <w:sz w:val="15"/>
                <w:lang w:val="en-US"/>
              </w:rPr>
              <w:t>.</w:t>
            </w:r>
            <w:r>
              <w:rPr>
                <w:w w:val="105"/>
                <w:sz w:val="15"/>
              </w:rPr>
              <w:t>ру</w:t>
            </w:r>
          </w:p>
          <w:p w14:paraId="7E5729F3" w14:textId="77777777" w:rsidR="000C70CE" w:rsidRPr="00F178D3" w:rsidRDefault="000C70CE" w:rsidP="00CF21F5">
            <w:pPr>
              <w:pStyle w:val="TableParagraph"/>
              <w:spacing w:before="2"/>
              <w:ind w:left="81"/>
              <w:rPr>
                <w:sz w:val="15"/>
                <w:lang w:val="en-US"/>
              </w:rPr>
            </w:pPr>
            <w:r w:rsidRPr="00F178D3">
              <w:rPr>
                <w:w w:val="105"/>
                <w:sz w:val="15"/>
                <w:lang w:val="en-US"/>
              </w:rPr>
              <w:t>education.yandex.ru</w:t>
            </w:r>
          </w:p>
        </w:tc>
      </w:tr>
    </w:tbl>
    <w:p w14:paraId="73779F88" w14:textId="77777777" w:rsidR="000C70CE" w:rsidRPr="00F178D3" w:rsidRDefault="000C70CE" w:rsidP="000C70CE">
      <w:pPr>
        <w:rPr>
          <w:sz w:val="15"/>
        </w:rPr>
        <w:sectPr w:rsidR="000C70CE" w:rsidRPr="00F178D3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4381"/>
        <w:gridCol w:w="567"/>
        <w:gridCol w:w="1134"/>
        <w:gridCol w:w="1134"/>
        <w:gridCol w:w="850"/>
        <w:gridCol w:w="3493"/>
        <w:gridCol w:w="1610"/>
        <w:gridCol w:w="1859"/>
      </w:tblGrid>
      <w:tr w:rsidR="000C70CE" w:rsidRPr="00F178D3" w14:paraId="462178A2" w14:textId="77777777" w:rsidTr="00F762D2">
        <w:trPr>
          <w:trHeight w:val="1178"/>
        </w:trPr>
        <w:tc>
          <w:tcPr>
            <w:tcW w:w="468" w:type="dxa"/>
          </w:tcPr>
          <w:p w14:paraId="4F300B6F" w14:textId="77777777" w:rsidR="000C70CE" w:rsidRDefault="000C70CE" w:rsidP="00CF21F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6.2.</w:t>
            </w:r>
          </w:p>
        </w:tc>
        <w:tc>
          <w:tcPr>
            <w:tcW w:w="4381" w:type="dxa"/>
          </w:tcPr>
          <w:p w14:paraId="013371E0" w14:textId="77777777" w:rsidR="000C70CE" w:rsidRDefault="000C70CE" w:rsidP="00CF21F5">
            <w:pPr>
              <w:pStyle w:val="TableParagraph"/>
              <w:spacing w:before="64"/>
              <w:rPr>
                <w:sz w:val="15"/>
              </w:rPr>
            </w:pPr>
            <w:r>
              <w:rPr>
                <w:sz w:val="15"/>
              </w:rPr>
              <w:t>Предложения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однородными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членами: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без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союзов,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союзами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i/>
                <w:sz w:val="15"/>
              </w:rPr>
              <w:t>а,</w:t>
            </w:r>
            <w:r>
              <w:rPr>
                <w:i/>
                <w:spacing w:val="15"/>
                <w:sz w:val="15"/>
              </w:rPr>
              <w:t xml:space="preserve"> </w:t>
            </w:r>
            <w:r>
              <w:rPr>
                <w:i/>
                <w:sz w:val="15"/>
              </w:rPr>
              <w:t>но</w:t>
            </w:r>
            <w:r>
              <w:rPr>
                <w:sz w:val="15"/>
              </w:rPr>
              <w:t>,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одиночным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союзом</w:t>
            </w:r>
          </w:p>
          <w:p w14:paraId="2DA45BF8" w14:textId="77777777" w:rsidR="000C70CE" w:rsidRDefault="000C70CE" w:rsidP="00CF21F5">
            <w:pPr>
              <w:pStyle w:val="TableParagraph"/>
              <w:spacing w:before="20"/>
              <w:rPr>
                <w:sz w:val="15"/>
              </w:rPr>
            </w:pPr>
            <w:r>
              <w:rPr>
                <w:i/>
                <w:w w:val="105"/>
                <w:sz w:val="15"/>
              </w:rPr>
              <w:t>и</w:t>
            </w:r>
            <w:r>
              <w:rPr>
                <w:w w:val="105"/>
                <w:sz w:val="15"/>
              </w:rPr>
              <w:t>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Интонация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перечисления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предложениях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однородными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членами</w:t>
            </w:r>
          </w:p>
        </w:tc>
        <w:tc>
          <w:tcPr>
            <w:tcW w:w="567" w:type="dxa"/>
          </w:tcPr>
          <w:p w14:paraId="1568F86A" w14:textId="77777777" w:rsidR="000C70CE" w:rsidRDefault="000C70CE" w:rsidP="00CF21F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134" w:type="dxa"/>
          </w:tcPr>
          <w:p w14:paraId="770EA5C7" w14:textId="77777777" w:rsidR="000C70CE" w:rsidRDefault="000C70CE" w:rsidP="00CF21F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34" w:type="dxa"/>
          </w:tcPr>
          <w:p w14:paraId="07FAAC62" w14:textId="77777777" w:rsidR="000C70CE" w:rsidRDefault="000C70CE" w:rsidP="00CF21F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50" w:type="dxa"/>
          </w:tcPr>
          <w:p w14:paraId="2EF78320" w14:textId="002DBEF8" w:rsidR="000C70CE" w:rsidRDefault="000C70CE" w:rsidP="00CF21F5">
            <w:pPr>
              <w:pStyle w:val="TableParagraph"/>
              <w:spacing w:before="20"/>
              <w:ind w:left="78"/>
              <w:rPr>
                <w:sz w:val="15"/>
              </w:rPr>
            </w:pPr>
          </w:p>
        </w:tc>
        <w:tc>
          <w:tcPr>
            <w:tcW w:w="3493" w:type="dxa"/>
          </w:tcPr>
          <w:p w14:paraId="521BD7FF" w14:textId="220D9C3B" w:rsidR="000C70CE" w:rsidRDefault="000C70CE" w:rsidP="00F762D2">
            <w:pPr>
              <w:pStyle w:val="TableParagraph"/>
              <w:spacing w:before="64" w:line="266" w:lineRule="auto"/>
              <w:ind w:left="79" w:right="111"/>
              <w:rPr>
                <w:sz w:val="15"/>
              </w:rPr>
            </w:pPr>
            <w:r>
              <w:rPr>
                <w:w w:val="105"/>
                <w:sz w:val="15"/>
              </w:rPr>
              <w:t>Совместный анализ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алгоритма;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синтаксического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разбора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предложений;</w:t>
            </w:r>
            <w:r w:rsidR="00F762D2"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отработка проведения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разбора по;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предложенному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алгоритму;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Практическая </w:t>
            </w:r>
            <w:r>
              <w:rPr>
                <w:w w:val="105"/>
                <w:sz w:val="15"/>
              </w:rPr>
              <w:t>работа: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соотнесение;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изученных понятий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(однородные члены;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предложения;</w:t>
            </w:r>
          </w:p>
          <w:p w14:paraId="7E91A546" w14:textId="56C99BB9" w:rsidR="000C70CE" w:rsidRDefault="000C70CE" w:rsidP="00F762D2">
            <w:pPr>
              <w:pStyle w:val="TableParagraph"/>
              <w:spacing w:before="5" w:line="266" w:lineRule="auto"/>
              <w:ind w:left="79" w:right="6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сложное предложение)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с;</w:t>
            </w:r>
            <w:r w:rsidR="00F762D2">
              <w:rPr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примерами;</w:t>
            </w:r>
          </w:p>
          <w:p w14:paraId="347E760D" w14:textId="0F67E20D" w:rsidR="000C70CE" w:rsidRDefault="000C70CE" w:rsidP="00CF21F5">
            <w:pPr>
              <w:pStyle w:val="TableParagraph"/>
              <w:spacing w:before="19"/>
              <w:ind w:left="79"/>
              <w:rPr>
                <w:sz w:val="15"/>
              </w:rPr>
            </w:pPr>
          </w:p>
        </w:tc>
        <w:tc>
          <w:tcPr>
            <w:tcW w:w="1610" w:type="dxa"/>
          </w:tcPr>
          <w:p w14:paraId="7283A1DE" w14:textId="77777777" w:rsidR="000C70CE" w:rsidRDefault="000C70CE" w:rsidP="00CF21F5">
            <w:pPr>
              <w:pStyle w:val="TableParagraph"/>
              <w:spacing w:before="64" w:line="266" w:lineRule="auto"/>
              <w:ind w:left="80" w:right="14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859" w:type="dxa"/>
          </w:tcPr>
          <w:p w14:paraId="3EE5B6FD" w14:textId="1866601D" w:rsidR="000C70CE" w:rsidRPr="00F178D3" w:rsidRDefault="00F762D2" w:rsidP="006E2C1E">
            <w:pPr>
              <w:pStyle w:val="TableParagraph"/>
              <w:spacing w:before="64" w:line="266" w:lineRule="auto"/>
              <w:ind w:left="2" w:right="8"/>
              <w:rPr>
                <w:sz w:val="15"/>
                <w:lang w:val="en-US"/>
              </w:rPr>
            </w:pPr>
            <w:r w:rsidRPr="00CB497B">
              <w:rPr>
                <w:spacing w:val="-1"/>
                <w:w w:val="105"/>
                <w:sz w:val="15"/>
                <w:lang w:val="en-US"/>
              </w:rPr>
              <w:t xml:space="preserve">  </w:t>
            </w:r>
            <w:r w:rsidR="000C70CE" w:rsidRPr="00F178D3">
              <w:rPr>
                <w:spacing w:val="-1"/>
                <w:w w:val="105"/>
                <w:sz w:val="15"/>
                <w:lang w:val="en-US"/>
              </w:rPr>
              <w:t>resh.edu.ru</w:t>
            </w:r>
            <w:r w:rsidR="000C70CE" w:rsidRPr="00F178D3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="000C70CE">
              <w:rPr>
                <w:w w:val="105"/>
                <w:sz w:val="15"/>
              </w:rPr>
              <w:t>учи</w:t>
            </w:r>
            <w:r w:rsidR="000C70CE" w:rsidRPr="00F178D3">
              <w:rPr>
                <w:w w:val="105"/>
                <w:sz w:val="15"/>
                <w:lang w:val="en-US"/>
              </w:rPr>
              <w:t>.</w:t>
            </w:r>
            <w:r w:rsidR="000C70CE">
              <w:rPr>
                <w:w w:val="105"/>
                <w:sz w:val="15"/>
              </w:rPr>
              <w:t>ру</w:t>
            </w:r>
          </w:p>
          <w:p w14:paraId="0DA9CCC6" w14:textId="77777777" w:rsidR="000C70CE" w:rsidRPr="00F178D3" w:rsidRDefault="000C70CE" w:rsidP="00CF21F5">
            <w:pPr>
              <w:pStyle w:val="TableParagraph"/>
              <w:spacing w:before="2"/>
              <w:ind w:left="81"/>
              <w:rPr>
                <w:sz w:val="15"/>
                <w:lang w:val="en-US"/>
              </w:rPr>
            </w:pPr>
            <w:r w:rsidRPr="00F178D3">
              <w:rPr>
                <w:w w:val="105"/>
                <w:sz w:val="15"/>
                <w:lang w:val="en-US"/>
              </w:rPr>
              <w:t>education.yandex.ru</w:t>
            </w:r>
          </w:p>
        </w:tc>
      </w:tr>
      <w:tr w:rsidR="000C70CE" w:rsidRPr="00F178D3" w14:paraId="4CC659D3" w14:textId="77777777" w:rsidTr="00F762D2">
        <w:trPr>
          <w:trHeight w:val="745"/>
        </w:trPr>
        <w:tc>
          <w:tcPr>
            <w:tcW w:w="468" w:type="dxa"/>
          </w:tcPr>
          <w:p w14:paraId="0D1DBB3E" w14:textId="77777777" w:rsidR="000C70CE" w:rsidRDefault="000C70CE" w:rsidP="00CF21F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6.3.</w:t>
            </w:r>
          </w:p>
        </w:tc>
        <w:tc>
          <w:tcPr>
            <w:tcW w:w="4381" w:type="dxa"/>
          </w:tcPr>
          <w:p w14:paraId="48A4EB93" w14:textId="77777777" w:rsidR="000C70CE" w:rsidRDefault="000C70CE" w:rsidP="00CF21F5">
            <w:pPr>
              <w:pStyle w:val="TableParagraph"/>
              <w:spacing w:before="64" w:line="266" w:lineRule="auto"/>
              <w:rPr>
                <w:sz w:val="15"/>
              </w:rPr>
            </w:pPr>
            <w:r>
              <w:rPr>
                <w:w w:val="105"/>
                <w:sz w:val="15"/>
              </w:rPr>
              <w:t>Простое и сложное предложение (ознакомление). Сложные предложения: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сложносочинённые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союзами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и,</w:t>
            </w:r>
            <w:r>
              <w:rPr>
                <w:i/>
                <w:spacing w:val="-10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а,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но</w:t>
            </w:r>
            <w:r>
              <w:rPr>
                <w:w w:val="105"/>
                <w:sz w:val="15"/>
              </w:rPr>
              <w:t>;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бессоюзные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сложные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(без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называния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терминов)</w:t>
            </w:r>
          </w:p>
        </w:tc>
        <w:tc>
          <w:tcPr>
            <w:tcW w:w="567" w:type="dxa"/>
          </w:tcPr>
          <w:p w14:paraId="79EE4D20" w14:textId="77777777" w:rsidR="000C70CE" w:rsidRDefault="000C70CE" w:rsidP="00CF21F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34" w:type="dxa"/>
          </w:tcPr>
          <w:p w14:paraId="4611C5F4" w14:textId="77777777" w:rsidR="000C70CE" w:rsidRDefault="000C70CE" w:rsidP="00CF21F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34" w:type="dxa"/>
          </w:tcPr>
          <w:p w14:paraId="32E3E8E6" w14:textId="77777777" w:rsidR="000C70CE" w:rsidRDefault="000C70CE" w:rsidP="00CF21F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50" w:type="dxa"/>
          </w:tcPr>
          <w:p w14:paraId="4F0D3A90" w14:textId="1DF5F7BD" w:rsidR="000C70CE" w:rsidRDefault="000C70CE" w:rsidP="00CF21F5">
            <w:pPr>
              <w:pStyle w:val="TableParagraph"/>
              <w:spacing w:before="20"/>
              <w:ind w:left="78"/>
              <w:rPr>
                <w:sz w:val="15"/>
              </w:rPr>
            </w:pPr>
          </w:p>
        </w:tc>
        <w:tc>
          <w:tcPr>
            <w:tcW w:w="3493" w:type="dxa"/>
          </w:tcPr>
          <w:p w14:paraId="498C8ACB" w14:textId="77777777" w:rsidR="000C70CE" w:rsidRDefault="000C70CE" w:rsidP="00CF21F5">
            <w:pPr>
              <w:pStyle w:val="TableParagraph"/>
              <w:spacing w:before="64" w:line="266" w:lineRule="auto"/>
              <w:ind w:left="79" w:right="56"/>
              <w:rPr>
                <w:sz w:val="15"/>
              </w:rPr>
            </w:pPr>
            <w:r>
              <w:rPr>
                <w:w w:val="105"/>
                <w:sz w:val="15"/>
              </w:rPr>
              <w:t>Наблюдение за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различиями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простых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сложных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предложений;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Упражнение: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группировка;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предложений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определённому;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признаку;</w:t>
            </w:r>
          </w:p>
          <w:p w14:paraId="2FB5577A" w14:textId="047DD3D2" w:rsidR="000C70CE" w:rsidRDefault="000C70CE" w:rsidP="00CF21F5">
            <w:pPr>
              <w:pStyle w:val="TableParagraph"/>
              <w:spacing w:before="6"/>
              <w:ind w:left="79"/>
              <w:rPr>
                <w:sz w:val="15"/>
              </w:rPr>
            </w:pPr>
          </w:p>
        </w:tc>
        <w:tc>
          <w:tcPr>
            <w:tcW w:w="1610" w:type="dxa"/>
          </w:tcPr>
          <w:p w14:paraId="5AE9B2F8" w14:textId="77777777" w:rsidR="000C70CE" w:rsidRDefault="000C70CE" w:rsidP="00CF21F5">
            <w:pPr>
              <w:pStyle w:val="TableParagraph"/>
              <w:spacing w:before="64" w:line="266" w:lineRule="auto"/>
              <w:ind w:left="80" w:right="14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Диктант;</w:t>
            </w:r>
          </w:p>
        </w:tc>
        <w:tc>
          <w:tcPr>
            <w:tcW w:w="1859" w:type="dxa"/>
          </w:tcPr>
          <w:p w14:paraId="5283B127" w14:textId="77777777" w:rsidR="000C70CE" w:rsidRPr="00F178D3" w:rsidRDefault="000C70CE" w:rsidP="00F762D2">
            <w:pPr>
              <w:pStyle w:val="TableParagraph"/>
              <w:spacing w:before="64" w:line="266" w:lineRule="auto"/>
              <w:ind w:left="81"/>
              <w:rPr>
                <w:sz w:val="15"/>
                <w:lang w:val="en-US"/>
              </w:rPr>
            </w:pPr>
            <w:r w:rsidRPr="00F178D3">
              <w:rPr>
                <w:spacing w:val="-1"/>
                <w:w w:val="105"/>
                <w:sz w:val="15"/>
                <w:lang w:val="en-US"/>
              </w:rPr>
              <w:t>resh.edu.ru</w:t>
            </w:r>
            <w:r w:rsidRPr="00F178D3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>
              <w:rPr>
                <w:w w:val="105"/>
                <w:sz w:val="15"/>
              </w:rPr>
              <w:t>учи</w:t>
            </w:r>
            <w:r w:rsidRPr="00F178D3">
              <w:rPr>
                <w:w w:val="105"/>
                <w:sz w:val="15"/>
                <w:lang w:val="en-US"/>
              </w:rPr>
              <w:t>.</w:t>
            </w:r>
            <w:r>
              <w:rPr>
                <w:w w:val="105"/>
                <w:sz w:val="15"/>
              </w:rPr>
              <w:t>ру</w:t>
            </w:r>
          </w:p>
          <w:p w14:paraId="213015F0" w14:textId="77777777" w:rsidR="000C70CE" w:rsidRPr="00F178D3" w:rsidRDefault="000C70CE" w:rsidP="00CF21F5">
            <w:pPr>
              <w:pStyle w:val="TableParagraph"/>
              <w:spacing w:before="2"/>
              <w:ind w:left="81"/>
              <w:rPr>
                <w:sz w:val="15"/>
                <w:lang w:val="en-US"/>
              </w:rPr>
            </w:pPr>
            <w:r w:rsidRPr="00F178D3">
              <w:rPr>
                <w:w w:val="105"/>
                <w:sz w:val="15"/>
                <w:lang w:val="en-US"/>
              </w:rPr>
              <w:t>education.yandex.ru</w:t>
            </w:r>
          </w:p>
        </w:tc>
      </w:tr>
      <w:tr w:rsidR="000C70CE" w14:paraId="35AE3AF8" w14:textId="77777777" w:rsidTr="006E2C1E">
        <w:trPr>
          <w:trHeight w:val="333"/>
        </w:trPr>
        <w:tc>
          <w:tcPr>
            <w:tcW w:w="4849" w:type="dxa"/>
            <w:gridSpan w:val="2"/>
          </w:tcPr>
          <w:p w14:paraId="7070D1FC" w14:textId="77777777" w:rsidR="000C70CE" w:rsidRDefault="000C70CE" w:rsidP="00CF21F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разделу:</w:t>
            </w:r>
          </w:p>
        </w:tc>
        <w:tc>
          <w:tcPr>
            <w:tcW w:w="567" w:type="dxa"/>
          </w:tcPr>
          <w:p w14:paraId="3334A4B0" w14:textId="77777777" w:rsidR="000C70CE" w:rsidRDefault="000C70CE" w:rsidP="00CF21F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16</w:t>
            </w:r>
          </w:p>
        </w:tc>
        <w:tc>
          <w:tcPr>
            <w:tcW w:w="10080" w:type="dxa"/>
            <w:gridSpan w:val="6"/>
          </w:tcPr>
          <w:p w14:paraId="059EBC66" w14:textId="77777777" w:rsidR="000C70CE" w:rsidRDefault="000C70CE" w:rsidP="00CF21F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0C70CE" w14:paraId="74E70971" w14:textId="77777777" w:rsidTr="00CF21F5">
        <w:trPr>
          <w:trHeight w:val="333"/>
        </w:trPr>
        <w:tc>
          <w:tcPr>
            <w:tcW w:w="15496" w:type="dxa"/>
            <w:gridSpan w:val="9"/>
          </w:tcPr>
          <w:p w14:paraId="7819127C" w14:textId="77777777" w:rsidR="000C70CE" w:rsidRDefault="000C70CE" w:rsidP="00CF21F5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Орфография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пунктуация</w:t>
            </w:r>
          </w:p>
        </w:tc>
      </w:tr>
      <w:tr w:rsidR="000C70CE" w:rsidRPr="00F178D3" w14:paraId="78C2BFBD" w14:textId="77777777" w:rsidTr="00F762D2">
        <w:trPr>
          <w:trHeight w:val="2057"/>
        </w:trPr>
        <w:tc>
          <w:tcPr>
            <w:tcW w:w="468" w:type="dxa"/>
          </w:tcPr>
          <w:p w14:paraId="7813F803" w14:textId="77777777" w:rsidR="000C70CE" w:rsidRDefault="000C70CE" w:rsidP="00CF21F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7.1.</w:t>
            </w:r>
          </w:p>
        </w:tc>
        <w:tc>
          <w:tcPr>
            <w:tcW w:w="4381" w:type="dxa"/>
          </w:tcPr>
          <w:p w14:paraId="311E8CB8" w14:textId="77777777" w:rsidR="000C70CE" w:rsidRDefault="000C70CE" w:rsidP="00CF21F5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Повторение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правил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правописания,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изученных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1—3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классах</w:t>
            </w:r>
          </w:p>
        </w:tc>
        <w:tc>
          <w:tcPr>
            <w:tcW w:w="567" w:type="dxa"/>
          </w:tcPr>
          <w:p w14:paraId="7C092B9B" w14:textId="77777777" w:rsidR="000C70CE" w:rsidRDefault="000C70CE" w:rsidP="00CF21F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134" w:type="dxa"/>
          </w:tcPr>
          <w:p w14:paraId="06DAE56E" w14:textId="77777777" w:rsidR="000C70CE" w:rsidRDefault="000C70CE" w:rsidP="00CF21F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34" w:type="dxa"/>
          </w:tcPr>
          <w:p w14:paraId="16A053DA" w14:textId="77777777" w:rsidR="000C70CE" w:rsidRDefault="000C70CE" w:rsidP="00CF21F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50" w:type="dxa"/>
          </w:tcPr>
          <w:p w14:paraId="464D772E" w14:textId="38FC9D73" w:rsidR="000C70CE" w:rsidRDefault="000C70CE" w:rsidP="00CF21F5">
            <w:pPr>
              <w:pStyle w:val="TableParagraph"/>
              <w:spacing w:before="20"/>
              <w:ind w:left="78"/>
              <w:rPr>
                <w:sz w:val="15"/>
              </w:rPr>
            </w:pPr>
          </w:p>
        </w:tc>
        <w:tc>
          <w:tcPr>
            <w:tcW w:w="3493" w:type="dxa"/>
          </w:tcPr>
          <w:p w14:paraId="24E1FBBA" w14:textId="77777777" w:rsidR="000C70CE" w:rsidRDefault="000C70CE" w:rsidP="00CF21F5">
            <w:pPr>
              <w:pStyle w:val="TableParagraph"/>
              <w:spacing w:before="64" w:line="266" w:lineRule="auto"/>
              <w:ind w:left="79" w:right="87"/>
              <w:rPr>
                <w:sz w:val="15"/>
              </w:rPr>
            </w:pPr>
            <w:r>
              <w:rPr>
                <w:w w:val="105"/>
                <w:sz w:val="15"/>
              </w:rPr>
              <w:t>Работа в парах: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группировка слов по;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месту орфограммы;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 в парах: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группировка слов по;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типу орфограммы;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Проблемная ситуация;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требующая;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использования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дополнительных;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источников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информации: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уточнение;</w:t>
            </w:r>
          </w:p>
          <w:p w14:paraId="0C82C426" w14:textId="77777777" w:rsidR="000C70CE" w:rsidRDefault="000C70CE" w:rsidP="00CF21F5">
            <w:pPr>
              <w:pStyle w:val="TableParagraph"/>
              <w:spacing w:before="9" w:line="266" w:lineRule="auto"/>
              <w:ind w:left="79" w:right="143"/>
              <w:rPr>
                <w:sz w:val="15"/>
              </w:rPr>
            </w:pPr>
            <w:r>
              <w:rPr>
                <w:w w:val="105"/>
                <w:sz w:val="15"/>
              </w:rPr>
              <w:t>написания слов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орфографическому;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словарю (в том числе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 электронном;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носителе);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Самоконтроль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правильности записи;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текста;</w:t>
            </w:r>
          </w:p>
          <w:p w14:paraId="0FAB946A" w14:textId="77777777" w:rsidR="000C70CE" w:rsidRDefault="000C70CE" w:rsidP="00CF21F5">
            <w:pPr>
              <w:pStyle w:val="TableParagraph"/>
              <w:spacing w:before="5" w:line="266" w:lineRule="auto"/>
              <w:ind w:left="79" w:right="103"/>
              <w:rPr>
                <w:sz w:val="15"/>
              </w:rPr>
            </w:pPr>
            <w:r>
              <w:rPr>
                <w:w w:val="105"/>
                <w:sz w:val="15"/>
              </w:rPr>
              <w:t>нахождение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неправильно;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записанных слов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исправление;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собственных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ошибок;;</w:t>
            </w:r>
          </w:p>
        </w:tc>
        <w:tc>
          <w:tcPr>
            <w:tcW w:w="1610" w:type="dxa"/>
          </w:tcPr>
          <w:p w14:paraId="4469593C" w14:textId="77777777" w:rsidR="000C70CE" w:rsidRDefault="000C70CE" w:rsidP="00CF21F5">
            <w:pPr>
              <w:pStyle w:val="TableParagraph"/>
              <w:spacing w:before="64" w:line="266" w:lineRule="auto"/>
              <w:ind w:left="80" w:right="40"/>
              <w:rPr>
                <w:sz w:val="15"/>
              </w:rPr>
            </w:pPr>
            <w:r>
              <w:rPr>
                <w:w w:val="105"/>
                <w:sz w:val="15"/>
              </w:rPr>
              <w:t>Письменный;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  <w:p w14:paraId="18912B84" w14:textId="4E3126EF" w:rsidR="000C70CE" w:rsidRDefault="000C70CE" w:rsidP="00CF21F5">
            <w:pPr>
              <w:pStyle w:val="TableParagraph"/>
              <w:spacing w:before="3"/>
              <w:ind w:left="80"/>
              <w:rPr>
                <w:sz w:val="15"/>
              </w:rPr>
            </w:pPr>
          </w:p>
        </w:tc>
        <w:tc>
          <w:tcPr>
            <w:tcW w:w="1859" w:type="dxa"/>
          </w:tcPr>
          <w:p w14:paraId="143F1CD4" w14:textId="77777777" w:rsidR="000C70CE" w:rsidRPr="00F178D3" w:rsidRDefault="000C70CE" w:rsidP="00F762D2">
            <w:pPr>
              <w:pStyle w:val="TableParagraph"/>
              <w:spacing w:before="64" w:line="266" w:lineRule="auto"/>
              <w:ind w:left="81" w:right="150"/>
              <w:rPr>
                <w:sz w:val="15"/>
                <w:lang w:val="en-US"/>
              </w:rPr>
            </w:pPr>
            <w:r w:rsidRPr="00F178D3">
              <w:rPr>
                <w:spacing w:val="-1"/>
                <w:w w:val="105"/>
                <w:sz w:val="15"/>
                <w:lang w:val="en-US"/>
              </w:rPr>
              <w:t>resh.edu.ru</w:t>
            </w:r>
            <w:r w:rsidRPr="00F178D3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>
              <w:rPr>
                <w:w w:val="105"/>
                <w:sz w:val="15"/>
              </w:rPr>
              <w:t>учи</w:t>
            </w:r>
            <w:r w:rsidRPr="00F178D3">
              <w:rPr>
                <w:w w:val="105"/>
                <w:sz w:val="15"/>
                <w:lang w:val="en-US"/>
              </w:rPr>
              <w:t>.</w:t>
            </w:r>
            <w:r>
              <w:rPr>
                <w:w w:val="105"/>
                <w:sz w:val="15"/>
              </w:rPr>
              <w:t>ру</w:t>
            </w:r>
          </w:p>
          <w:p w14:paraId="5441BB7E" w14:textId="77777777" w:rsidR="000C70CE" w:rsidRPr="00F178D3" w:rsidRDefault="000C70CE" w:rsidP="00CF21F5">
            <w:pPr>
              <w:pStyle w:val="TableParagraph"/>
              <w:spacing w:before="2"/>
              <w:ind w:left="81"/>
              <w:rPr>
                <w:sz w:val="15"/>
                <w:lang w:val="en-US"/>
              </w:rPr>
            </w:pPr>
            <w:r w:rsidRPr="00F178D3">
              <w:rPr>
                <w:w w:val="105"/>
                <w:sz w:val="15"/>
                <w:lang w:val="en-US"/>
              </w:rPr>
              <w:t>education.yandex.ru</w:t>
            </w:r>
          </w:p>
        </w:tc>
      </w:tr>
      <w:tr w:rsidR="000C70CE" w14:paraId="56744185" w14:textId="77777777" w:rsidTr="00F762D2">
        <w:trPr>
          <w:trHeight w:val="3021"/>
        </w:trPr>
        <w:tc>
          <w:tcPr>
            <w:tcW w:w="468" w:type="dxa"/>
          </w:tcPr>
          <w:p w14:paraId="34561050" w14:textId="77777777" w:rsidR="000C70CE" w:rsidRDefault="000C70CE" w:rsidP="00CF21F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7.2.</w:t>
            </w:r>
          </w:p>
        </w:tc>
        <w:tc>
          <w:tcPr>
            <w:tcW w:w="4381" w:type="dxa"/>
          </w:tcPr>
          <w:p w14:paraId="64BC91D8" w14:textId="77777777" w:rsidR="000C70CE" w:rsidRDefault="000C70CE" w:rsidP="00CF21F5">
            <w:pPr>
              <w:pStyle w:val="TableParagraph"/>
              <w:spacing w:before="64" w:line="266" w:lineRule="auto"/>
              <w:rPr>
                <w:sz w:val="15"/>
              </w:rPr>
            </w:pPr>
            <w:r>
              <w:rPr>
                <w:w w:val="105"/>
                <w:sz w:val="15"/>
              </w:rPr>
              <w:t>Формирование орфографической зоркости: осознание места возможного возникновения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орфографической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ошибки,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использование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различных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способов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решения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орфографической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зависимости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орфограммы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слове.</w:t>
            </w:r>
          </w:p>
        </w:tc>
        <w:tc>
          <w:tcPr>
            <w:tcW w:w="567" w:type="dxa"/>
          </w:tcPr>
          <w:p w14:paraId="313401EE" w14:textId="77777777" w:rsidR="000C70CE" w:rsidRDefault="000C70CE" w:rsidP="00CF21F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15</w:t>
            </w:r>
          </w:p>
        </w:tc>
        <w:tc>
          <w:tcPr>
            <w:tcW w:w="1134" w:type="dxa"/>
          </w:tcPr>
          <w:p w14:paraId="333AE7F8" w14:textId="77777777" w:rsidR="000C70CE" w:rsidRDefault="000C70CE" w:rsidP="00CF21F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34" w:type="dxa"/>
          </w:tcPr>
          <w:p w14:paraId="75E1ED22" w14:textId="77777777" w:rsidR="000C70CE" w:rsidRDefault="000C70CE" w:rsidP="00CF21F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50" w:type="dxa"/>
          </w:tcPr>
          <w:p w14:paraId="4A56AC4D" w14:textId="5A7AEDAB" w:rsidR="000C70CE" w:rsidRDefault="000C70CE" w:rsidP="00CF21F5">
            <w:pPr>
              <w:pStyle w:val="TableParagraph"/>
              <w:spacing w:before="20"/>
              <w:ind w:left="78"/>
              <w:rPr>
                <w:sz w:val="15"/>
              </w:rPr>
            </w:pPr>
          </w:p>
        </w:tc>
        <w:tc>
          <w:tcPr>
            <w:tcW w:w="3493" w:type="dxa"/>
          </w:tcPr>
          <w:p w14:paraId="3FC60B9E" w14:textId="3C6A26CB" w:rsidR="000C70CE" w:rsidRDefault="000C70CE" w:rsidP="00F762D2">
            <w:pPr>
              <w:pStyle w:val="TableParagraph"/>
              <w:spacing w:before="64" w:line="266" w:lineRule="auto"/>
              <w:ind w:left="79" w:right="270"/>
              <w:rPr>
                <w:sz w:val="15"/>
              </w:rPr>
            </w:pPr>
            <w:r>
              <w:rPr>
                <w:w w:val="105"/>
                <w:sz w:val="15"/>
              </w:rPr>
              <w:t>Комментированное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выполнение;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анализа текста на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наличие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нём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 определённой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орфограммой;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Упражнение на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развитие контроля:;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установление при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работе 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дидактическим</w:t>
            </w:r>
            <w:r w:rsidR="00F762D2">
              <w:rPr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текстом соответствия;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написания слов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орфографическим;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нормам;</w:t>
            </w:r>
          </w:p>
          <w:p w14:paraId="2BB870F6" w14:textId="77777777" w:rsidR="000C70CE" w:rsidRDefault="000C70CE" w:rsidP="00CF21F5">
            <w:pPr>
              <w:pStyle w:val="TableParagraph"/>
              <w:spacing w:before="3" w:line="266" w:lineRule="auto"/>
              <w:ind w:left="79" w:right="408"/>
              <w:rPr>
                <w:sz w:val="15"/>
              </w:rPr>
            </w:pPr>
            <w:r>
              <w:rPr>
                <w:w w:val="105"/>
                <w:sz w:val="15"/>
              </w:rPr>
              <w:t>нахождение;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орфографических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ошибок;</w:t>
            </w:r>
          </w:p>
          <w:p w14:paraId="53AD84B4" w14:textId="75AA87DE" w:rsidR="000C70CE" w:rsidRDefault="000C70CE" w:rsidP="00F762D2">
            <w:pPr>
              <w:pStyle w:val="TableParagraph"/>
              <w:spacing w:before="2" w:line="266" w:lineRule="auto"/>
              <w:ind w:left="79" w:right="416"/>
              <w:rPr>
                <w:sz w:val="15"/>
              </w:rPr>
            </w:pPr>
            <w:r>
              <w:rPr>
                <w:w w:val="105"/>
                <w:sz w:val="15"/>
              </w:rPr>
              <w:t>Работа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группах: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нахождение;</w:t>
            </w:r>
            <w:r w:rsidR="00F762D2">
              <w:rPr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ошибок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применение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способа;</w:t>
            </w:r>
            <w:r w:rsidR="00F762D2">
              <w:rPr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проверки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орфограммы;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ошибок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 w:rsidR="00F762D2">
              <w:rPr>
                <w:spacing w:val="-36"/>
                <w:w w:val="105"/>
                <w:sz w:val="15"/>
              </w:rPr>
              <w:t xml:space="preserve">       </w:t>
            </w:r>
            <w:r>
              <w:rPr>
                <w:w w:val="105"/>
                <w:sz w:val="15"/>
              </w:rPr>
              <w:t>в</w:t>
            </w:r>
            <w:r w:rsidR="00F762D2">
              <w:rPr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объяснении выбора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буквы на месте;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орфограммы;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парах:</w:t>
            </w:r>
          </w:p>
          <w:p w14:paraId="42C8CE0C" w14:textId="77777777" w:rsidR="000C70CE" w:rsidRDefault="000C70CE" w:rsidP="00CF21F5">
            <w:pPr>
              <w:pStyle w:val="TableParagraph"/>
              <w:spacing w:before="2" w:line="266" w:lineRule="auto"/>
              <w:ind w:left="79" w:right="17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группировка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месту орфограммы;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 в парах: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группировка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типу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орфограммы;</w:t>
            </w:r>
          </w:p>
          <w:p w14:paraId="2C958857" w14:textId="2A2B4F41" w:rsidR="000C70CE" w:rsidRDefault="000C70CE" w:rsidP="00CF21F5">
            <w:pPr>
              <w:pStyle w:val="TableParagraph"/>
              <w:spacing w:before="3"/>
              <w:ind w:left="79"/>
              <w:rPr>
                <w:sz w:val="15"/>
              </w:rPr>
            </w:pPr>
          </w:p>
        </w:tc>
        <w:tc>
          <w:tcPr>
            <w:tcW w:w="1610" w:type="dxa"/>
          </w:tcPr>
          <w:p w14:paraId="7F9C2D3F" w14:textId="77777777" w:rsidR="000C70CE" w:rsidRDefault="000C70CE" w:rsidP="00CF21F5">
            <w:pPr>
              <w:pStyle w:val="TableParagraph"/>
              <w:spacing w:before="64" w:line="266" w:lineRule="auto"/>
              <w:ind w:left="80" w:right="14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Диктант;</w:t>
            </w:r>
          </w:p>
        </w:tc>
        <w:tc>
          <w:tcPr>
            <w:tcW w:w="1859" w:type="dxa"/>
          </w:tcPr>
          <w:p w14:paraId="2580BA35" w14:textId="77777777" w:rsidR="000C70CE" w:rsidRDefault="00FB4116" w:rsidP="00CF21F5">
            <w:pPr>
              <w:pStyle w:val="TableParagraph"/>
              <w:spacing w:before="64"/>
              <w:ind w:left="81"/>
              <w:rPr>
                <w:sz w:val="15"/>
              </w:rPr>
            </w:pPr>
            <w:hyperlink r:id="rId10">
              <w:r w:rsidR="000C70CE">
                <w:rPr>
                  <w:w w:val="105"/>
                  <w:sz w:val="15"/>
                </w:rPr>
                <w:t>http://www.uchportal.ru</w:t>
              </w:r>
            </w:hyperlink>
          </w:p>
        </w:tc>
      </w:tr>
      <w:tr w:rsidR="000C70CE" w14:paraId="686CFE28" w14:textId="77777777" w:rsidTr="00F762D2">
        <w:trPr>
          <w:trHeight w:val="783"/>
        </w:trPr>
        <w:tc>
          <w:tcPr>
            <w:tcW w:w="468" w:type="dxa"/>
          </w:tcPr>
          <w:p w14:paraId="450262FC" w14:textId="77777777" w:rsidR="000C70CE" w:rsidRDefault="000C70CE" w:rsidP="00CF21F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7.3.</w:t>
            </w:r>
          </w:p>
        </w:tc>
        <w:tc>
          <w:tcPr>
            <w:tcW w:w="4381" w:type="dxa"/>
          </w:tcPr>
          <w:p w14:paraId="079C24F5" w14:textId="77777777" w:rsidR="000C70CE" w:rsidRDefault="000C70CE" w:rsidP="00CF21F5">
            <w:pPr>
              <w:pStyle w:val="TableParagraph"/>
              <w:spacing w:before="64" w:line="266" w:lineRule="auto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Использование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орфографического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словаря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для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(уточнения)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написания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слова.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Формирование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действия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проверке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собственных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предложенных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текстов.</w:t>
            </w:r>
          </w:p>
        </w:tc>
        <w:tc>
          <w:tcPr>
            <w:tcW w:w="567" w:type="dxa"/>
          </w:tcPr>
          <w:p w14:paraId="0C428274" w14:textId="77777777" w:rsidR="000C70CE" w:rsidRDefault="000C70CE" w:rsidP="00CF21F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34" w:type="dxa"/>
          </w:tcPr>
          <w:p w14:paraId="6E935F80" w14:textId="77777777" w:rsidR="000C70CE" w:rsidRDefault="000C70CE" w:rsidP="00CF21F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34" w:type="dxa"/>
          </w:tcPr>
          <w:p w14:paraId="26C396A8" w14:textId="77777777" w:rsidR="000C70CE" w:rsidRDefault="000C70CE" w:rsidP="00CF21F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50" w:type="dxa"/>
          </w:tcPr>
          <w:p w14:paraId="387766E6" w14:textId="33CF7946" w:rsidR="000C70CE" w:rsidRDefault="000C70CE" w:rsidP="00CF21F5">
            <w:pPr>
              <w:pStyle w:val="TableParagraph"/>
              <w:spacing w:before="64"/>
              <w:ind w:left="78"/>
              <w:rPr>
                <w:sz w:val="15"/>
              </w:rPr>
            </w:pPr>
          </w:p>
        </w:tc>
        <w:tc>
          <w:tcPr>
            <w:tcW w:w="3493" w:type="dxa"/>
          </w:tcPr>
          <w:p w14:paraId="57B3646A" w14:textId="77777777" w:rsidR="000C70CE" w:rsidRDefault="000C70CE" w:rsidP="00CF21F5">
            <w:pPr>
              <w:pStyle w:val="TableParagraph"/>
              <w:spacing w:before="64" w:line="266" w:lineRule="auto"/>
              <w:ind w:left="79" w:right="101"/>
              <w:rPr>
                <w:sz w:val="15"/>
              </w:rPr>
            </w:pPr>
            <w:r>
              <w:rPr>
                <w:w w:val="105"/>
                <w:sz w:val="15"/>
              </w:rPr>
              <w:t>Проектное задание: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создание;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собственных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текстов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максимальным;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количеством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включённых в них;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словарных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слов;;</w:t>
            </w:r>
          </w:p>
        </w:tc>
        <w:tc>
          <w:tcPr>
            <w:tcW w:w="1610" w:type="dxa"/>
          </w:tcPr>
          <w:p w14:paraId="18200EB3" w14:textId="77777777" w:rsidR="000C70CE" w:rsidRDefault="000C70CE" w:rsidP="00CF21F5">
            <w:pPr>
              <w:pStyle w:val="TableParagraph"/>
              <w:spacing w:before="64" w:line="266" w:lineRule="auto"/>
              <w:ind w:left="80" w:righ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859" w:type="dxa"/>
          </w:tcPr>
          <w:p w14:paraId="20E0BADA" w14:textId="77777777" w:rsidR="000C70CE" w:rsidRDefault="00FB4116" w:rsidP="00CF21F5">
            <w:pPr>
              <w:pStyle w:val="TableParagraph"/>
              <w:spacing w:before="64"/>
              <w:ind w:left="81"/>
              <w:rPr>
                <w:sz w:val="15"/>
              </w:rPr>
            </w:pPr>
            <w:hyperlink r:id="rId11">
              <w:r w:rsidR="000C70CE">
                <w:rPr>
                  <w:w w:val="105"/>
                  <w:sz w:val="15"/>
                </w:rPr>
                <w:t>http://pedsovet.su</w:t>
              </w:r>
            </w:hyperlink>
          </w:p>
        </w:tc>
      </w:tr>
    </w:tbl>
    <w:p w14:paraId="385F30E1" w14:textId="77777777" w:rsidR="000C70CE" w:rsidRDefault="000C70CE" w:rsidP="000C70CE">
      <w:pPr>
        <w:rPr>
          <w:sz w:val="15"/>
        </w:rPr>
        <w:sectPr w:rsidR="000C70CE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4381"/>
        <w:gridCol w:w="567"/>
        <w:gridCol w:w="1134"/>
        <w:gridCol w:w="1134"/>
        <w:gridCol w:w="850"/>
        <w:gridCol w:w="3493"/>
        <w:gridCol w:w="1610"/>
        <w:gridCol w:w="1859"/>
      </w:tblGrid>
      <w:tr w:rsidR="000C70CE" w14:paraId="12495A4D" w14:textId="77777777" w:rsidTr="00F762D2">
        <w:trPr>
          <w:trHeight w:val="2170"/>
        </w:trPr>
        <w:tc>
          <w:tcPr>
            <w:tcW w:w="468" w:type="dxa"/>
          </w:tcPr>
          <w:p w14:paraId="36E2F43E" w14:textId="77777777" w:rsidR="000C70CE" w:rsidRDefault="000C70CE" w:rsidP="00CF21F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7.4.</w:t>
            </w:r>
          </w:p>
        </w:tc>
        <w:tc>
          <w:tcPr>
            <w:tcW w:w="4381" w:type="dxa"/>
          </w:tcPr>
          <w:p w14:paraId="3BC0B375" w14:textId="77777777" w:rsidR="000C70CE" w:rsidRDefault="000C70CE" w:rsidP="00CF21F5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Ознакомление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правилами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правописания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применение:</w:t>
            </w:r>
          </w:p>
          <w:p w14:paraId="6AB16D89" w14:textId="77777777" w:rsidR="000C70CE" w:rsidRDefault="000C70CE" w:rsidP="000C70CE">
            <w:pPr>
              <w:pStyle w:val="TableParagraph"/>
              <w:numPr>
                <w:ilvl w:val="0"/>
                <w:numId w:val="48"/>
              </w:numPr>
              <w:tabs>
                <w:tab w:val="left" w:pos="168"/>
              </w:tabs>
              <w:spacing w:before="20" w:line="266" w:lineRule="auto"/>
              <w:ind w:right="225" w:firstLine="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безударные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падежные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окончания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имён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существительных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(кроме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существительных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i/>
                <w:w w:val="105"/>
                <w:sz w:val="15"/>
              </w:rPr>
              <w:t>-</w:t>
            </w:r>
            <w:r>
              <w:rPr>
                <w:b/>
                <w:i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i/>
                <w:sz w:val="15"/>
              </w:rPr>
              <w:t>мя,</w:t>
            </w:r>
            <w:r>
              <w:rPr>
                <w:b/>
                <w:i/>
                <w:spacing w:val="6"/>
                <w:sz w:val="15"/>
              </w:rPr>
              <w:t xml:space="preserve"> </w:t>
            </w:r>
            <w:r>
              <w:rPr>
                <w:b/>
                <w:i/>
                <w:sz w:val="15"/>
              </w:rPr>
              <w:t>-ий,</w:t>
            </w:r>
            <w:r>
              <w:rPr>
                <w:b/>
                <w:i/>
                <w:spacing w:val="6"/>
                <w:sz w:val="15"/>
              </w:rPr>
              <w:t xml:space="preserve"> </w:t>
            </w:r>
            <w:r>
              <w:rPr>
                <w:b/>
                <w:i/>
                <w:sz w:val="15"/>
              </w:rPr>
              <w:t>-ие,</w:t>
            </w:r>
            <w:r>
              <w:rPr>
                <w:b/>
                <w:i/>
                <w:spacing w:val="7"/>
                <w:sz w:val="15"/>
              </w:rPr>
              <w:t xml:space="preserve"> </w:t>
            </w:r>
            <w:r>
              <w:rPr>
                <w:b/>
                <w:i/>
                <w:sz w:val="15"/>
              </w:rPr>
              <w:t>-ия</w:t>
            </w:r>
            <w:r>
              <w:rPr>
                <w:sz w:val="15"/>
              </w:rPr>
              <w:t>,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также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кроме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собственных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имён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существительных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на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b/>
                <w:i/>
                <w:sz w:val="15"/>
              </w:rPr>
              <w:t>ов,</w:t>
            </w:r>
            <w:r>
              <w:rPr>
                <w:b/>
                <w:i/>
                <w:spacing w:val="7"/>
                <w:sz w:val="15"/>
              </w:rPr>
              <w:t xml:space="preserve"> </w:t>
            </w:r>
            <w:r>
              <w:rPr>
                <w:b/>
                <w:i/>
                <w:sz w:val="15"/>
              </w:rPr>
              <w:t>-ин,</w:t>
            </w:r>
            <w:r>
              <w:rPr>
                <w:b/>
                <w:i/>
                <w:spacing w:val="6"/>
                <w:sz w:val="15"/>
              </w:rPr>
              <w:t xml:space="preserve"> </w:t>
            </w:r>
            <w:r>
              <w:rPr>
                <w:b/>
                <w:i/>
                <w:sz w:val="15"/>
              </w:rPr>
              <w:t>-ий</w:t>
            </w:r>
            <w:r>
              <w:rPr>
                <w:sz w:val="15"/>
              </w:rPr>
              <w:t>);</w:t>
            </w:r>
          </w:p>
          <w:p w14:paraId="33C41F66" w14:textId="77777777" w:rsidR="000C70CE" w:rsidRDefault="000C70CE" w:rsidP="000C70CE">
            <w:pPr>
              <w:pStyle w:val="TableParagraph"/>
              <w:numPr>
                <w:ilvl w:val="0"/>
                <w:numId w:val="48"/>
              </w:numPr>
              <w:tabs>
                <w:tab w:val="left" w:pos="168"/>
              </w:tabs>
              <w:spacing w:before="1"/>
              <w:ind w:left="167" w:hanging="9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безударные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падежные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окончания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имён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прилагательных;</w:t>
            </w:r>
          </w:p>
          <w:p w14:paraId="05F564D9" w14:textId="77777777" w:rsidR="000C70CE" w:rsidRDefault="000C70CE" w:rsidP="000C70CE">
            <w:pPr>
              <w:pStyle w:val="TableParagraph"/>
              <w:numPr>
                <w:ilvl w:val="0"/>
                <w:numId w:val="48"/>
              </w:numPr>
              <w:tabs>
                <w:tab w:val="left" w:pos="168"/>
              </w:tabs>
              <w:spacing w:before="20"/>
              <w:ind w:left="167" w:hanging="92"/>
              <w:rPr>
                <w:sz w:val="15"/>
              </w:rPr>
            </w:pPr>
            <w:r>
              <w:rPr>
                <w:w w:val="105"/>
                <w:sz w:val="15"/>
              </w:rPr>
              <w:t>мягкий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после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шипящих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конце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глаголов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2-го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лица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единственного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числа;</w:t>
            </w:r>
          </w:p>
          <w:p w14:paraId="322A95AD" w14:textId="77777777" w:rsidR="000C70CE" w:rsidRDefault="000C70CE" w:rsidP="000C70CE">
            <w:pPr>
              <w:pStyle w:val="TableParagraph"/>
              <w:numPr>
                <w:ilvl w:val="0"/>
                <w:numId w:val="48"/>
              </w:numPr>
              <w:tabs>
                <w:tab w:val="left" w:pos="168"/>
              </w:tabs>
              <w:spacing w:before="19"/>
              <w:ind w:left="167" w:hanging="9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наличие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или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отсутствие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мягкого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знака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глаголах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i/>
                <w:w w:val="105"/>
                <w:sz w:val="15"/>
              </w:rPr>
              <w:t>-ться</w:t>
            </w:r>
            <w:r>
              <w:rPr>
                <w:b/>
                <w:i/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i/>
                <w:w w:val="105"/>
                <w:sz w:val="15"/>
              </w:rPr>
              <w:t>-тся</w:t>
            </w:r>
            <w:r>
              <w:rPr>
                <w:w w:val="105"/>
                <w:sz w:val="15"/>
              </w:rPr>
              <w:t>;</w:t>
            </w:r>
          </w:p>
          <w:p w14:paraId="26BCD435" w14:textId="77777777" w:rsidR="000C70CE" w:rsidRDefault="000C70CE" w:rsidP="000C70CE">
            <w:pPr>
              <w:pStyle w:val="TableParagraph"/>
              <w:numPr>
                <w:ilvl w:val="0"/>
                <w:numId w:val="48"/>
              </w:numPr>
              <w:tabs>
                <w:tab w:val="left" w:pos="168"/>
              </w:tabs>
              <w:spacing w:before="20" w:line="266" w:lineRule="auto"/>
              <w:ind w:right="859" w:firstLine="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безударные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личные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окончания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глаголов;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препинания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предложениях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однородными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членами,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соединёнными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союзами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и,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а</w:t>
            </w:r>
            <w:r>
              <w:rPr>
                <w:w w:val="105"/>
                <w:sz w:val="15"/>
              </w:rPr>
              <w:t>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но</w:t>
            </w:r>
            <w:r>
              <w:rPr>
                <w:w w:val="105"/>
                <w:sz w:val="15"/>
              </w:rPr>
              <w:t>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без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союзов.</w:t>
            </w:r>
          </w:p>
        </w:tc>
        <w:tc>
          <w:tcPr>
            <w:tcW w:w="567" w:type="dxa"/>
          </w:tcPr>
          <w:p w14:paraId="3525BE3C" w14:textId="77777777" w:rsidR="000C70CE" w:rsidRDefault="000C70CE" w:rsidP="00CF21F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24</w:t>
            </w:r>
          </w:p>
        </w:tc>
        <w:tc>
          <w:tcPr>
            <w:tcW w:w="1134" w:type="dxa"/>
          </w:tcPr>
          <w:p w14:paraId="03FFDA7E" w14:textId="77777777" w:rsidR="000C70CE" w:rsidRDefault="000C70CE" w:rsidP="00CF21F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34" w:type="dxa"/>
          </w:tcPr>
          <w:p w14:paraId="096DCD52" w14:textId="77777777" w:rsidR="000C70CE" w:rsidRDefault="000C70CE" w:rsidP="00CF21F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850" w:type="dxa"/>
          </w:tcPr>
          <w:p w14:paraId="1627BF45" w14:textId="6B66C897" w:rsidR="000C70CE" w:rsidRDefault="000C70CE" w:rsidP="00CF21F5">
            <w:pPr>
              <w:pStyle w:val="TableParagraph"/>
              <w:spacing w:before="20"/>
              <w:ind w:left="78"/>
              <w:rPr>
                <w:sz w:val="15"/>
              </w:rPr>
            </w:pPr>
          </w:p>
        </w:tc>
        <w:tc>
          <w:tcPr>
            <w:tcW w:w="3493" w:type="dxa"/>
          </w:tcPr>
          <w:p w14:paraId="3F404A02" w14:textId="3B1A550D" w:rsidR="000C70CE" w:rsidRDefault="000C70CE" w:rsidP="00F762D2">
            <w:pPr>
              <w:pStyle w:val="TableParagraph"/>
              <w:spacing w:before="64" w:line="266" w:lineRule="auto"/>
              <w:ind w:left="79" w:right="416"/>
              <w:rPr>
                <w:sz w:val="15"/>
              </w:rPr>
            </w:pPr>
            <w:r>
              <w:rPr>
                <w:w w:val="105"/>
                <w:sz w:val="15"/>
              </w:rPr>
              <w:t>Работа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группах: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нахождение;</w:t>
            </w:r>
            <w:r w:rsidR="00F762D2">
              <w:rPr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ошибок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применение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способа;</w:t>
            </w:r>
            <w:r w:rsidR="00F762D2">
              <w:rPr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проверки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орфограммы;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ошибок</w:t>
            </w:r>
            <w:r w:rsidR="00F762D2">
              <w:rPr>
                <w:w w:val="105"/>
                <w:sz w:val="15"/>
              </w:rPr>
              <w:t xml:space="preserve"> 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в;</w:t>
            </w:r>
            <w:r w:rsidR="00F762D2">
              <w:rPr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объяснении выбора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буквы на месте;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орфограммы;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парах:</w:t>
            </w:r>
          </w:p>
          <w:p w14:paraId="2063FC6E" w14:textId="77777777" w:rsidR="000C70CE" w:rsidRDefault="000C70CE" w:rsidP="00CF21F5">
            <w:pPr>
              <w:pStyle w:val="TableParagraph"/>
              <w:spacing w:before="2" w:line="266" w:lineRule="auto"/>
              <w:ind w:left="79" w:right="47"/>
              <w:rPr>
                <w:sz w:val="15"/>
              </w:rPr>
            </w:pPr>
            <w:r>
              <w:rPr>
                <w:w w:val="105"/>
                <w:sz w:val="15"/>
              </w:rPr>
              <w:t>группировка слов по;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месту орфограммы;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 в парах: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группировка слов по;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типу орфограммы;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Создание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ситуации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оценки своих;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возможностей: выбор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упражнений на;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закрепление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орфографического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</w:t>
            </w:r>
            <w:r>
              <w:rPr>
                <w:rFonts w:ascii="Trebuchet MS" w:hAnsi="Trebuchet MS"/>
                <w:w w:val="105"/>
                <w:sz w:val="15"/>
              </w:rPr>
              <w:t>‐</w:t>
            </w:r>
            <w:r>
              <w:rPr>
                <w:w w:val="105"/>
                <w:sz w:val="15"/>
              </w:rPr>
              <w:t>;</w:t>
            </w:r>
          </w:p>
          <w:p w14:paraId="36D7C94D" w14:textId="7C3D9D86" w:rsidR="000C70CE" w:rsidRDefault="000C70CE" w:rsidP="00CF21F5">
            <w:pPr>
              <w:pStyle w:val="TableParagraph"/>
              <w:spacing w:before="6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риала;</w:t>
            </w:r>
          </w:p>
        </w:tc>
        <w:tc>
          <w:tcPr>
            <w:tcW w:w="1610" w:type="dxa"/>
          </w:tcPr>
          <w:p w14:paraId="0F525170" w14:textId="77777777" w:rsidR="000C70CE" w:rsidRDefault="000C70CE" w:rsidP="00CF21F5">
            <w:pPr>
              <w:pStyle w:val="TableParagraph"/>
              <w:spacing w:before="64" w:line="266" w:lineRule="auto"/>
              <w:ind w:left="80" w:right="40"/>
              <w:rPr>
                <w:sz w:val="15"/>
              </w:rPr>
            </w:pPr>
            <w:r>
              <w:rPr>
                <w:w w:val="105"/>
                <w:sz w:val="15"/>
              </w:rPr>
              <w:t>Устный;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Письменный;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Диктант;;</w:t>
            </w:r>
          </w:p>
        </w:tc>
        <w:tc>
          <w:tcPr>
            <w:tcW w:w="1859" w:type="dxa"/>
          </w:tcPr>
          <w:p w14:paraId="640AED95" w14:textId="77777777" w:rsidR="000C70CE" w:rsidRDefault="00FB4116" w:rsidP="00CF21F5">
            <w:pPr>
              <w:pStyle w:val="TableParagraph"/>
              <w:spacing w:before="64"/>
              <w:ind w:left="81"/>
              <w:rPr>
                <w:sz w:val="15"/>
              </w:rPr>
            </w:pPr>
            <w:hyperlink r:id="rId12">
              <w:r w:rsidR="000C70CE">
                <w:rPr>
                  <w:w w:val="105"/>
                  <w:sz w:val="15"/>
                </w:rPr>
                <w:t>http://www.uchportal.ru</w:t>
              </w:r>
            </w:hyperlink>
          </w:p>
        </w:tc>
      </w:tr>
      <w:tr w:rsidR="000C70CE" w14:paraId="10E78DDE" w14:textId="77777777" w:rsidTr="00F762D2">
        <w:trPr>
          <w:trHeight w:val="633"/>
        </w:trPr>
        <w:tc>
          <w:tcPr>
            <w:tcW w:w="468" w:type="dxa"/>
          </w:tcPr>
          <w:p w14:paraId="231A0867" w14:textId="77777777" w:rsidR="000C70CE" w:rsidRDefault="000C70CE" w:rsidP="00CF21F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7.5.</w:t>
            </w:r>
          </w:p>
        </w:tc>
        <w:tc>
          <w:tcPr>
            <w:tcW w:w="4381" w:type="dxa"/>
          </w:tcPr>
          <w:p w14:paraId="38C11562" w14:textId="77777777" w:rsidR="000C70CE" w:rsidRDefault="000C70CE" w:rsidP="00CF21F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Наблюдение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знаками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препинания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сложном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предложении,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состоящем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двух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простых.</w:t>
            </w:r>
          </w:p>
        </w:tc>
        <w:tc>
          <w:tcPr>
            <w:tcW w:w="567" w:type="dxa"/>
          </w:tcPr>
          <w:p w14:paraId="625E32C1" w14:textId="77777777" w:rsidR="000C70CE" w:rsidRDefault="000C70CE" w:rsidP="00CF21F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34" w:type="dxa"/>
          </w:tcPr>
          <w:p w14:paraId="52CE145E" w14:textId="77777777" w:rsidR="000C70CE" w:rsidRDefault="000C70CE" w:rsidP="00CF21F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34" w:type="dxa"/>
          </w:tcPr>
          <w:p w14:paraId="46F03676" w14:textId="77777777" w:rsidR="000C70CE" w:rsidRDefault="000C70CE" w:rsidP="00CF21F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50" w:type="dxa"/>
          </w:tcPr>
          <w:p w14:paraId="50A5CDE9" w14:textId="612A265D" w:rsidR="000C70CE" w:rsidRDefault="000C70CE" w:rsidP="00CF21F5">
            <w:pPr>
              <w:pStyle w:val="TableParagraph"/>
              <w:spacing w:before="20"/>
              <w:ind w:left="78"/>
              <w:rPr>
                <w:sz w:val="15"/>
              </w:rPr>
            </w:pPr>
          </w:p>
        </w:tc>
        <w:tc>
          <w:tcPr>
            <w:tcW w:w="3493" w:type="dxa"/>
          </w:tcPr>
          <w:p w14:paraId="580E8224" w14:textId="73583A1F" w:rsidR="000C70CE" w:rsidRDefault="000C70CE" w:rsidP="00F762D2">
            <w:pPr>
              <w:pStyle w:val="TableParagraph"/>
              <w:spacing w:before="64" w:line="266" w:lineRule="auto"/>
              <w:ind w:left="79" w:right="53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Моделирование</w:t>
            </w:r>
            <w:r w:rsidR="00F762D2">
              <w:rPr>
                <w:spacing w:val="-1"/>
                <w:w w:val="105"/>
                <w:sz w:val="15"/>
              </w:rPr>
              <w:t xml:space="preserve">  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предложений;</w:t>
            </w:r>
            <w:r w:rsidR="00F762D2">
              <w:rPr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включающих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непроверяемыми;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орфограммами;;</w:t>
            </w:r>
          </w:p>
        </w:tc>
        <w:tc>
          <w:tcPr>
            <w:tcW w:w="1610" w:type="dxa"/>
          </w:tcPr>
          <w:p w14:paraId="3FA3710D" w14:textId="77777777" w:rsidR="000C70CE" w:rsidRDefault="000C70CE" w:rsidP="00CF21F5">
            <w:pPr>
              <w:pStyle w:val="TableParagraph"/>
              <w:spacing w:before="64" w:line="266" w:lineRule="auto"/>
              <w:ind w:left="80" w:right="142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859" w:type="dxa"/>
          </w:tcPr>
          <w:p w14:paraId="7C34CE9E" w14:textId="77777777" w:rsidR="000C70CE" w:rsidRDefault="000C70CE" w:rsidP="00CF21F5">
            <w:pPr>
              <w:pStyle w:val="TableParagraph"/>
              <w:spacing w:before="64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resh.edu.ru</w:t>
            </w:r>
          </w:p>
        </w:tc>
      </w:tr>
      <w:tr w:rsidR="000C70CE" w14:paraId="0D845283" w14:textId="77777777" w:rsidTr="00F762D2">
        <w:trPr>
          <w:trHeight w:val="1110"/>
        </w:trPr>
        <w:tc>
          <w:tcPr>
            <w:tcW w:w="468" w:type="dxa"/>
          </w:tcPr>
          <w:p w14:paraId="1E3A4AE7" w14:textId="77777777" w:rsidR="000C70CE" w:rsidRDefault="000C70CE" w:rsidP="00CF21F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7.6.</w:t>
            </w:r>
          </w:p>
        </w:tc>
        <w:tc>
          <w:tcPr>
            <w:tcW w:w="4381" w:type="dxa"/>
          </w:tcPr>
          <w:p w14:paraId="3D583DCF" w14:textId="77777777" w:rsidR="000C70CE" w:rsidRDefault="000C70CE" w:rsidP="00CF21F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Наблюдение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знаками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препинания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прямой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речью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после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автора</w:t>
            </w:r>
          </w:p>
        </w:tc>
        <w:tc>
          <w:tcPr>
            <w:tcW w:w="567" w:type="dxa"/>
          </w:tcPr>
          <w:p w14:paraId="7D480962" w14:textId="77777777" w:rsidR="000C70CE" w:rsidRDefault="000C70CE" w:rsidP="00CF21F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34" w:type="dxa"/>
          </w:tcPr>
          <w:p w14:paraId="4F9CF6FA" w14:textId="77777777" w:rsidR="000C70CE" w:rsidRDefault="000C70CE" w:rsidP="00CF21F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34" w:type="dxa"/>
          </w:tcPr>
          <w:p w14:paraId="53BBB0C2" w14:textId="77777777" w:rsidR="000C70CE" w:rsidRDefault="000C70CE" w:rsidP="00CF21F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50" w:type="dxa"/>
          </w:tcPr>
          <w:p w14:paraId="6278D772" w14:textId="290EB200" w:rsidR="000C70CE" w:rsidRDefault="000C70CE" w:rsidP="00CF21F5">
            <w:pPr>
              <w:pStyle w:val="TableParagraph"/>
              <w:spacing w:before="64"/>
              <w:ind w:left="78"/>
              <w:rPr>
                <w:sz w:val="15"/>
              </w:rPr>
            </w:pPr>
          </w:p>
        </w:tc>
        <w:tc>
          <w:tcPr>
            <w:tcW w:w="3493" w:type="dxa"/>
          </w:tcPr>
          <w:p w14:paraId="50EE0981" w14:textId="77777777" w:rsidR="000C70CE" w:rsidRDefault="000C70CE" w:rsidP="00CF21F5">
            <w:pPr>
              <w:pStyle w:val="TableParagraph"/>
              <w:spacing w:before="64" w:line="266" w:lineRule="auto"/>
              <w:ind w:left="79" w:right="408"/>
              <w:rPr>
                <w:sz w:val="15"/>
              </w:rPr>
            </w:pPr>
            <w:r>
              <w:rPr>
                <w:w w:val="105"/>
                <w:sz w:val="15"/>
              </w:rPr>
              <w:t>Оценивание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собственного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результата;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выполнения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орфографической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задачи;</w:t>
            </w:r>
          </w:p>
          <w:p w14:paraId="3B0B7401" w14:textId="77777777" w:rsidR="000C70CE" w:rsidRDefault="000C70CE" w:rsidP="00CF21F5">
            <w:pPr>
              <w:pStyle w:val="TableParagraph"/>
              <w:spacing w:before="20" w:line="266" w:lineRule="auto"/>
              <w:ind w:left="79" w:right="300"/>
              <w:rPr>
                <w:sz w:val="15"/>
              </w:rPr>
            </w:pPr>
            <w:r>
              <w:rPr>
                <w:w w:val="105"/>
                <w:sz w:val="15"/>
              </w:rPr>
              <w:t>корректировка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помощью учителя;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своих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действий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преодоления;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ошибок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</w:p>
          <w:p w14:paraId="416E14D8" w14:textId="77777777" w:rsidR="000C70CE" w:rsidRDefault="000C70CE" w:rsidP="00CF21F5">
            <w:pPr>
              <w:pStyle w:val="TableParagraph"/>
              <w:spacing w:before="3" w:line="266" w:lineRule="auto"/>
              <w:ind w:left="79" w:right="9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списывании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записи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диктовку;</w:t>
            </w:r>
          </w:p>
          <w:p w14:paraId="37226B13" w14:textId="0BB9791A" w:rsidR="000C70CE" w:rsidRDefault="000C70CE" w:rsidP="00CF21F5">
            <w:pPr>
              <w:pStyle w:val="TableParagraph"/>
              <w:spacing w:before="1"/>
              <w:ind w:left="79"/>
              <w:rPr>
                <w:sz w:val="15"/>
              </w:rPr>
            </w:pPr>
          </w:p>
        </w:tc>
        <w:tc>
          <w:tcPr>
            <w:tcW w:w="1610" w:type="dxa"/>
          </w:tcPr>
          <w:p w14:paraId="3E72921E" w14:textId="77777777" w:rsidR="000C70CE" w:rsidRDefault="000C70CE" w:rsidP="00CF21F5">
            <w:pPr>
              <w:pStyle w:val="TableParagraph"/>
              <w:spacing w:before="64" w:line="266" w:lineRule="auto"/>
              <w:ind w:left="80" w:right="142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859" w:type="dxa"/>
          </w:tcPr>
          <w:p w14:paraId="4C5C570C" w14:textId="77777777" w:rsidR="000C70CE" w:rsidRDefault="000C70CE" w:rsidP="00CF21F5">
            <w:pPr>
              <w:pStyle w:val="TableParagraph"/>
              <w:spacing w:before="64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resh.edu.ru</w:t>
            </w:r>
          </w:p>
        </w:tc>
      </w:tr>
      <w:tr w:rsidR="000C70CE" w14:paraId="628B6492" w14:textId="77777777" w:rsidTr="00F762D2">
        <w:trPr>
          <w:trHeight w:val="333"/>
        </w:trPr>
        <w:tc>
          <w:tcPr>
            <w:tcW w:w="4849" w:type="dxa"/>
            <w:gridSpan w:val="2"/>
          </w:tcPr>
          <w:p w14:paraId="285E1554" w14:textId="77777777" w:rsidR="000C70CE" w:rsidRDefault="000C70CE" w:rsidP="00CF21F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разделу:</w:t>
            </w:r>
          </w:p>
        </w:tc>
        <w:tc>
          <w:tcPr>
            <w:tcW w:w="567" w:type="dxa"/>
          </w:tcPr>
          <w:p w14:paraId="3C64F1A9" w14:textId="77777777" w:rsidR="000C70CE" w:rsidRDefault="000C70CE" w:rsidP="00CF21F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50</w:t>
            </w:r>
          </w:p>
        </w:tc>
        <w:tc>
          <w:tcPr>
            <w:tcW w:w="10080" w:type="dxa"/>
            <w:gridSpan w:val="6"/>
          </w:tcPr>
          <w:p w14:paraId="0797B870" w14:textId="77777777" w:rsidR="000C70CE" w:rsidRDefault="000C70CE" w:rsidP="00CF21F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0C70CE" w14:paraId="05EF39E9" w14:textId="77777777" w:rsidTr="00CF21F5">
        <w:trPr>
          <w:trHeight w:val="333"/>
        </w:trPr>
        <w:tc>
          <w:tcPr>
            <w:tcW w:w="15496" w:type="dxa"/>
            <w:gridSpan w:val="9"/>
          </w:tcPr>
          <w:p w14:paraId="189E249C" w14:textId="77777777" w:rsidR="000C70CE" w:rsidRDefault="000C70CE" w:rsidP="00CF21F5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8.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Развитие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речи</w:t>
            </w:r>
          </w:p>
        </w:tc>
      </w:tr>
      <w:tr w:rsidR="000C70CE" w14:paraId="3B61D5E6" w14:textId="77777777" w:rsidTr="00F762D2">
        <w:trPr>
          <w:trHeight w:val="883"/>
        </w:trPr>
        <w:tc>
          <w:tcPr>
            <w:tcW w:w="468" w:type="dxa"/>
          </w:tcPr>
          <w:p w14:paraId="58C928CC" w14:textId="77777777" w:rsidR="000C70CE" w:rsidRDefault="000C70CE" w:rsidP="00CF21F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8.1.</w:t>
            </w:r>
          </w:p>
        </w:tc>
        <w:tc>
          <w:tcPr>
            <w:tcW w:w="4381" w:type="dxa"/>
          </w:tcPr>
          <w:p w14:paraId="382EF466" w14:textId="77777777" w:rsidR="000C70CE" w:rsidRDefault="000C70CE" w:rsidP="00CF21F5">
            <w:pPr>
              <w:pStyle w:val="TableParagraph"/>
              <w:spacing w:before="64" w:line="266" w:lineRule="auto"/>
              <w:rPr>
                <w:sz w:val="15"/>
              </w:rPr>
            </w:pPr>
            <w:r>
              <w:rPr>
                <w:w w:val="105"/>
                <w:sz w:val="15"/>
              </w:rPr>
              <w:t>Повторение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продолжение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работы,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начатой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предыдущих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классах: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ситуации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письменного общения (письмо, поздравительная открытка, объявление и др.); диалог;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монолог;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отражение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темы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основной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мысли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заголовке.</w:t>
            </w:r>
          </w:p>
        </w:tc>
        <w:tc>
          <w:tcPr>
            <w:tcW w:w="567" w:type="dxa"/>
          </w:tcPr>
          <w:p w14:paraId="7C62C22B" w14:textId="77777777" w:rsidR="000C70CE" w:rsidRDefault="000C70CE" w:rsidP="00CF21F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34" w:type="dxa"/>
          </w:tcPr>
          <w:p w14:paraId="73BFF902" w14:textId="77777777" w:rsidR="000C70CE" w:rsidRDefault="000C70CE" w:rsidP="00CF21F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34" w:type="dxa"/>
          </w:tcPr>
          <w:p w14:paraId="26C0B8A4" w14:textId="77777777" w:rsidR="000C70CE" w:rsidRDefault="000C70CE" w:rsidP="00CF21F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50" w:type="dxa"/>
          </w:tcPr>
          <w:p w14:paraId="4A78293E" w14:textId="0D2A0B32" w:rsidR="000C70CE" w:rsidRDefault="000C70CE" w:rsidP="00CF21F5">
            <w:pPr>
              <w:pStyle w:val="TableParagraph"/>
              <w:spacing w:before="64"/>
              <w:ind w:left="78"/>
              <w:rPr>
                <w:sz w:val="15"/>
              </w:rPr>
            </w:pPr>
          </w:p>
        </w:tc>
        <w:tc>
          <w:tcPr>
            <w:tcW w:w="3493" w:type="dxa"/>
          </w:tcPr>
          <w:p w14:paraId="7ED31C2A" w14:textId="77777777" w:rsidR="000C70CE" w:rsidRDefault="000C70CE" w:rsidP="00CF21F5">
            <w:pPr>
              <w:pStyle w:val="TableParagraph"/>
              <w:spacing w:before="64" w:line="266" w:lineRule="auto"/>
              <w:ind w:left="79" w:right="15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 работа: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соответствующего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заданной ситуации;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жанра и написание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письма;</w:t>
            </w:r>
          </w:p>
          <w:p w14:paraId="23DD6287" w14:textId="77777777" w:rsidR="000C70CE" w:rsidRDefault="000C70CE" w:rsidP="00CF21F5">
            <w:pPr>
              <w:pStyle w:val="TableParagraph"/>
              <w:spacing w:before="20" w:line="266" w:lineRule="auto"/>
              <w:ind w:left="79" w:right="45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поздравительной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открытки;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записки;</w:t>
            </w:r>
          </w:p>
        </w:tc>
        <w:tc>
          <w:tcPr>
            <w:tcW w:w="1610" w:type="dxa"/>
          </w:tcPr>
          <w:p w14:paraId="7F19952E" w14:textId="77777777" w:rsidR="000C70CE" w:rsidRDefault="000C70CE" w:rsidP="00CF21F5">
            <w:pPr>
              <w:pStyle w:val="TableParagraph"/>
              <w:spacing w:before="64" w:line="266" w:lineRule="auto"/>
              <w:ind w:left="80" w:righ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859" w:type="dxa"/>
          </w:tcPr>
          <w:p w14:paraId="137CF223" w14:textId="77777777" w:rsidR="000C70CE" w:rsidRDefault="000C70CE" w:rsidP="00CF21F5">
            <w:pPr>
              <w:pStyle w:val="TableParagraph"/>
              <w:spacing w:before="64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https://uchi.ru/</w:t>
            </w:r>
          </w:p>
        </w:tc>
      </w:tr>
      <w:tr w:rsidR="000C70CE" w14:paraId="76D8A467" w14:textId="77777777" w:rsidTr="00F762D2">
        <w:trPr>
          <w:trHeight w:val="186"/>
        </w:trPr>
        <w:tc>
          <w:tcPr>
            <w:tcW w:w="468" w:type="dxa"/>
          </w:tcPr>
          <w:p w14:paraId="3357A056" w14:textId="77777777" w:rsidR="000C70CE" w:rsidRDefault="000C70CE" w:rsidP="00CF21F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8.2.</w:t>
            </w:r>
          </w:p>
        </w:tc>
        <w:tc>
          <w:tcPr>
            <w:tcW w:w="4381" w:type="dxa"/>
          </w:tcPr>
          <w:p w14:paraId="43AEDD88" w14:textId="77777777" w:rsidR="000C70CE" w:rsidRDefault="000C70CE" w:rsidP="00CF21F5">
            <w:pPr>
              <w:pStyle w:val="TableParagraph"/>
              <w:spacing w:before="64" w:line="266" w:lineRule="auto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Корректирование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(заданных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собственных)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учётом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точности,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правильности,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богатства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выразительности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письменной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речи.</w:t>
            </w:r>
          </w:p>
        </w:tc>
        <w:tc>
          <w:tcPr>
            <w:tcW w:w="567" w:type="dxa"/>
          </w:tcPr>
          <w:p w14:paraId="26757F87" w14:textId="77777777" w:rsidR="000C70CE" w:rsidRDefault="000C70CE" w:rsidP="00CF21F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7</w:t>
            </w:r>
          </w:p>
        </w:tc>
        <w:tc>
          <w:tcPr>
            <w:tcW w:w="1134" w:type="dxa"/>
          </w:tcPr>
          <w:p w14:paraId="04AA1EB6" w14:textId="77777777" w:rsidR="000C70CE" w:rsidRDefault="000C70CE" w:rsidP="00CF21F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34" w:type="dxa"/>
          </w:tcPr>
          <w:p w14:paraId="0D68D63B" w14:textId="77777777" w:rsidR="000C70CE" w:rsidRDefault="000C70CE" w:rsidP="00CF21F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50" w:type="dxa"/>
          </w:tcPr>
          <w:p w14:paraId="3C459EE3" w14:textId="7373D757" w:rsidR="000C70CE" w:rsidRDefault="000C70CE" w:rsidP="00CF21F5">
            <w:pPr>
              <w:pStyle w:val="TableParagraph"/>
              <w:spacing w:before="20"/>
              <w:ind w:left="78"/>
              <w:rPr>
                <w:sz w:val="15"/>
              </w:rPr>
            </w:pPr>
          </w:p>
        </w:tc>
        <w:tc>
          <w:tcPr>
            <w:tcW w:w="3493" w:type="dxa"/>
          </w:tcPr>
          <w:p w14:paraId="075FD8AC" w14:textId="69015712" w:rsidR="000C70CE" w:rsidRDefault="000C70CE" w:rsidP="00F762D2">
            <w:pPr>
              <w:pStyle w:val="TableParagraph"/>
              <w:spacing w:before="64" w:line="266" w:lineRule="auto"/>
              <w:ind w:left="79" w:right="56"/>
              <w:jc w:val="both"/>
              <w:rPr>
                <w:sz w:val="15"/>
              </w:rPr>
            </w:pPr>
            <w:r>
              <w:rPr>
                <w:w w:val="105"/>
                <w:sz w:val="15"/>
              </w:rPr>
              <w:t>Работа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парах: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дидактического </w:t>
            </w:r>
            <w:r>
              <w:rPr>
                <w:w w:val="105"/>
                <w:sz w:val="15"/>
              </w:rPr>
              <w:t>текста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нахождение;</w:t>
            </w:r>
            <w:r w:rsidR="00F762D2">
              <w:rPr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 нём смысловых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ошибок;</w:t>
            </w:r>
          </w:p>
          <w:p w14:paraId="25BD62C4" w14:textId="6BE3721C" w:rsidR="000C70CE" w:rsidRDefault="000C70CE" w:rsidP="00F762D2">
            <w:pPr>
              <w:pStyle w:val="TableParagraph"/>
              <w:spacing w:before="2" w:line="266" w:lineRule="auto"/>
              <w:ind w:left="79" w:right="22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Творческие задания: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создавать;</w:t>
            </w:r>
            <w:r w:rsidR="00F762D2">
              <w:rPr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устные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письменные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тексты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разных;</w:t>
            </w:r>
            <w:r w:rsidR="00F762D2">
              <w:rPr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типов (описание;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рассуждение;</w:t>
            </w:r>
            <w:r w:rsidR="00F762D2">
              <w:rPr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повествование);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 работа: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соответствующего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заданной ситуации;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жанра и написание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письма;</w:t>
            </w:r>
          </w:p>
          <w:p w14:paraId="4E4625E9" w14:textId="77777777" w:rsidR="000C70CE" w:rsidRDefault="000C70CE" w:rsidP="00CF21F5">
            <w:pPr>
              <w:pStyle w:val="TableParagraph"/>
              <w:spacing w:before="19" w:line="266" w:lineRule="auto"/>
              <w:ind w:left="79" w:right="45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поздравительной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открытки;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записки;</w:t>
            </w:r>
          </w:p>
          <w:p w14:paraId="742935C8" w14:textId="77777777" w:rsidR="000C70CE" w:rsidRDefault="000C70CE" w:rsidP="00CF21F5">
            <w:pPr>
              <w:pStyle w:val="TableParagraph"/>
              <w:spacing w:before="2" w:line="266" w:lineRule="auto"/>
              <w:ind w:left="79" w:right="23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Творческое задание: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составление;</w:t>
            </w:r>
          </w:p>
          <w:p w14:paraId="6C012733" w14:textId="77777777" w:rsidR="000C70CE" w:rsidRDefault="000C70CE" w:rsidP="00CF21F5">
            <w:pPr>
              <w:pStyle w:val="TableParagraph"/>
              <w:spacing w:before="2" w:line="266" w:lineRule="auto"/>
              <w:ind w:left="79" w:right="15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текстов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типов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(описание;</w:t>
            </w:r>
          </w:p>
          <w:p w14:paraId="3F2F27A6" w14:textId="77777777" w:rsidR="000C70CE" w:rsidRDefault="000C70CE" w:rsidP="00CF21F5">
            <w:pPr>
              <w:pStyle w:val="TableParagraph"/>
              <w:spacing w:before="19" w:line="266" w:lineRule="auto"/>
              <w:ind w:left="79" w:right="99"/>
              <w:rPr>
                <w:sz w:val="15"/>
              </w:rPr>
            </w:pPr>
            <w:r>
              <w:rPr>
                <w:w w:val="105"/>
                <w:sz w:val="15"/>
              </w:rPr>
              <w:t>повествование;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рассуждение)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одну;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 ту же тему;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Практическая </w:t>
            </w:r>
            <w:r>
              <w:rPr>
                <w:w w:val="105"/>
                <w:sz w:val="15"/>
              </w:rPr>
              <w:t>работа: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написание;</w:t>
            </w:r>
          </w:p>
          <w:p w14:paraId="190D7937" w14:textId="12C80690" w:rsidR="000C70CE" w:rsidRDefault="000C70CE" w:rsidP="00F762D2">
            <w:pPr>
              <w:pStyle w:val="TableParagraph"/>
              <w:spacing w:before="4" w:line="266" w:lineRule="auto"/>
              <w:ind w:left="79" w:right="227"/>
              <w:rPr>
                <w:sz w:val="15"/>
              </w:rPr>
            </w:pPr>
            <w:r>
              <w:rPr>
                <w:w w:val="105"/>
                <w:sz w:val="15"/>
              </w:rPr>
              <w:t>отзыва на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прочитанную книгу;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 в группах: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корректировка;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дидактического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текста;</w:t>
            </w:r>
            <w:r w:rsidR="00F762D2">
              <w:rPr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котором;</w:t>
            </w:r>
            <w:r w:rsidR="00F762D2">
              <w:rPr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допущены смысловые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ошибки;;</w:t>
            </w:r>
          </w:p>
        </w:tc>
        <w:tc>
          <w:tcPr>
            <w:tcW w:w="1610" w:type="dxa"/>
          </w:tcPr>
          <w:p w14:paraId="34EFE1E3" w14:textId="77777777" w:rsidR="000C70CE" w:rsidRDefault="000C70CE" w:rsidP="00CF21F5">
            <w:pPr>
              <w:pStyle w:val="TableParagraph"/>
              <w:spacing w:before="64" w:line="266" w:lineRule="auto"/>
              <w:ind w:left="80" w:right="40"/>
              <w:rPr>
                <w:sz w:val="15"/>
              </w:rPr>
            </w:pPr>
            <w:r>
              <w:rPr>
                <w:w w:val="105"/>
                <w:sz w:val="15"/>
              </w:rPr>
              <w:t>Письменный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работа;;</w:t>
            </w:r>
          </w:p>
        </w:tc>
        <w:tc>
          <w:tcPr>
            <w:tcW w:w="1859" w:type="dxa"/>
          </w:tcPr>
          <w:p w14:paraId="71B99010" w14:textId="77777777" w:rsidR="000C70CE" w:rsidRDefault="00FB4116" w:rsidP="00CF21F5">
            <w:pPr>
              <w:pStyle w:val="TableParagraph"/>
              <w:spacing w:before="64"/>
              <w:ind w:left="81"/>
              <w:rPr>
                <w:sz w:val="15"/>
              </w:rPr>
            </w:pPr>
            <w:hyperlink r:id="rId13">
              <w:r w:rsidR="000C70CE">
                <w:rPr>
                  <w:w w:val="105"/>
                  <w:sz w:val="15"/>
                </w:rPr>
                <w:t>http://nsportal.ru/nachalnayashkola</w:t>
              </w:r>
            </w:hyperlink>
          </w:p>
        </w:tc>
      </w:tr>
    </w:tbl>
    <w:p w14:paraId="70280784" w14:textId="77777777" w:rsidR="000C70CE" w:rsidRDefault="000C70CE" w:rsidP="000C70CE">
      <w:pPr>
        <w:rPr>
          <w:sz w:val="15"/>
        </w:rPr>
        <w:sectPr w:rsidR="000C70CE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4381"/>
        <w:gridCol w:w="567"/>
        <w:gridCol w:w="1134"/>
        <w:gridCol w:w="1134"/>
        <w:gridCol w:w="850"/>
        <w:gridCol w:w="3493"/>
        <w:gridCol w:w="1610"/>
        <w:gridCol w:w="1859"/>
      </w:tblGrid>
      <w:tr w:rsidR="000C70CE" w14:paraId="4A130600" w14:textId="77777777" w:rsidTr="00F762D2">
        <w:trPr>
          <w:trHeight w:val="3163"/>
        </w:trPr>
        <w:tc>
          <w:tcPr>
            <w:tcW w:w="468" w:type="dxa"/>
          </w:tcPr>
          <w:p w14:paraId="4AB535C9" w14:textId="77777777" w:rsidR="000C70CE" w:rsidRDefault="000C70CE" w:rsidP="00CF21F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8.3.</w:t>
            </w:r>
          </w:p>
        </w:tc>
        <w:tc>
          <w:tcPr>
            <w:tcW w:w="4381" w:type="dxa"/>
          </w:tcPr>
          <w:p w14:paraId="24DD29FA" w14:textId="77777777" w:rsidR="000C70CE" w:rsidRDefault="000C70CE" w:rsidP="00CF21F5">
            <w:pPr>
              <w:pStyle w:val="TableParagraph"/>
              <w:spacing w:before="64" w:line="266" w:lineRule="auto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Изложение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(подробный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пересказ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текста;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выборочный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пересказ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текста).</w:t>
            </w:r>
          </w:p>
        </w:tc>
        <w:tc>
          <w:tcPr>
            <w:tcW w:w="567" w:type="dxa"/>
          </w:tcPr>
          <w:p w14:paraId="53A01A03" w14:textId="77777777" w:rsidR="000C70CE" w:rsidRDefault="000C70CE" w:rsidP="00CF21F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7</w:t>
            </w:r>
          </w:p>
        </w:tc>
        <w:tc>
          <w:tcPr>
            <w:tcW w:w="1134" w:type="dxa"/>
          </w:tcPr>
          <w:p w14:paraId="4012B5CA" w14:textId="77777777" w:rsidR="000C70CE" w:rsidRDefault="000C70CE" w:rsidP="00CF21F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34" w:type="dxa"/>
          </w:tcPr>
          <w:p w14:paraId="28D4D1EA" w14:textId="77777777" w:rsidR="000C70CE" w:rsidRDefault="000C70CE" w:rsidP="00CF21F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50" w:type="dxa"/>
          </w:tcPr>
          <w:p w14:paraId="2F80AD83" w14:textId="6C07692E" w:rsidR="000C70CE" w:rsidRDefault="000C70CE" w:rsidP="00CF21F5">
            <w:pPr>
              <w:pStyle w:val="TableParagraph"/>
              <w:spacing w:before="20"/>
              <w:ind w:left="78"/>
              <w:rPr>
                <w:sz w:val="15"/>
              </w:rPr>
            </w:pPr>
          </w:p>
        </w:tc>
        <w:tc>
          <w:tcPr>
            <w:tcW w:w="3493" w:type="dxa"/>
          </w:tcPr>
          <w:p w14:paraId="25F59CC2" w14:textId="23BBA3D3" w:rsidR="000C70CE" w:rsidRDefault="000C70CE" w:rsidP="00F762D2">
            <w:pPr>
              <w:pStyle w:val="TableParagraph"/>
              <w:spacing w:before="64" w:line="266" w:lineRule="auto"/>
              <w:ind w:left="79" w:right="56"/>
              <w:jc w:val="both"/>
              <w:rPr>
                <w:sz w:val="15"/>
              </w:rPr>
            </w:pPr>
            <w:r>
              <w:rPr>
                <w:w w:val="105"/>
                <w:sz w:val="15"/>
              </w:rPr>
              <w:t>Работа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парах: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дидактического </w:t>
            </w:r>
            <w:r>
              <w:rPr>
                <w:w w:val="105"/>
                <w:sz w:val="15"/>
              </w:rPr>
              <w:t>текста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нахождение;</w:t>
            </w:r>
            <w:r w:rsidR="00F762D2">
              <w:rPr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 нём смысловых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ошибок;</w:t>
            </w:r>
          </w:p>
          <w:p w14:paraId="39327AFE" w14:textId="6F1C4892" w:rsidR="000C70CE" w:rsidRDefault="000C70CE" w:rsidP="00F762D2">
            <w:pPr>
              <w:pStyle w:val="TableParagraph"/>
              <w:spacing w:before="2" w:line="266" w:lineRule="auto"/>
              <w:ind w:left="79" w:right="22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Творческие задания: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создавать;</w:t>
            </w:r>
            <w:r w:rsidR="00F762D2">
              <w:rPr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устные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письменные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тексты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разных;</w:t>
            </w:r>
            <w:r w:rsidR="00F762D2">
              <w:rPr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типов (описание;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рассуждение;</w:t>
            </w:r>
            <w:r w:rsidR="00F762D2">
              <w:rPr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повествование);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 работа: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соответствующего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заданной ситуации;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жанра и написание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письма;</w:t>
            </w:r>
            <w:r w:rsidR="00F762D2">
              <w:rPr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поздравительной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открытки;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записки;</w:t>
            </w:r>
          </w:p>
          <w:p w14:paraId="3523F8A1" w14:textId="67DEF3F8" w:rsidR="000C70CE" w:rsidRDefault="000C70CE" w:rsidP="00F762D2">
            <w:pPr>
              <w:pStyle w:val="TableParagraph"/>
              <w:spacing w:before="2" w:line="266" w:lineRule="auto"/>
              <w:ind w:left="79" w:right="23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Творческое задание: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составление;</w:t>
            </w:r>
            <w:r w:rsidR="00F762D2">
              <w:rPr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типов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(описание;</w:t>
            </w:r>
            <w:r w:rsidR="00F762D2">
              <w:rPr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повествование;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рассуждение)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одну;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 ту же тему;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Практическая </w:t>
            </w:r>
            <w:r>
              <w:rPr>
                <w:w w:val="105"/>
                <w:sz w:val="15"/>
              </w:rPr>
              <w:t>работа: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написание;</w:t>
            </w:r>
          </w:p>
          <w:p w14:paraId="731018F5" w14:textId="4EFD71E6" w:rsidR="000C70CE" w:rsidRDefault="000C70CE" w:rsidP="00F762D2">
            <w:pPr>
              <w:pStyle w:val="TableParagraph"/>
              <w:spacing w:before="4" w:line="266" w:lineRule="auto"/>
              <w:ind w:left="79" w:right="227"/>
              <w:rPr>
                <w:sz w:val="15"/>
              </w:rPr>
            </w:pPr>
            <w:r>
              <w:rPr>
                <w:w w:val="105"/>
                <w:sz w:val="15"/>
              </w:rPr>
              <w:t>отзыва на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прочитанную книгу;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 в группах: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корректировка;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дидактического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текста;</w:t>
            </w:r>
            <w:r w:rsidR="00F762D2">
              <w:rPr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котором;</w:t>
            </w:r>
            <w:r w:rsidR="00F762D2">
              <w:rPr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допущены смысловые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ошибки;;</w:t>
            </w:r>
          </w:p>
        </w:tc>
        <w:tc>
          <w:tcPr>
            <w:tcW w:w="1610" w:type="dxa"/>
          </w:tcPr>
          <w:p w14:paraId="4B9A56C7" w14:textId="77777777" w:rsidR="000C70CE" w:rsidRDefault="000C70CE" w:rsidP="00CF21F5">
            <w:pPr>
              <w:pStyle w:val="TableParagraph"/>
              <w:spacing w:before="64" w:line="266" w:lineRule="auto"/>
              <w:ind w:left="80" w:right="40"/>
              <w:rPr>
                <w:sz w:val="15"/>
              </w:rPr>
            </w:pPr>
            <w:r>
              <w:rPr>
                <w:w w:val="105"/>
                <w:sz w:val="15"/>
              </w:rPr>
              <w:t>Письменный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работа;;</w:t>
            </w:r>
          </w:p>
        </w:tc>
        <w:tc>
          <w:tcPr>
            <w:tcW w:w="1859" w:type="dxa"/>
          </w:tcPr>
          <w:p w14:paraId="7B000028" w14:textId="77777777" w:rsidR="000C70CE" w:rsidRDefault="00FB4116" w:rsidP="00CF21F5">
            <w:pPr>
              <w:pStyle w:val="TableParagraph"/>
              <w:spacing w:before="64"/>
              <w:ind w:left="81"/>
              <w:rPr>
                <w:sz w:val="15"/>
              </w:rPr>
            </w:pPr>
            <w:hyperlink r:id="rId14">
              <w:r w:rsidR="000C70CE">
                <w:rPr>
                  <w:w w:val="105"/>
                  <w:sz w:val="15"/>
                </w:rPr>
                <w:t>http://nsportal.ru/nachalnayashkola</w:t>
              </w:r>
            </w:hyperlink>
          </w:p>
        </w:tc>
      </w:tr>
      <w:tr w:rsidR="000C70CE" w14:paraId="62EA4524" w14:textId="77777777" w:rsidTr="001A19BD">
        <w:trPr>
          <w:trHeight w:val="1603"/>
        </w:trPr>
        <w:tc>
          <w:tcPr>
            <w:tcW w:w="468" w:type="dxa"/>
          </w:tcPr>
          <w:p w14:paraId="07C179E2" w14:textId="77777777" w:rsidR="000C70CE" w:rsidRDefault="000C70CE" w:rsidP="00CF21F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8.4.</w:t>
            </w:r>
          </w:p>
        </w:tc>
        <w:tc>
          <w:tcPr>
            <w:tcW w:w="4381" w:type="dxa"/>
          </w:tcPr>
          <w:p w14:paraId="246D78F1" w14:textId="77777777" w:rsidR="000C70CE" w:rsidRDefault="000C70CE" w:rsidP="00CF21F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Сочинение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работы.</w:t>
            </w:r>
          </w:p>
        </w:tc>
        <w:tc>
          <w:tcPr>
            <w:tcW w:w="567" w:type="dxa"/>
          </w:tcPr>
          <w:p w14:paraId="16C584FA" w14:textId="77777777" w:rsidR="000C70CE" w:rsidRDefault="000C70CE" w:rsidP="00CF21F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8</w:t>
            </w:r>
          </w:p>
        </w:tc>
        <w:tc>
          <w:tcPr>
            <w:tcW w:w="1134" w:type="dxa"/>
          </w:tcPr>
          <w:p w14:paraId="328B32FA" w14:textId="77777777" w:rsidR="000C70CE" w:rsidRDefault="000C70CE" w:rsidP="00CF21F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34" w:type="dxa"/>
          </w:tcPr>
          <w:p w14:paraId="212F7797" w14:textId="77777777" w:rsidR="000C70CE" w:rsidRDefault="000C70CE" w:rsidP="00CF21F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850" w:type="dxa"/>
          </w:tcPr>
          <w:p w14:paraId="197AAB0D" w14:textId="1ED981ED" w:rsidR="000C70CE" w:rsidRDefault="000C70CE" w:rsidP="00CF21F5">
            <w:pPr>
              <w:pStyle w:val="TableParagraph"/>
              <w:spacing w:before="20"/>
              <w:ind w:left="78"/>
              <w:rPr>
                <w:sz w:val="15"/>
              </w:rPr>
            </w:pPr>
          </w:p>
        </w:tc>
        <w:tc>
          <w:tcPr>
            <w:tcW w:w="3493" w:type="dxa"/>
          </w:tcPr>
          <w:p w14:paraId="2C998C6B" w14:textId="4EA7A031" w:rsidR="000C70CE" w:rsidRDefault="000C70CE" w:rsidP="001A19BD">
            <w:pPr>
              <w:pStyle w:val="TableParagraph"/>
              <w:spacing w:before="64" w:line="266" w:lineRule="auto"/>
              <w:ind w:left="79" w:right="86"/>
              <w:rPr>
                <w:sz w:val="15"/>
              </w:rPr>
            </w:pPr>
            <w:r>
              <w:rPr>
                <w:w w:val="105"/>
                <w:sz w:val="15"/>
              </w:rPr>
              <w:t>Работа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группах: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текста;</w:t>
            </w:r>
            <w:r w:rsidR="001A19BD">
              <w:rPr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обоснование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целесообразности;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выбора языковых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средств;</w:t>
            </w:r>
            <w:r w:rsidR="001A19BD">
              <w:rPr>
                <w:w w:val="105"/>
                <w:sz w:val="15"/>
              </w:rPr>
              <w:t xml:space="preserve"> </w:t>
            </w:r>
            <w:r>
              <w:rPr>
                <w:w w:val="104"/>
                <w:sz w:val="15"/>
              </w:rPr>
              <w:t>;</w:t>
            </w:r>
          </w:p>
          <w:p w14:paraId="105DEDEA" w14:textId="2E416C03" w:rsidR="000C70CE" w:rsidRDefault="000C70CE" w:rsidP="001A19BD">
            <w:pPr>
              <w:pStyle w:val="TableParagraph"/>
              <w:spacing w:before="19" w:line="266" w:lineRule="auto"/>
              <w:ind w:left="79" w:right="224"/>
              <w:rPr>
                <w:sz w:val="15"/>
              </w:rPr>
            </w:pPr>
            <w:r>
              <w:rPr>
                <w:w w:val="105"/>
                <w:sz w:val="15"/>
              </w:rPr>
              <w:t>соответствующих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цели</w:t>
            </w:r>
            <w:r w:rsidR="001A19BD">
              <w:rPr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 условиям;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общения;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Творческие задания: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создавать;</w:t>
            </w:r>
            <w:r w:rsidR="001A19BD">
              <w:rPr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устные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письменные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тексты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разных;</w:t>
            </w:r>
            <w:r w:rsidR="001A19BD">
              <w:rPr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типов (описание;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рассуждение;</w:t>
            </w:r>
            <w:r w:rsidR="001A19BD">
              <w:rPr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повествование);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Творческое задание: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составление;</w:t>
            </w:r>
            <w:r w:rsidR="001A19BD">
              <w:rPr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типов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(описание;</w:t>
            </w:r>
            <w:r w:rsidR="001A19BD">
              <w:rPr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повествование;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рассуждение)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одну;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ту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тему;</w:t>
            </w:r>
          </w:p>
        </w:tc>
        <w:tc>
          <w:tcPr>
            <w:tcW w:w="1610" w:type="dxa"/>
          </w:tcPr>
          <w:p w14:paraId="7E7CEF76" w14:textId="77777777" w:rsidR="000C70CE" w:rsidRDefault="000C70CE" w:rsidP="00CF21F5">
            <w:pPr>
              <w:pStyle w:val="TableParagraph"/>
              <w:spacing w:before="64" w:line="266" w:lineRule="auto"/>
              <w:ind w:left="80" w:right="40"/>
              <w:rPr>
                <w:sz w:val="15"/>
              </w:rPr>
            </w:pPr>
            <w:r>
              <w:rPr>
                <w:w w:val="105"/>
                <w:sz w:val="15"/>
              </w:rPr>
              <w:t>Письменный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работа;;</w:t>
            </w:r>
          </w:p>
        </w:tc>
        <w:tc>
          <w:tcPr>
            <w:tcW w:w="1859" w:type="dxa"/>
          </w:tcPr>
          <w:p w14:paraId="19FB90AF" w14:textId="77777777" w:rsidR="000C70CE" w:rsidRDefault="00FB4116" w:rsidP="00CF21F5">
            <w:pPr>
              <w:pStyle w:val="TableParagraph"/>
              <w:spacing w:before="64"/>
              <w:ind w:left="81"/>
              <w:rPr>
                <w:sz w:val="15"/>
              </w:rPr>
            </w:pPr>
            <w:hyperlink r:id="rId15">
              <w:r w:rsidR="000C70CE">
                <w:rPr>
                  <w:w w:val="105"/>
                  <w:sz w:val="15"/>
                </w:rPr>
                <w:t>http://nsportal.ru/nachalnayashkola</w:t>
              </w:r>
            </w:hyperlink>
          </w:p>
        </w:tc>
      </w:tr>
      <w:tr w:rsidR="000C70CE" w14:paraId="5AEB2F4C" w14:textId="77777777" w:rsidTr="001A19BD">
        <w:trPr>
          <w:trHeight w:val="866"/>
        </w:trPr>
        <w:tc>
          <w:tcPr>
            <w:tcW w:w="468" w:type="dxa"/>
          </w:tcPr>
          <w:p w14:paraId="506B5F6D" w14:textId="77777777" w:rsidR="000C70CE" w:rsidRDefault="000C70CE" w:rsidP="00CF21F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8.5.</w:t>
            </w:r>
          </w:p>
        </w:tc>
        <w:tc>
          <w:tcPr>
            <w:tcW w:w="4381" w:type="dxa"/>
          </w:tcPr>
          <w:p w14:paraId="4238C146" w14:textId="77777777" w:rsidR="000C70CE" w:rsidRDefault="000C70CE" w:rsidP="00CF21F5">
            <w:pPr>
              <w:pStyle w:val="TableParagraph"/>
              <w:spacing w:before="64" w:line="266" w:lineRule="auto"/>
              <w:ind w:right="15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Изучающее,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ознакомительное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чтение.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Поиск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информации,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заданной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явном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виде.</w:t>
            </w:r>
          </w:p>
        </w:tc>
        <w:tc>
          <w:tcPr>
            <w:tcW w:w="567" w:type="dxa"/>
          </w:tcPr>
          <w:p w14:paraId="165B6AC1" w14:textId="77777777" w:rsidR="000C70CE" w:rsidRDefault="000C70CE" w:rsidP="00CF21F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34" w:type="dxa"/>
          </w:tcPr>
          <w:p w14:paraId="4C1B3D2A" w14:textId="77777777" w:rsidR="000C70CE" w:rsidRDefault="000C70CE" w:rsidP="00CF21F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34" w:type="dxa"/>
          </w:tcPr>
          <w:p w14:paraId="4C063FEF" w14:textId="77777777" w:rsidR="000C70CE" w:rsidRDefault="000C70CE" w:rsidP="00CF21F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50" w:type="dxa"/>
          </w:tcPr>
          <w:p w14:paraId="061B262C" w14:textId="195A203A" w:rsidR="000C70CE" w:rsidRDefault="000C70CE" w:rsidP="00CF21F5">
            <w:pPr>
              <w:pStyle w:val="TableParagraph"/>
              <w:spacing w:before="20"/>
              <w:ind w:left="78"/>
              <w:rPr>
                <w:sz w:val="15"/>
              </w:rPr>
            </w:pPr>
          </w:p>
        </w:tc>
        <w:tc>
          <w:tcPr>
            <w:tcW w:w="3493" w:type="dxa"/>
          </w:tcPr>
          <w:p w14:paraId="5A9413C4" w14:textId="77777777" w:rsidR="000C70CE" w:rsidRDefault="000C70CE" w:rsidP="00CF21F5">
            <w:pPr>
              <w:pStyle w:val="TableParagraph"/>
              <w:spacing w:before="64" w:line="266" w:lineRule="auto"/>
              <w:ind w:left="79" w:right="7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Практическое задание: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выбор;</w:t>
            </w:r>
          </w:p>
          <w:p w14:paraId="58901B91" w14:textId="45E608FB" w:rsidR="000C70CE" w:rsidRDefault="000C70CE" w:rsidP="001A19BD">
            <w:pPr>
              <w:pStyle w:val="TableParagraph"/>
              <w:spacing w:before="2" w:line="266" w:lineRule="auto"/>
              <w:ind w:left="79" w:right="16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источника получения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информации;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(определённый тип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словаря;</w:t>
            </w:r>
            <w:r w:rsidR="001A19BD">
              <w:rPr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справочников) для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решения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учебно</w:t>
            </w:r>
            <w:r w:rsidR="001A19BD">
              <w:rPr>
                <w:spacing w:val="-1"/>
                <w:w w:val="105"/>
                <w:sz w:val="15"/>
              </w:rPr>
              <w:t>-</w:t>
            </w:r>
            <w:r>
              <w:rPr>
                <w:spacing w:val="-1"/>
                <w:w w:val="105"/>
                <w:sz w:val="15"/>
              </w:rPr>
              <w:t>практической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задачи;</w:t>
            </w:r>
          </w:p>
          <w:p w14:paraId="2B7E81DD" w14:textId="24F36791" w:rsidR="000C70CE" w:rsidRDefault="000C70CE" w:rsidP="00CF21F5">
            <w:pPr>
              <w:pStyle w:val="TableParagraph"/>
              <w:spacing w:before="2"/>
              <w:ind w:left="79"/>
              <w:rPr>
                <w:sz w:val="15"/>
              </w:rPr>
            </w:pPr>
          </w:p>
        </w:tc>
        <w:tc>
          <w:tcPr>
            <w:tcW w:w="1610" w:type="dxa"/>
          </w:tcPr>
          <w:p w14:paraId="2F48BC40" w14:textId="77777777" w:rsidR="000C70CE" w:rsidRDefault="000C70CE" w:rsidP="00CF21F5">
            <w:pPr>
              <w:pStyle w:val="TableParagraph"/>
              <w:spacing w:before="64" w:line="266" w:lineRule="auto"/>
              <w:ind w:left="80" w:right="14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Диктант;</w:t>
            </w:r>
          </w:p>
        </w:tc>
        <w:tc>
          <w:tcPr>
            <w:tcW w:w="1859" w:type="dxa"/>
          </w:tcPr>
          <w:p w14:paraId="146AA93C" w14:textId="77777777" w:rsidR="000C70CE" w:rsidRDefault="000C70CE" w:rsidP="00CF21F5">
            <w:pPr>
              <w:pStyle w:val="TableParagraph"/>
              <w:spacing w:before="64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https://uchi.ru/</w:t>
            </w:r>
          </w:p>
        </w:tc>
      </w:tr>
      <w:tr w:rsidR="000C70CE" w14:paraId="61AF926A" w14:textId="77777777" w:rsidTr="009B7464">
        <w:trPr>
          <w:trHeight w:val="705"/>
        </w:trPr>
        <w:tc>
          <w:tcPr>
            <w:tcW w:w="468" w:type="dxa"/>
          </w:tcPr>
          <w:p w14:paraId="0B8261E9" w14:textId="77777777" w:rsidR="000C70CE" w:rsidRDefault="000C70CE" w:rsidP="00CF21F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8.6.</w:t>
            </w:r>
          </w:p>
        </w:tc>
        <w:tc>
          <w:tcPr>
            <w:tcW w:w="4381" w:type="dxa"/>
          </w:tcPr>
          <w:p w14:paraId="23F2DF51" w14:textId="77777777" w:rsidR="000C70CE" w:rsidRDefault="000C70CE" w:rsidP="00CF21F5">
            <w:pPr>
              <w:pStyle w:val="TableParagraph"/>
              <w:spacing w:before="64" w:line="266" w:lineRule="auto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Формулирование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простых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выводов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информации,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содержащейся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тексте.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Интерпретация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обобщение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содержащейся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информации.</w:t>
            </w:r>
          </w:p>
        </w:tc>
        <w:tc>
          <w:tcPr>
            <w:tcW w:w="567" w:type="dxa"/>
          </w:tcPr>
          <w:p w14:paraId="376DFEB1" w14:textId="77777777" w:rsidR="000C70CE" w:rsidRDefault="000C70CE" w:rsidP="00CF21F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34" w:type="dxa"/>
          </w:tcPr>
          <w:p w14:paraId="11D0A518" w14:textId="77777777" w:rsidR="000C70CE" w:rsidRDefault="000C70CE" w:rsidP="00CF21F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34" w:type="dxa"/>
          </w:tcPr>
          <w:p w14:paraId="0C5A4690" w14:textId="77777777" w:rsidR="000C70CE" w:rsidRDefault="000C70CE" w:rsidP="00CF21F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50" w:type="dxa"/>
          </w:tcPr>
          <w:p w14:paraId="7E51C8AB" w14:textId="77777777" w:rsidR="000C70CE" w:rsidRDefault="000C70CE" w:rsidP="00CF21F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02.05.2023</w:t>
            </w:r>
          </w:p>
          <w:p w14:paraId="228C3777" w14:textId="77777777" w:rsidR="000C70CE" w:rsidRDefault="000C70CE" w:rsidP="00CF21F5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05.05.2023</w:t>
            </w:r>
          </w:p>
        </w:tc>
        <w:tc>
          <w:tcPr>
            <w:tcW w:w="3493" w:type="dxa"/>
          </w:tcPr>
          <w:p w14:paraId="7838A712" w14:textId="77777777" w:rsidR="000C70CE" w:rsidRDefault="000C70CE" w:rsidP="00CF21F5">
            <w:pPr>
              <w:pStyle w:val="TableParagraph"/>
              <w:spacing w:before="64" w:line="266" w:lineRule="auto"/>
              <w:ind w:left="79" w:right="23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Творческое задание: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подготовка;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небольшого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публичного;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выступления;</w:t>
            </w:r>
          </w:p>
          <w:p w14:paraId="306E4B63" w14:textId="77777777" w:rsidR="000C70CE" w:rsidRDefault="000C70CE" w:rsidP="00CF21F5">
            <w:pPr>
              <w:pStyle w:val="TableParagraph"/>
              <w:spacing w:before="4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</w:tc>
        <w:tc>
          <w:tcPr>
            <w:tcW w:w="1610" w:type="dxa"/>
          </w:tcPr>
          <w:p w14:paraId="124ED388" w14:textId="77777777" w:rsidR="000C70CE" w:rsidRDefault="000C70CE" w:rsidP="00CF21F5">
            <w:pPr>
              <w:pStyle w:val="TableParagraph"/>
              <w:spacing w:before="64" w:line="266" w:lineRule="auto"/>
              <w:ind w:left="80" w:right="14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ВПР;</w:t>
            </w:r>
          </w:p>
        </w:tc>
        <w:tc>
          <w:tcPr>
            <w:tcW w:w="1859" w:type="dxa"/>
          </w:tcPr>
          <w:p w14:paraId="7515D594" w14:textId="77777777" w:rsidR="000C70CE" w:rsidRDefault="000C70CE" w:rsidP="00CF21F5">
            <w:pPr>
              <w:pStyle w:val="TableParagraph"/>
              <w:spacing w:before="64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https://uchi.ru/</w:t>
            </w:r>
          </w:p>
        </w:tc>
      </w:tr>
      <w:tr w:rsidR="000C70CE" w14:paraId="5260D26B" w14:textId="77777777" w:rsidTr="001A19BD">
        <w:trPr>
          <w:trHeight w:val="333"/>
        </w:trPr>
        <w:tc>
          <w:tcPr>
            <w:tcW w:w="4849" w:type="dxa"/>
            <w:gridSpan w:val="2"/>
          </w:tcPr>
          <w:p w14:paraId="2790CBE5" w14:textId="77777777" w:rsidR="000C70CE" w:rsidRDefault="000C70CE" w:rsidP="00CF21F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разделу:</w:t>
            </w:r>
          </w:p>
        </w:tc>
        <w:tc>
          <w:tcPr>
            <w:tcW w:w="567" w:type="dxa"/>
          </w:tcPr>
          <w:p w14:paraId="78EACC6E" w14:textId="77777777" w:rsidR="000C70CE" w:rsidRDefault="000C70CE" w:rsidP="00CF21F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30</w:t>
            </w:r>
          </w:p>
        </w:tc>
        <w:tc>
          <w:tcPr>
            <w:tcW w:w="10080" w:type="dxa"/>
            <w:gridSpan w:val="6"/>
          </w:tcPr>
          <w:p w14:paraId="62B199A9" w14:textId="77777777" w:rsidR="000C70CE" w:rsidRDefault="000C70CE" w:rsidP="00CF21F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0C70CE" w14:paraId="6CAEBD62" w14:textId="77777777" w:rsidTr="001A19BD">
        <w:trPr>
          <w:trHeight w:val="333"/>
        </w:trPr>
        <w:tc>
          <w:tcPr>
            <w:tcW w:w="4849" w:type="dxa"/>
            <w:gridSpan w:val="2"/>
          </w:tcPr>
          <w:p w14:paraId="67752D88" w14:textId="77777777" w:rsidR="000C70CE" w:rsidRDefault="000C70CE" w:rsidP="00CF21F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Резервное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время</w:t>
            </w:r>
          </w:p>
        </w:tc>
        <w:tc>
          <w:tcPr>
            <w:tcW w:w="567" w:type="dxa"/>
          </w:tcPr>
          <w:p w14:paraId="1560B25F" w14:textId="77777777" w:rsidR="000C70CE" w:rsidRDefault="000C70CE" w:rsidP="00CF21F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17</w:t>
            </w:r>
          </w:p>
        </w:tc>
        <w:tc>
          <w:tcPr>
            <w:tcW w:w="10080" w:type="dxa"/>
            <w:gridSpan w:val="6"/>
          </w:tcPr>
          <w:p w14:paraId="39A79292" w14:textId="77777777" w:rsidR="000C70CE" w:rsidRDefault="000C70CE" w:rsidP="00CF21F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0C70CE" w14:paraId="56E6B182" w14:textId="77777777" w:rsidTr="001A19BD">
        <w:trPr>
          <w:trHeight w:val="333"/>
        </w:trPr>
        <w:tc>
          <w:tcPr>
            <w:tcW w:w="4849" w:type="dxa"/>
            <w:gridSpan w:val="2"/>
          </w:tcPr>
          <w:p w14:paraId="06A44A59" w14:textId="77777777" w:rsidR="000C70CE" w:rsidRDefault="000C70CE" w:rsidP="00CF21F5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ОБЩЕЕ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КОЛИЧЕСТВО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ПРОГРАММЕ</w:t>
            </w:r>
          </w:p>
        </w:tc>
        <w:tc>
          <w:tcPr>
            <w:tcW w:w="567" w:type="dxa"/>
          </w:tcPr>
          <w:p w14:paraId="67C4E19E" w14:textId="77777777" w:rsidR="000C70CE" w:rsidRDefault="000C70CE" w:rsidP="00CF21F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170</w:t>
            </w:r>
          </w:p>
        </w:tc>
        <w:tc>
          <w:tcPr>
            <w:tcW w:w="1134" w:type="dxa"/>
          </w:tcPr>
          <w:p w14:paraId="07104777" w14:textId="77777777" w:rsidR="000C70CE" w:rsidRDefault="000C70CE" w:rsidP="00CF21F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16</w:t>
            </w:r>
          </w:p>
        </w:tc>
        <w:tc>
          <w:tcPr>
            <w:tcW w:w="1134" w:type="dxa"/>
          </w:tcPr>
          <w:p w14:paraId="16924446" w14:textId="77777777" w:rsidR="000C70CE" w:rsidRDefault="000C70CE" w:rsidP="00CF21F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34</w:t>
            </w:r>
          </w:p>
        </w:tc>
        <w:tc>
          <w:tcPr>
            <w:tcW w:w="7812" w:type="dxa"/>
            <w:gridSpan w:val="4"/>
          </w:tcPr>
          <w:p w14:paraId="0451F312" w14:textId="77777777" w:rsidR="000C70CE" w:rsidRDefault="000C70CE" w:rsidP="00CF21F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bookmarkEnd w:id="2"/>
    </w:tbl>
    <w:p w14:paraId="0A7DC65F" w14:textId="77777777" w:rsidR="00394C6C" w:rsidRPr="00454CF0" w:rsidRDefault="00394C6C" w:rsidP="00A51D48">
      <w:pPr>
        <w:rPr>
          <w:lang w:val="ru-RU"/>
        </w:rPr>
      </w:pPr>
    </w:p>
    <w:p w14:paraId="79B6CB96" w14:textId="77777777" w:rsidR="00454CF0" w:rsidRPr="00454CF0" w:rsidRDefault="00454CF0" w:rsidP="00454CF0">
      <w:pPr>
        <w:rPr>
          <w:lang w:val="ru-RU"/>
        </w:rPr>
      </w:pPr>
    </w:p>
    <w:p w14:paraId="76506924" w14:textId="27300EDC" w:rsidR="00454CF0" w:rsidRPr="00454CF0" w:rsidRDefault="00454CF0" w:rsidP="00454CF0">
      <w:pPr>
        <w:rPr>
          <w:lang w:val="ru-RU"/>
        </w:rPr>
        <w:sectPr w:rsidR="00454CF0" w:rsidRPr="00454CF0" w:rsidSect="00EB1D13">
          <w:pgSz w:w="16840" w:h="11900" w:orient="landscape"/>
          <w:pgMar w:top="310" w:right="666" w:bottom="284" w:left="640" w:header="720" w:footer="720" w:gutter="0"/>
          <w:cols w:space="720" w:equalWidth="0">
            <w:col w:w="15890" w:space="0"/>
          </w:cols>
          <w:docGrid w:linePitch="360"/>
        </w:sectPr>
      </w:pPr>
    </w:p>
    <w:p w14:paraId="229C86CB" w14:textId="4049A9AE" w:rsidR="00921941" w:rsidRPr="00371A6C" w:rsidRDefault="00FD1F4D">
      <w:pPr>
        <w:autoSpaceDE w:val="0"/>
        <w:autoSpaceDN w:val="0"/>
        <w:spacing w:after="0" w:line="230" w:lineRule="auto"/>
        <w:rPr>
          <w:lang w:val="ru-RU"/>
        </w:rPr>
      </w:pPr>
      <w:r>
        <w:rPr>
          <w:rFonts w:ascii="Times New Roman" w:eastAsia="Times New Roman" w:hAnsi="Times New Roman"/>
          <w:b/>
          <w:color w:val="000000"/>
          <w:sz w:val="24"/>
        </w:rPr>
        <w:t>V</w:t>
      </w:r>
      <w:r w:rsidRPr="00FD1F4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. </w:t>
      </w:r>
      <w:r w:rsidR="00AA22DB" w:rsidRPr="00371A6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УЧЕБНО-МЕТОДИЧЕСКОЕ ОБЕСПЕЧЕНИЕ ОБРАЗОВАТЕЛЬНОГО ПРОЦЕССА </w:t>
      </w:r>
    </w:p>
    <w:p w14:paraId="69EBE426" w14:textId="411282BE" w:rsidR="00921941" w:rsidRDefault="00AA22DB">
      <w:pPr>
        <w:autoSpaceDE w:val="0"/>
        <w:autoSpaceDN w:val="0"/>
        <w:spacing w:before="346"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454CF0">
        <w:rPr>
          <w:rFonts w:ascii="Times New Roman" w:eastAsia="Times New Roman" w:hAnsi="Times New Roman"/>
          <w:b/>
          <w:color w:val="000000"/>
          <w:sz w:val="24"/>
          <w:lang w:val="ru-RU"/>
        </w:rPr>
        <w:t>ОБЯЗАТЕЛЬНЫЕ УЧЕБНЫЕ МАТЕРИАЛЫ ДЛЯ УЧЕНИКА</w:t>
      </w:r>
    </w:p>
    <w:p w14:paraId="7E2E921B" w14:textId="6B033726" w:rsidR="00CB497B" w:rsidRPr="007A047B" w:rsidRDefault="00CB497B" w:rsidP="007A047B">
      <w:pPr>
        <w:autoSpaceDE w:val="0"/>
        <w:autoSpaceDN w:val="0"/>
        <w:spacing w:after="0" w:line="240" w:lineRule="auto"/>
        <w:rPr>
          <w:sz w:val="24"/>
          <w:szCs w:val="24"/>
          <w:lang w:val="ru-RU"/>
        </w:rPr>
      </w:pPr>
      <w:r w:rsidRPr="007A047B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>1 класс</w:t>
      </w:r>
    </w:p>
    <w:p w14:paraId="24D53DF1" w14:textId="77777777" w:rsidR="00CB497B" w:rsidRPr="007A047B" w:rsidRDefault="00AA22DB" w:rsidP="007A047B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7A047B">
        <w:rPr>
          <w:rFonts w:ascii="Times New Roman" w:hAnsi="Times New Roman" w:cs="Times New Roman"/>
          <w:sz w:val="24"/>
          <w:szCs w:val="24"/>
          <w:lang w:val="ru-RU"/>
        </w:rPr>
        <w:t xml:space="preserve">Климанова Л.Ф., Макеева С.Г. Бабушкина Т.В., Русский язык. Учебник. 1 класс. Акционерное общество «Издательство «Просвещение»; </w:t>
      </w:r>
      <w:r w:rsidRPr="007A047B">
        <w:rPr>
          <w:rFonts w:ascii="Times New Roman" w:hAnsi="Times New Roman" w:cs="Times New Roman"/>
          <w:sz w:val="24"/>
          <w:szCs w:val="24"/>
          <w:lang w:val="ru-RU"/>
        </w:rPr>
        <w:br/>
        <w:t>Климанова Л.Ф., Макеева С.Г., Азбука (в 2 частях). Учебник. 1 класс. Акционерное общество</w:t>
      </w:r>
      <w:r w:rsidR="00371A6C" w:rsidRPr="007A047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A047B">
        <w:rPr>
          <w:rFonts w:ascii="Times New Roman" w:hAnsi="Times New Roman" w:cs="Times New Roman"/>
          <w:sz w:val="24"/>
          <w:szCs w:val="24"/>
          <w:lang w:val="ru-RU"/>
        </w:rPr>
        <w:t xml:space="preserve">«Издательство «Просвещение»; </w:t>
      </w:r>
    </w:p>
    <w:p w14:paraId="723FBD84" w14:textId="77777777" w:rsidR="00CB497B" w:rsidRPr="007A047B" w:rsidRDefault="00CB497B" w:rsidP="007A047B">
      <w:pPr>
        <w:pStyle w:val="a9"/>
        <w:ind w:right="-619"/>
        <w:rPr>
          <w:rFonts w:ascii="Times New Roman" w:hAnsi="Times New Roman" w:cs="Times New Roman"/>
          <w:sz w:val="24"/>
          <w:szCs w:val="24"/>
          <w:lang w:val="ru-RU"/>
        </w:rPr>
      </w:pPr>
      <w:r w:rsidRPr="007A047B">
        <w:rPr>
          <w:rFonts w:ascii="Times New Roman" w:hAnsi="Times New Roman" w:cs="Times New Roman"/>
          <w:b/>
          <w:bCs/>
          <w:sz w:val="24"/>
          <w:szCs w:val="24"/>
          <w:lang w:val="ru-RU"/>
        </w:rPr>
        <w:t>2 класс</w:t>
      </w:r>
      <w:r w:rsidR="00AA22DB" w:rsidRPr="007A047B">
        <w:rPr>
          <w:rFonts w:ascii="Times New Roman" w:hAnsi="Times New Roman" w:cs="Times New Roman"/>
          <w:b/>
          <w:bCs/>
          <w:sz w:val="24"/>
          <w:szCs w:val="24"/>
          <w:lang w:val="ru-RU"/>
        </w:rPr>
        <w:br/>
      </w:r>
      <w:r w:rsidRPr="007A047B">
        <w:rPr>
          <w:rFonts w:ascii="Times New Roman" w:hAnsi="Times New Roman" w:cs="Times New Roman"/>
          <w:sz w:val="24"/>
          <w:szCs w:val="24"/>
          <w:lang w:val="ru-RU"/>
        </w:rPr>
        <w:t xml:space="preserve">Климанова Л.Ф., Бабушкина Т.В., Русский язык (в 2 частях). Учебник. 2 класс. Акционерное </w:t>
      </w:r>
    </w:p>
    <w:p w14:paraId="658C5CFD" w14:textId="208B805A" w:rsidR="00371A6C" w:rsidRPr="007A047B" w:rsidRDefault="00CB497B" w:rsidP="007A047B">
      <w:pPr>
        <w:pStyle w:val="a9"/>
        <w:ind w:right="-619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7A047B">
        <w:rPr>
          <w:rFonts w:ascii="Times New Roman" w:hAnsi="Times New Roman" w:cs="Times New Roman"/>
          <w:sz w:val="24"/>
          <w:szCs w:val="24"/>
          <w:lang w:val="ru-RU"/>
        </w:rPr>
        <w:t xml:space="preserve">общество «Издательство «Просвещение»; </w:t>
      </w:r>
      <w:r w:rsidRPr="007A047B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7A047B">
        <w:rPr>
          <w:rFonts w:ascii="Times New Roman" w:hAnsi="Times New Roman" w:cs="Times New Roman"/>
          <w:b/>
          <w:bCs/>
          <w:sz w:val="24"/>
          <w:szCs w:val="24"/>
          <w:lang w:val="ru-RU"/>
        </w:rPr>
        <w:t>3 класс</w:t>
      </w:r>
    </w:p>
    <w:p w14:paraId="0D9AC93A" w14:textId="61F69DEB" w:rsidR="00CB497B" w:rsidRPr="007A047B" w:rsidRDefault="00CB497B" w:rsidP="007A047B">
      <w:pPr>
        <w:pStyle w:val="a9"/>
        <w:ind w:right="-619"/>
        <w:rPr>
          <w:rFonts w:ascii="Times New Roman" w:hAnsi="Times New Roman" w:cs="Times New Roman"/>
          <w:sz w:val="24"/>
          <w:szCs w:val="24"/>
          <w:lang w:val="ru-RU"/>
        </w:rPr>
      </w:pPr>
      <w:r w:rsidRPr="007A047B">
        <w:rPr>
          <w:rFonts w:ascii="Times New Roman" w:hAnsi="Times New Roman" w:cs="Times New Roman"/>
          <w:sz w:val="24"/>
          <w:szCs w:val="24"/>
          <w:lang w:val="ru-RU"/>
        </w:rPr>
        <w:t xml:space="preserve">Климанова Л.Ф., Бабушкина Т.В., Русский язык (в 2 частях). Учебник. 3 класс. Акционерное </w:t>
      </w:r>
    </w:p>
    <w:p w14:paraId="3E78B155" w14:textId="77777777" w:rsidR="00CB497B" w:rsidRPr="007A047B" w:rsidRDefault="00CB497B" w:rsidP="007A047B">
      <w:pPr>
        <w:pStyle w:val="a9"/>
        <w:ind w:right="-619"/>
        <w:rPr>
          <w:rFonts w:ascii="Times New Roman" w:hAnsi="Times New Roman" w:cs="Times New Roman"/>
          <w:sz w:val="24"/>
          <w:szCs w:val="24"/>
          <w:lang w:val="ru-RU"/>
        </w:rPr>
      </w:pPr>
      <w:r w:rsidRPr="007A047B">
        <w:rPr>
          <w:rFonts w:ascii="Times New Roman" w:hAnsi="Times New Roman" w:cs="Times New Roman"/>
          <w:sz w:val="24"/>
          <w:szCs w:val="24"/>
          <w:lang w:val="ru-RU"/>
        </w:rPr>
        <w:t xml:space="preserve">общество «Издательство «Просвещение»; </w:t>
      </w:r>
    </w:p>
    <w:p w14:paraId="6A509576" w14:textId="23614C23" w:rsidR="007A047B" w:rsidRPr="007A047B" w:rsidRDefault="007A047B" w:rsidP="007A047B">
      <w:pPr>
        <w:pStyle w:val="a9"/>
        <w:ind w:right="-619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7A047B">
        <w:rPr>
          <w:rFonts w:ascii="Times New Roman" w:hAnsi="Times New Roman" w:cs="Times New Roman"/>
          <w:b/>
          <w:bCs/>
          <w:sz w:val="24"/>
          <w:szCs w:val="24"/>
          <w:lang w:val="ru-RU"/>
        </w:rPr>
        <w:t>4класс</w:t>
      </w:r>
    </w:p>
    <w:p w14:paraId="66B2AF3B" w14:textId="77777777" w:rsidR="007A047B" w:rsidRPr="007A047B" w:rsidRDefault="007A047B" w:rsidP="007A047B">
      <w:pPr>
        <w:pStyle w:val="a9"/>
        <w:ind w:right="-619"/>
        <w:rPr>
          <w:rFonts w:ascii="Times New Roman" w:hAnsi="Times New Roman" w:cs="Times New Roman"/>
          <w:sz w:val="24"/>
          <w:szCs w:val="24"/>
          <w:lang w:val="ru-RU"/>
        </w:rPr>
      </w:pPr>
      <w:r w:rsidRPr="007A047B">
        <w:rPr>
          <w:rFonts w:ascii="Times New Roman" w:hAnsi="Times New Roman" w:cs="Times New Roman"/>
          <w:sz w:val="24"/>
          <w:szCs w:val="24"/>
          <w:lang w:val="ru-RU"/>
        </w:rPr>
        <w:t xml:space="preserve">Климанова Л.Ф., Бабушкина Т.В., Русский язык (в 2 частях). Учебник. 2 класс. Акционерное </w:t>
      </w:r>
    </w:p>
    <w:p w14:paraId="6FF96670" w14:textId="77777777" w:rsidR="007A047B" w:rsidRPr="00CB497B" w:rsidRDefault="007A047B" w:rsidP="007A047B">
      <w:pPr>
        <w:pStyle w:val="a9"/>
        <w:ind w:right="-619"/>
        <w:rPr>
          <w:rFonts w:ascii="Times New Roman" w:hAnsi="Times New Roman" w:cs="Times New Roman"/>
          <w:b/>
          <w:bCs/>
          <w:lang w:val="ru-RU"/>
        </w:rPr>
      </w:pPr>
      <w:r w:rsidRPr="007A047B">
        <w:rPr>
          <w:rFonts w:ascii="Times New Roman" w:hAnsi="Times New Roman" w:cs="Times New Roman"/>
          <w:sz w:val="24"/>
          <w:szCs w:val="24"/>
          <w:lang w:val="ru-RU"/>
        </w:rPr>
        <w:t>общество «Издательство «Просвещение»;</w:t>
      </w:r>
      <w:r w:rsidRPr="00CB497B">
        <w:rPr>
          <w:rFonts w:ascii="Times New Roman" w:hAnsi="Times New Roman" w:cs="Times New Roman"/>
          <w:lang w:val="ru-RU"/>
        </w:rPr>
        <w:t xml:space="preserve"> </w:t>
      </w:r>
      <w:r w:rsidRPr="00CB497B">
        <w:rPr>
          <w:rFonts w:ascii="Times New Roman" w:hAnsi="Times New Roman" w:cs="Times New Roman"/>
          <w:lang w:val="ru-RU"/>
        </w:rPr>
        <w:br/>
      </w:r>
    </w:p>
    <w:p w14:paraId="212D562C" w14:textId="5F9801DD" w:rsidR="00921941" w:rsidRPr="00482F2A" w:rsidRDefault="00AA22DB" w:rsidP="00371A6C">
      <w:pPr>
        <w:autoSpaceDE w:val="0"/>
        <w:autoSpaceDN w:val="0"/>
        <w:spacing w:before="166" w:after="0" w:line="281" w:lineRule="auto"/>
        <w:ind w:right="864"/>
        <w:rPr>
          <w:lang w:val="ru-RU"/>
        </w:rPr>
      </w:pPr>
      <w:r w:rsidRPr="00482F2A">
        <w:rPr>
          <w:rFonts w:ascii="Times New Roman" w:eastAsia="Times New Roman" w:hAnsi="Times New Roman"/>
          <w:b/>
          <w:color w:val="000000"/>
          <w:sz w:val="24"/>
          <w:lang w:val="ru-RU"/>
        </w:rPr>
        <w:t>МЕТОДИЧЕСКИЕ МАТЕРИАЛЫ ДЛЯ УЧИТЕЛЯ</w:t>
      </w:r>
    </w:p>
    <w:p w14:paraId="634FA3C2" w14:textId="0ED69A86" w:rsidR="00921941" w:rsidRPr="00371A6C" w:rsidRDefault="00AA22DB" w:rsidP="00371A6C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371A6C">
        <w:rPr>
          <w:rFonts w:ascii="Times New Roman" w:hAnsi="Times New Roman" w:cs="Times New Roman"/>
          <w:sz w:val="24"/>
          <w:szCs w:val="24"/>
          <w:lang w:val="ru-RU"/>
        </w:rPr>
        <w:t xml:space="preserve">Климанова Л. Ф., Макеева С. Г. Обучение грамоте. Методическое пособие с поурочными </w:t>
      </w:r>
      <w:r w:rsidRPr="00371A6C">
        <w:rPr>
          <w:rFonts w:ascii="Times New Roman" w:hAnsi="Times New Roman" w:cs="Times New Roman"/>
          <w:sz w:val="24"/>
          <w:szCs w:val="24"/>
          <w:lang w:val="ru-RU"/>
        </w:rPr>
        <w:br/>
        <w:t xml:space="preserve">разработками. 1 класс </w:t>
      </w:r>
      <w:r w:rsidRPr="00371A6C">
        <w:rPr>
          <w:rFonts w:ascii="Times New Roman" w:hAnsi="Times New Roman" w:cs="Times New Roman"/>
          <w:sz w:val="24"/>
          <w:szCs w:val="24"/>
          <w:lang w:val="ru-RU"/>
        </w:rPr>
        <w:br/>
        <w:t xml:space="preserve">Климанова Л. Ф., Макеева С. Г. Русский язык. Методическое пособие с поурочными разработками. </w:t>
      </w:r>
    </w:p>
    <w:p w14:paraId="014A3826" w14:textId="1A70F75E" w:rsidR="00921941" w:rsidRPr="00482F2A" w:rsidRDefault="00FD1F4D">
      <w:pPr>
        <w:autoSpaceDE w:val="0"/>
        <w:autoSpaceDN w:val="0"/>
        <w:spacing w:before="262" w:after="0" w:line="230" w:lineRule="auto"/>
        <w:rPr>
          <w:lang w:val="ru-RU"/>
        </w:rPr>
      </w:pPr>
      <w:r>
        <w:rPr>
          <w:rFonts w:ascii="Times New Roman" w:eastAsia="Times New Roman" w:hAnsi="Times New Roman"/>
          <w:b/>
          <w:color w:val="000000"/>
          <w:sz w:val="24"/>
        </w:rPr>
        <w:t>VI</w:t>
      </w:r>
      <w:r w:rsidRPr="00FD1F4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. </w:t>
      </w:r>
      <w:r w:rsidR="00AA22DB" w:rsidRPr="00482F2A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14:paraId="44D9580E" w14:textId="76441294" w:rsidR="00921941" w:rsidRPr="00371A6C" w:rsidRDefault="00AA22DB" w:rsidP="00371A6C">
      <w:pPr>
        <w:autoSpaceDE w:val="0"/>
        <w:autoSpaceDN w:val="0"/>
        <w:spacing w:before="166" w:after="0" w:line="271" w:lineRule="auto"/>
        <w:ind w:right="7920"/>
        <w:rPr>
          <w:rFonts w:ascii="Times New Roman" w:eastAsia="Times New Roman" w:hAnsi="Times New Roman"/>
          <w:color w:val="000000"/>
          <w:sz w:val="24"/>
          <w:lang w:val="ru-RU"/>
        </w:rPr>
      </w:pPr>
      <w:r>
        <w:rPr>
          <w:rFonts w:ascii="Times New Roman" w:eastAsia="Times New Roman" w:hAnsi="Times New Roman"/>
          <w:color w:val="000000"/>
          <w:sz w:val="24"/>
        </w:rPr>
        <w:t>https</w:t>
      </w:r>
      <w:r w:rsidRPr="00482F2A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uchi</w:t>
      </w:r>
      <w:r w:rsidRPr="00482F2A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482F2A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482F2A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482F2A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resh</w:t>
      </w:r>
      <w:r w:rsidRPr="00482F2A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edu</w:t>
      </w:r>
      <w:r w:rsidRPr="00482F2A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482F2A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482F2A">
        <w:rPr>
          <w:lang w:val="ru-RU"/>
        </w:rPr>
        <w:br/>
      </w:r>
      <w:hyperlink r:id="rId16" w:history="1">
        <w:r w:rsidR="00371A6C" w:rsidRPr="005D5CED">
          <w:rPr>
            <w:rStyle w:val="aff8"/>
            <w:rFonts w:ascii="Times New Roman" w:eastAsia="Times New Roman" w:hAnsi="Times New Roman"/>
            <w:sz w:val="24"/>
          </w:rPr>
          <w:t>https</w:t>
        </w:r>
        <w:r w:rsidR="00371A6C" w:rsidRPr="005D5CED">
          <w:rPr>
            <w:rStyle w:val="aff8"/>
            <w:rFonts w:ascii="Times New Roman" w:eastAsia="Times New Roman" w:hAnsi="Times New Roman"/>
            <w:sz w:val="24"/>
            <w:lang w:val="ru-RU"/>
          </w:rPr>
          <w:t>://</w:t>
        </w:r>
        <w:r w:rsidR="00371A6C" w:rsidRPr="005D5CED">
          <w:rPr>
            <w:rStyle w:val="aff8"/>
            <w:rFonts w:ascii="Times New Roman" w:eastAsia="Times New Roman" w:hAnsi="Times New Roman"/>
            <w:sz w:val="24"/>
          </w:rPr>
          <w:t>education</w:t>
        </w:r>
        <w:r w:rsidR="00371A6C" w:rsidRPr="005D5CED">
          <w:rPr>
            <w:rStyle w:val="aff8"/>
            <w:rFonts w:ascii="Times New Roman" w:eastAsia="Times New Roman" w:hAnsi="Times New Roman"/>
            <w:sz w:val="24"/>
            <w:lang w:val="ru-RU"/>
          </w:rPr>
          <w:t>.</w:t>
        </w:r>
        <w:r w:rsidR="00371A6C" w:rsidRPr="005D5CED">
          <w:rPr>
            <w:rStyle w:val="aff8"/>
            <w:rFonts w:ascii="Times New Roman" w:eastAsia="Times New Roman" w:hAnsi="Times New Roman"/>
            <w:sz w:val="24"/>
          </w:rPr>
          <w:t>yandex</w:t>
        </w:r>
        <w:r w:rsidR="00371A6C" w:rsidRPr="005D5CED">
          <w:rPr>
            <w:rStyle w:val="aff8"/>
            <w:rFonts w:ascii="Times New Roman" w:eastAsia="Times New Roman" w:hAnsi="Times New Roman"/>
            <w:sz w:val="24"/>
            <w:lang w:val="ru-RU"/>
          </w:rPr>
          <w:t>.</w:t>
        </w:r>
        <w:r w:rsidR="00371A6C" w:rsidRPr="005D5CED">
          <w:rPr>
            <w:rStyle w:val="aff8"/>
            <w:rFonts w:ascii="Times New Roman" w:eastAsia="Times New Roman" w:hAnsi="Times New Roman"/>
            <w:sz w:val="24"/>
          </w:rPr>
          <w:t>ru</w:t>
        </w:r>
      </w:hyperlink>
    </w:p>
    <w:p w14:paraId="6A1E0391" w14:textId="77777777" w:rsidR="00371A6C" w:rsidRPr="00371A6C" w:rsidRDefault="00371A6C" w:rsidP="00371A6C">
      <w:pPr>
        <w:autoSpaceDE w:val="0"/>
        <w:autoSpaceDN w:val="0"/>
        <w:spacing w:before="166" w:after="0" w:line="271" w:lineRule="auto"/>
        <w:ind w:right="7920"/>
        <w:rPr>
          <w:lang w:val="ru-RU"/>
        </w:rPr>
      </w:pPr>
    </w:p>
    <w:p w14:paraId="197ED847" w14:textId="621C942A" w:rsidR="00F659A2" w:rsidRPr="00482F2A" w:rsidRDefault="00AA22DB" w:rsidP="00371A6C">
      <w:pPr>
        <w:pStyle w:val="a9"/>
        <w:rPr>
          <w:lang w:val="ru-RU"/>
        </w:rPr>
      </w:pPr>
      <w:r w:rsidRPr="00482F2A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МАТЕРИАЛЬНО-ТЕХНИЧЕСКОЕ ОБЕСПЕЧЕНИЕ ОБРАЗОВАТЕЛЬНОГО ПРОЦЕССА УЧЕБНОЕ ОБОРУДОВАНИЕ </w:t>
      </w:r>
      <w:r w:rsidRPr="00482F2A">
        <w:rPr>
          <w:lang w:val="ru-RU"/>
        </w:rPr>
        <w:br/>
      </w:r>
      <w:r w:rsidR="00371A6C" w:rsidRPr="00371A6C">
        <w:rPr>
          <w:rFonts w:ascii="Times New Roman" w:hAnsi="Times New Roman" w:cs="Times New Roman"/>
          <w:sz w:val="24"/>
          <w:szCs w:val="24"/>
          <w:lang w:val="ru-RU"/>
        </w:rPr>
        <w:t xml:space="preserve">Компьютер </w:t>
      </w:r>
      <w:r w:rsidR="00371A6C" w:rsidRPr="00371A6C">
        <w:rPr>
          <w:rFonts w:ascii="Times New Roman" w:hAnsi="Times New Roman" w:cs="Times New Roman"/>
          <w:sz w:val="24"/>
          <w:szCs w:val="24"/>
          <w:lang w:val="ru-RU"/>
        </w:rPr>
        <w:br/>
        <w:t xml:space="preserve">Интерактивная доска </w:t>
      </w:r>
      <w:r w:rsidR="00371A6C" w:rsidRPr="00371A6C">
        <w:rPr>
          <w:rFonts w:ascii="Times New Roman" w:hAnsi="Times New Roman" w:cs="Times New Roman"/>
          <w:sz w:val="24"/>
          <w:szCs w:val="24"/>
          <w:lang w:val="ru-RU"/>
        </w:rPr>
        <w:br/>
        <w:t>Мультимедийный проектор</w:t>
      </w:r>
    </w:p>
    <w:sectPr w:rsidR="00F659A2" w:rsidRPr="00482F2A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A215BF" w14:textId="77777777" w:rsidR="00FB4116" w:rsidRDefault="00FB4116" w:rsidP="00482F2A">
      <w:pPr>
        <w:spacing w:after="0" w:line="240" w:lineRule="auto"/>
      </w:pPr>
      <w:r>
        <w:separator/>
      </w:r>
    </w:p>
  </w:endnote>
  <w:endnote w:type="continuationSeparator" w:id="0">
    <w:p w14:paraId="6BFF3C4C" w14:textId="77777777" w:rsidR="00FB4116" w:rsidRDefault="00FB4116" w:rsidP="00482F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erif">
    <w:altName w:val="Cambria"/>
    <w:panose1 w:val="00000000000000000000"/>
    <w:charset w:val="00"/>
    <w:family w:val="roman"/>
    <w:notTrueType/>
    <w:pitch w:val="default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BF519B" w14:textId="77777777" w:rsidR="00FB4116" w:rsidRDefault="00FB4116" w:rsidP="00482F2A">
      <w:pPr>
        <w:spacing w:after="0" w:line="240" w:lineRule="auto"/>
      </w:pPr>
      <w:r>
        <w:separator/>
      </w:r>
    </w:p>
  </w:footnote>
  <w:footnote w:type="continuationSeparator" w:id="0">
    <w:p w14:paraId="1FBF5C49" w14:textId="77777777" w:rsidR="00FB4116" w:rsidRDefault="00FB4116" w:rsidP="00482F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52455604"/>
      <w:docPartObj>
        <w:docPartGallery w:val="Page Numbers (Top of Page)"/>
        <w:docPartUnique/>
      </w:docPartObj>
    </w:sdtPr>
    <w:sdtEndPr/>
    <w:sdtContent>
      <w:p w14:paraId="2CA7E283" w14:textId="50DE0161" w:rsidR="00EB1D13" w:rsidRDefault="00EB1D1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551C" w:rsidRPr="0069551C">
          <w:rPr>
            <w:noProof/>
            <w:lang w:val="ru-RU"/>
          </w:rPr>
          <w:t>2</w:t>
        </w:r>
        <w:r>
          <w:fldChar w:fldCharType="end"/>
        </w:r>
      </w:p>
    </w:sdtContent>
  </w:sdt>
  <w:p w14:paraId="158170AE" w14:textId="77777777" w:rsidR="00EB1D13" w:rsidRDefault="00EB1D13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8E8913" w14:textId="52F9AB0B" w:rsidR="00EB1D13" w:rsidRDefault="00EB1D13">
    <w:pPr>
      <w:pStyle w:val="a5"/>
      <w:jc w:val="center"/>
    </w:pPr>
  </w:p>
  <w:p w14:paraId="6A9732EF" w14:textId="77777777" w:rsidR="00EB1D13" w:rsidRDefault="00EB1D13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10975BC"/>
    <w:multiLevelType w:val="hybridMultilevel"/>
    <w:tmpl w:val="14C4029E"/>
    <w:lvl w:ilvl="0" w:tplc="C600A1CC">
      <w:numFmt w:val="bullet"/>
      <w:lvlText w:val="·"/>
      <w:lvlJc w:val="left"/>
      <w:pPr>
        <w:ind w:left="106" w:hanging="2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674B1BC">
      <w:numFmt w:val="bullet"/>
      <w:lvlText w:val="•"/>
      <w:lvlJc w:val="left"/>
      <w:pPr>
        <w:ind w:left="1168" w:hanging="200"/>
      </w:pPr>
      <w:rPr>
        <w:rFonts w:hint="default"/>
        <w:lang w:val="ru-RU" w:eastAsia="en-US" w:bidi="ar-SA"/>
      </w:rPr>
    </w:lvl>
    <w:lvl w:ilvl="2" w:tplc="2E944C4A">
      <w:numFmt w:val="bullet"/>
      <w:lvlText w:val="•"/>
      <w:lvlJc w:val="left"/>
      <w:pPr>
        <w:ind w:left="2236" w:hanging="200"/>
      </w:pPr>
      <w:rPr>
        <w:rFonts w:hint="default"/>
        <w:lang w:val="ru-RU" w:eastAsia="en-US" w:bidi="ar-SA"/>
      </w:rPr>
    </w:lvl>
    <w:lvl w:ilvl="3" w:tplc="35C2D174">
      <w:numFmt w:val="bullet"/>
      <w:lvlText w:val="•"/>
      <w:lvlJc w:val="left"/>
      <w:pPr>
        <w:ind w:left="3304" w:hanging="200"/>
      </w:pPr>
      <w:rPr>
        <w:rFonts w:hint="default"/>
        <w:lang w:val="ru-RU" w:eastAsia="en-US" w:bidi="ar-SA"/>
      </w:rPr>
    </w:lvl>
    <w:lvl w:ilvl="4" w:tplc="EFDEBBA0">
      <w:numFmt w:val="bullet"/>
      <w:lvlText w:val="•"/>
      <w:lvlJc w:val="left"/>
      <w:pPr>
        <w:ind w:left="4372" w:hanging="200"/>
      </w:pPr>
      <w:rPr>
        <w:rFonts w:hint="default"/>
        <w:lang w:val="ru-RU" w:eastAsia="en-US" w:bidi="ar-SA"/>
      </w:rPr>
    </w:lvl>
    <w:lvl w:ilvl="5" w:tplc="7FA8DFF6">
      <w:numFmt w:val="bullet"/>
      <w:lvlText w:val="•"/>
      <w:lvlJc w:val="left"/>
      <w:pPr>
        <w:ind w:left="5440" w:hanging="200"/>
      </w:pPr>
      <w:rPr>
        <w:rFonts w:hint="default"/>
        <w:lang w:val="ru-RU" w:eastAsia="en-US" w:bidi="ar-SA"/>
      </w:rPr>
    </w:lvl>
    <w:lvl w:ilvl="6" w:tplc="93A8114A">
      <w:numFmt w:val="bullet"/>
      <w:lvlText w:val="•"/>
      <w:lvlJc w:val="left"/>
      <w:pPr>
        <w:ind w:left="6508" w:hanging="200"/>
      </w:pPr>
      <w:rPr>
        <w:rFonts w:hint="default"/>
        <w:lang w:val="ru-RU" w:eastAsia="en-US" w:bidi="ar-SA"/>
      </w:rPr>
    </w:lvl>
    <w:lvl w:ilvl="7" w:tplc="99B400A2">
      <w:numFmt w:val="bullet"/>
      <w:lvlText w:val="•"/>
      <w:lvlJc w:val="left"/>
      <w:pPr>
        <w:ind w:left="7576" w:hanging="200"/>
      </w:pPr>
      <w:rPr>
        <w:rFonts w:hint="default"/>
        <w:lang w:val="ru-RU" w:eastAsia="en-US" w:bidi="ar-SA"/>
      </w:rPr>
    </w:lvl>
    <w:lvl w:ilvl="8" w:tplc="AA840340">
      <w:numFmt w:val="bullet"/>
      <w:lvlText w:val="•"/>
      <w:lvlJc w:val="left"/>
      <w:pPr>
        <w:ind w:left="8644" w:hanging="200"/>
      </w:pPr>
      <w:rPr>
        <w:rFonts w:hint="default"/>
        <w:lang w:val="ru-RU" w:eastAsia="en-US" w:bidi="ar-SA"/>
      </w:rPr>
    </w:lvl>
  </w:abstractNum>
  <w:abstractNum w:abstractNumId="10" w15:restartNumberingAfterBreak="0">
    <w:nsid w:val="06080E89"/>
    <w:multiLevelType w:val="hybridMultilevel"/>
    <w:tmpl w:val="C69277B8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D65409"/>
    <w:multiLevelType w:val="hybridMultilevel"/>
    <w:tmpl w:val="FE049836"/>
    <w:lvl w:ilvl="0" w:tplc="47A6037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88C26D2"/>
    <w:multiLevelType w:val="hybridMultilevel"/>
    <w:tmpl w:val="E7C05B70"/>
    <w:lvl w:ilvl="0" w:tplc="5D0AADE6">
      <w:start w:val="1"/>
      <w:numFmt w:val="decimal"/>
      <w:lvlText w:val="%1"/>
      <w:lvlJc w:val="left"/>
      <w:pPr>
        <w:ind w:left="286" w:hanging="18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DF8A6CA">
      <w:numFmt w:val="bullet"/>
      <w:lvlText w:val="•"/>
      <w:lvlJc w:val="left"/>
      <w:pPr>
        <w:ind w:left="1330" w:hanging="181"/>
      </w:pPr>
      <w:rPr>
        <w:rFonts w:hint="default"/>
        <w:lang w:val="ru-RU" w:eastAsia="en-US" w:bidi="ar-SA"/>
      </w:rPr>
    </w:lvl>
    <w:lvl w:ilvl="2" w:tplc="31946846">
      <w:numFmt w:val="bullet"/>
      <w:lvlText w:val="•"/>
      <w:lvlJc w:val="left"/>
      <w:pPr>
        <w:ind w:left="2380" w:hanging="181"/>
      </w:pPr>
      <w:rPr>
        <w:rFonts w:hint="default"/>
        <w:lang w:val="ru-RU" w:eastAsia="en-US" w:bidi="ar-SA"/>
      </w:rPr>
    </w:lvl>
    <w:lvl w:ilvl="3" w:tplc="D7F44D24">
      <w:numFmt w:val="bullet"/>
      <w:lvlText w:val="•"/>
      <w:lvlJc w:val="left"/>
      <w:pPr>
        <w:ind w:left="3430" w:hanging="181"/>
      </w:pPr>
      <w:rPr>
        <w:rFonts w:hint="default"/>
        <w:lang w:val="ru-RU" w:eastAsia="en-US" w:bidi="ar-SA"/>
      </w:rPr>
    </w:lvl>
    <w:lvl w:ilvl="4" w:tplc="B492C7F8">
      <w:numFmt w:val="bullet"/>
      <w:lvlText w:val="•"/>
      <w:lvlJc w:val="left"/>
      <w:pPr>
        <w:ind w:left="4480" w:hanging="181"/>
      </w:pPr>
      <w:rPr>
        <w:rFonts w:hint="default"/>
        <w:lang w:val="ru-RU" w:eastAsia="en-US" w:bidi="ar-SA"/>
      </w:rPr>
    </w:lvl>
    <w:lvl w:ilvl="5" w:tplc="17349EBE">
      <w:numFmt w:val="bullet"/>
      <w:lvlText w:val="•"/>
      <w:lvlJc w:val="left"/>
      <w:pPr>
        <w:ind w:left="5530" w:hanging="181"/>
      </w:pPr>
      <w:rPr>
        <w:rFonts w:hint="default"/>
        <w:lang w:val="ru-RU" w:eastAsia="en-US" w:bidi="ar-SA"/>
      </w:rPr>
    </w:lvl>
    <w:lvl w:ilvl="6" w:tplc="865AB054">
      <w:numFmt w:val="bullet"/>
      <w:lvlText w:val="•"/>
      <w:lvlJc w:val="left"/>
      <w:pPr>
        <w:ind w:left="6580" w:hanging="181"/>
      </w:pPr>
      <w:rPr>
        <w:rFonts w:hint="default"/>
        <w:lang w:val="ru-RU" w:eastAsia="en-US" w:bidi="ar-SA"/>
      </w:rPr>
    </w:lvl>
    <w:lvl w:ilvl="7" w:tplc="074EB86C">
      <w:numFmt w:val="bullet"/>
      <w:lvlText w:val="•"/>
      <w:lvlJc w:val="left"/>
      <w:pPr>
        <w:ind w:left="7630" w:hanging="181"/>
      </w:pPr>
      <w:rPr>
        <w:rFonts w:hint="default"/>
        <w:lang w:val="ru-RU" w:eastAsia="en-US" w:bidi="ar-SA"/>
      </w:rPr>
    </w:lvl>
    <w:lvl w:ilvl="8" w:tplc="9D48776C">
      <w:numFmt w:val="bullet"/>
      <w:lvlText w:val="•"/>
      <w:lvlJc w:val="left"/>
      <w:pPr>
        <w:ind w:left="8680" w:hanging="181"/>
      </w:pPr>
      <w:rPr>
        <w:rFonts w:hint="default"/>
        <w:lang w:val="ru-RU" w:eastAsia="en-US" w:bidi="ar-SA"/>
      </w:rPr>
    </w:lvl>
  </w:abstractNum>
  <w:abstractNum w:abstractNumId="13" w15:restartNumberingAfterBreak="0">
    <w:nsid w:val="0DDA2150"/>
    <w:multiLevelType w:val="hybridMultilevel"/>
    <w:tmpl w:val="65F0FDB0"/>
    <w:lvl w:ilvl="0" w:tplc="F6D86232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0388B16">
      <w:numFmt w:val="bullet"/>
      <w:lvlText w:val="•"/>
      <w:lvlJc w:val="left"/>
      <w:pPr>
        <w:ind w:left="1546" w:hanging="361"/>
      </w:pPr>
      <w:rPr>
        <w:rFonts w:hint="default"/>
        <w:lang w:val="ru-RU" w:eastAsia="en-US" w:bidi="ar-SA"/>
      </w:rPr>
    </w:lvl>
    <w:lvl w:ilvl="2" w:tplc="2C6EC9DE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D74C3734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560A39C6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CDE66FF6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908E42D4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44F856C4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F724A104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abstractNum w:abstractNumId="14" w15:restartNumberingAfterBreak="0">
    <w:nsid w:val="10E853FC"/>
    <w:multiLevelType w:val="hybridMultilevel"/>
    <w:tmpl w:val="491E7024"/>
    <w:lvl w:ilvl="0" w:tplc="AD7297F2">
      <w:numFmt w:val="bullet"/>
      <w:lvlText w:val="-"/>
      <w:lvlJc w:val="left"/>
      <w:pPr>
        <w:ind w:left="76" w:hanging="91"/>
      </w:pPr>
      <w:rPr>
        <w:rFonts w:ascii="Times New Roman" w:eastAsia="Times New Roman" w:hAnsi="Times New Roman" w:cs="Times New Roman" w:hint="default"/>
        <w:w w:val="104"/>
        <w:sz w:val="15"/>
        <w:szCs w:val="15"/>
        <w:lang w:val="ru-RU" w:eastAsia="en-US" w:bidi="ar-SA"/>
      </w:rPr>
    </w:lvl>
    <w:lvl w:ilvl="1" w:tplc="BA70CA5C">
      <w:numFmt w:val="bullet"/>
      <w:lvlText w:val="•"/>
      <w:lvlJc w:val="left"/>
      <w:pPr>
        <w:ind w:left="692" w:hanging="91"/>
      </w:pPr>
      <w:rPr>
        <w:rFonts w:hint="default"/>
        <w:lang w:val="ru-RU" w:eastAsia="en-US" w:bidi="ar-SA"/>
      </w:rPr>
    </w:lvl>
    <w:lvl w:ilvl="2" w:tplc="B3B84EDA">
      <w:numFmt w:val="bullet"/>
      <w:lvlText w:val="•"/>
      <w:lvlJc w:val="left"/>
      <w:pPr>
        <w:ind w:left="1304" w:hanging="91"/>
      </w:pPr>
      <w:rPr>
        <w:rFonts w:hint="default"/>
        <w:lang w:val="ru-RU" w:eastAsia="en-US" w:bidi="ar-SA"/>
      </w:rPr>
    </w:lvl>
    <w:lvl w:ilvl="3" w:tplc="7F1E45A4">
      <w:numFmt w:val="bullet"/>
      <w:lvlText w:val="•"/>
      <w:lvlJc w:val="left"/>
      <w:pPr>
        <w:ind w:left="1917" w:hanging="91"/>
      </w:pPr>
      <w:rPr>
        <w:rFonts w:hint="default"/>
        <w:lang w:val="ru-RU" w:eastAsia="en-US" w:bidi="ar-SA"/>
      </w:rPr>
    </w:lvl>
    <w:lvl w:ilvl="4" w:tplc="3676DD7A">
      <w:numFmt w:val="bullet"/>
      <w:lvlText w:val="•"/>
      <w:lvlJc w:val="left"/>
      <w:pPr>
        <w:ind w:left="2529" w:hanging="91"/>
      </w:pPr>
      <w:rPr>
        <w:rFonts w:hint="default"/>
        <w:lang w:val="ru-RU" w:eastAsia="en-US" w:bidi="ar-SA"/>
      </w:rPr>
    </w:lvl>
    <w:lvl w:ilvl="5" w:tplc="37563610">
      <w:numFmt w:val="bullet"/>
      <w:lvlText w:val="•"/>
      <w:lvlJc w:val="left"/>
      <w:pPr>
        <w:ind w:left="3142" w:hanging="91"/>
      </w:pPr>
      <w:rPr>
        <w:rFonts w:hint="default"/>
        <w:lang w:val="ru-RU" w:eastAsia="en-US" w:bidi="ar-SA"/>
      </w:rPr>
    </w:lvl>
    <w:lvl w:ilvl="6" w:tplc="67B61BE8">
      <w:numFmt w:val="bullet"/>
      <w:lvlText w:val="•"/>
      <w:lvlJc w:val="left"/>
      <w:pPr>
        <w:ind w:left="3754" w:hanging="91"/>
      </w:pPr>
      <w:rPr>
        <w:rFonts w:hint="default"/>
        <w:lang w:val="ru-RU" w:eastAsia="en-US" w:bidi="ar-SA"/>
      </w:rPr>
    </w:lvl>
    <w:lvl w:ilvl="7" w:tplc="044E7B08">
      <w:numFmt w:val="bullet"/>
      <w:lvlText w:val="•"/>
      <w:lvlJc w:val="left"/>
      <w:pPr>
        <w:ind w:left="4366" w:hanging="91"/>
      </w:pPr>
      <w:rPr>
        <w:rFonts w:hint="default"/>
        <w:lang w:val="ru-RU" w:eastAsia="en-US" w:bidi="ar-SA"/>
      </w:rPr>
    </w:lvl>
    <w:lvl w:ilvl="8" w:tplc="7B943ACC">
      <w:numFmt w:val="bullet"/>
      <w:lvlText w:val="•"/>
      <w:lvlJc w:val="left"/>
      <w:pPr>
        <w:ind w:left="4979" w:hanging="91"/>
      </w:pPr>
      <w:rPr>
        <w:rFonts w:hint="default"/>
        <w:lang w:val="ru-RU" w:eastAsia="en-US" w:bidi="ar-SA"/>
      </w:rPr>
    </w:lvl>
  </w:abstractNum>
  <w:abstractNum w:abstractNumId="15" w15:restartNumberingAfterBreak="0">
    <w:nsid w:val="12481070"/>
    <w:multiLevelType w:val="hybridMultilevel"/>
    <w:tmpl w:val="720E1F6C"/>
    <w:lvl w:ilvl="0" w:tplc="F078CA70">
      <w:numFmt w:val="bullet"/>
      <w:lvlText w:val="—"/>
      <w:lvlJc w:val="left"/>
      <w:pPr>
        <w:ind w:left="946" w:hanging="4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5269B7A">
      <w:numFmt w:val="bullet"/>
      <w:lvlText w:val="•"/>
      <w:lvlJc w:val="left"/>
      <w:pPr>
        <w:ind w:left="1924" w:hanging="421"/>
      </w:pPr>
      <w:rPr>
        <w:rFonts w:hint="default"/>
        <w:lang w:val="ru-RU" w:eastAsia="en-US" w:bidi="ar-SA"/>
      </w:rPr>
    </w:lvl>
    <w:lvl w:ilvl="2" w:tplc="0958EBEA">
      <w:numFmt w:val="bullet"/>
      <w:lvlText w:val="•"/>
      <w:lvlJc w:val="left"/>
      <w:pPr>
        <w:ind w:left="2908" w:hanging="421"/>
      </w:pPr>
      <w:rPr>
        <w:rFonts w:hint="default"/>
        <w:lang w:val="ru-RU" w:eastAsia="en-US" w:bidi="ar-SA"/>
      </w:rPr>
    </w:lvl>
    <w:lvl w:ilvl="3" w:tplc="1AB8693E">
      <w:numFmt w:val="bullet"/>
      <w:lvlText w:val="•"/>
      <w:lvlJc w:val="left"/>
      <w:pPr>
        <w:ind w:left="3892" w:hanging="421"/>
      </w:pPr>
      <w:rPr>
        <w:rFonts w:hint="default"/>
        <w:lang w:val="ru-RU" w:eastAsia="en-US" w:bidi="ar-SA"/>
      </w:rPr>
    </w:lvl>
    <w:lvl w:ilvl="4" w:tplc="E804A716">
      <w:numFmt w:val="bullet"/>
      <w:lvlText w:val="•"/>
      <w:lvlJc w:val="left"/>
      <w:pPr>
        <w:ind w:left="4876" w:hanging="421"/>
      </w:pPr>
      <w:rPr>
        <w:rFonts w:hint="default"/>
        <w:lang w:val="ru-RU" w:eastAsia="en-US" w:bidi="ar-SA"/>
      </w:rPr>
    </w:lvl>
    <w:lvl w:ilvl="5" w:tplc="A03A4390">
      <w:numFmt w:val="bullet"/>
      <w:lvlText w:val="•"/>
      <w:lvlJc w:val="left"/>
      <w:pPr>
        <w:ind w:left="5860" w:hanging="421"/>
      </w:pPr>
      <w:rPr>
        <w:rFonts w:hint="default"/>
        <w:lang w:val="ru-RU" w:eastAsia="en-US" w:bidi="ar-SA"/>
      </w:rPr>
    </w:lvl>
    <w:lvl w:ilvl="6" w:tplc="48A42470">
      <w:numFmt w:val="bullet"/>
      <w:lvlText w:val="•"/>
      <w:lvlJc w:val="left"/>
      <w:pPr>
        <w:ind w:left="6844" w:hanging="421"/>
      </w:pPr>
      <w:rPr>
        <w:rFonts w:hint="default"/>
        <w:lang w:val="ru-RU" w:eastAsia="en-US" w:bidi="ar-SA"/>
      </w:rPr>
    </w:lvl>
    <w:lvl w:ilvl="7" w:tplc="25DAA058">
      <w:numFmt w:val="bullet"/>
      <w:lvlText w:val="•"/>
      <w:lvlJc w:val="left"/>
      <w:pPr>
        <w:ind w:left="7828" w:hanging="421"/>
      </w:pPr>
      <w:rPr>
        <w:rFonts w:hint="default"/>
        <w:lang w:val="ru-RU" w:eastAsia="en-US" w:bidi="ar-SA"/>
      </w:rPr>
    </w:lvl>
    <w:lvl w:ilvl="8" w:tplc="E07A3F26">
      <w:numFmt w:val="bullet"/>
      <w:lvlText w:val="•"/>
      <w:lvlJc w:val="left"/>
      <w:pPr>
        <w:ind w:left="8812" w:hanging="421"/>
      </w:pPr>
      <w:rPr>
        <w:rFonts w:hint="default"/>
        <w:lang w:val="ru-RU" w:eastAsia="en-US" w:bidi="ar-SA"/>
      </w:rPr>
    </w:lvl>
  </w:abstractNum>
  <w:abstractNum w:abstractNumId="16" w15:restartNumberingAfterBreak="0">
    <w:nsid w:val="14EB219A"/>
    <w:multiLevelType w:val="hybridMultilevel"/>
    <w:tmpl w:val="838AC4D8"/>
    <w:lvl w:ilvl="0" w:tplc="3C560FFA">
      <w:start w:val="2"/>
      <w:numFmt w:val="decimal"/>
      <w:lvlText w:val="%1"/>
      <w:lvlJc w:val="left"/>
      <w:pPr>
        <w:ind w:left="181" w:hanging="18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186D4EC">
      <w:numFmt w:val="bullet"/>
      <w:lvlText w:val="—"/>
      <w:lvlJc w:val="left"/>
      <w:pPr>
        <w:ind w:left="421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06AC7896">
      <w:numFmt w:val="bullet"/>
      <w:lvlText w:val="•"/>
      <w:lvlJc w:val="left"/>
      <w:pPr>
        <w:ind w:left="1555" w:hanging="361"/>
      </w:pPr>
      <w:rPr>
        <w:rFonts w:hint="default"/>
        <w:lang w:val="ru-RU" w:eastAsia="en-US" w:bidi="ar-SA"/>
      </w:rPr>
    </w:lvl>
    <w:lvl w:ilvl="3" w:tplc="7B6C74C6">
      <w:numFmt w:val="bullet"/>
      <w:lvlText w:val="•"/>
      <w:lvlJc w:val="left"/>
      <w:pPr>
        <w:ind w:left="2695" w:hanging="361"/>
      </w:pPr>
      <w:rPr>
        <w:rFonts w:hint="default"/>
        <w:lang w:val="ru-RU" w:eastAsia="en-US" w:bidi="ar-SA"/>
      </w:rPr>
    </w:lvl>
    <w:lvl w:ilvl="4" w:tplc="6EF87806">
      <w:numFmt w:val="bullet"/>
      <w:lvlText w:val="•"/>
      <w:lvlJc w:val="left"/>
      <w:pPr>
        <w:ind w:left="3835" w:hanging="361"/>
      </w:pPr>
      <w:rPr>
        <w:rFonts w:hint="default"/>
        <w:lang w:val="ru-RU" w:eastAsia="en-US" w:bidi="ar-SA"/>
      </w:rPr>
    </w:lvl>
    <w:lvl w:ilvl="5" w:tplc="16B0B7AA">
      <w:numFmt w:val="bullet"/>
      <w:lvlText w:val="•"/>
      <w:lvlJc w:val="left"/>
      <w:pPr>
        <w:ind w:left="4975" w:hanging="361"/>
      </w:pPr>
      <w:rPr>
        <w:rFonts w:hint="default"/>
        <w:lang w:val="ru-RU" w:eastAsia="en-US" w:bidi="ar-SA"/>
      </w:rPr>
    </w:lvl>
    <w:lvl w:ilvl="6" w:tplc="71C6308A">
      <w:numFmt w:val="bullet"/>
      <w:lvlText w:val="•"/>
      <w:lvlJc w:val="left"/>
      <w:pPr>
        <w:ind w:left="6115" w:hanging="361"/>
      </w:pPr>
      <w:rPr>
        <w:rFonts w:hint="default"/>
        <w:lang w:val="ru-RU" w:eastAsia="en-US" w:bidi="ar-SA"/>
      </w:rPr>
    </w:lvl>
    <w:lvl w:ilvl="7" w:tplc="900C9928">
      <w:numFmt w:val="bullet"/>
      <w:lvlText w:val="•"/>
      <w:lvlJc w:val="left"/>
      <w:pPr>
        <w:ind w:left="7255" w:hanging="361"/>
      </w:pPr>
      <w:rPr>
        <w:rFonts w:hint="default"/>
        <w:lang w:val="ru-RU" w:eastAsia="en-US" w:bidi="ar-SA"/>
      </w:rPr>
    </w:lvl>
    <w:lvl w:ilvl="8" w:tplc="1A5EC8FE">
      <w:numFmt w:val="bullet"/>
      <w:lvlText w:val="•"/>
      <w:lvlJc w:val="left"/>
      <w:pPr>
        <w:ind w:left="8395" w:hanging="361"/>
      </w:pPr>
      <w:rPr>
        <w:rFonts w:hint="default"/>
        <w:lang w:val="ru-RU" w:eastAsia="en-US" w:bidi="ar-SA"/>
      </w:rPr>
    </w:lvl>
  </w:abstractNum>
  <w:abstractNum w:abstractNumId="17" w15:restartNumberingAfterBreak="0">
    <w:nsid w:val="1B007B59"/>
    <w:multiLevelType w:val="hybridMultilevel"/>
    <w:tmpl w:val="9836E0E2"/>
    <w:lvl w:ilvl="0" w:tplc="DD689026">
      <w:start w:val="1"/>
      <w:numFmt w:val="decimal"/>
      <w:lvlText w:val="%1"/>
      <w:lvlJc w:val="left"/>
      <w:pPr>
        <w:ind w:left="286" w:hanging="18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4ECB900">
      <w:numFmt w:val="bullet"/>
      <w:lvlText w:val="•"/>
      <w:lvlJc w:val="left"/>
      <w:pPr>
        <w:ind w:left="1330" w:hanging="181"/>
      </w:pPr>
      <w:rPr>
        <w:rFonts w:hint="default"/>
        <w:lang w:val="ru-RU" w:eastAsia="en-US" w:bidi="ar-SA"/>
      </w:rPr>
    </w:lvl>
    <w:lvl w:ilvl="2" w:tplc="A2DC43D8">
      <w:numFmt w:val="bullet"/>
      <w:lvlText w:val="•"/>
      <w:lvlJc w:val="left"/>
      <w:pPr>
        <w:ind w:left="2380" w:hanging="181"/>
      </w:pPr>
      <w:rPr>
        <w:rFonts w:hint="default"/>
        <w:lang w:val="ru-RU" w:eastAsia="en-US" w:bidi="ar-SA"/>
      </w:rPr>
    </w:lvl>
    <w:lvl w:ilvl="3" w:tplc="18B8CFA8">
      <w:numFmt w:val="bullet"/>
      <w:lvlText w:val="•"/>
      <w:lvlJc w:val="left"/>
      <w:pPr>
        <w:ind w:left="3430" w:hanging="181"/>
      </w:pPr>
      <w:rPr>
        <w:rFonts w:hint="default"/>
        <w:lang w:val="ru-RU" w:eastAsia="en-US" w:bidi="ar-SA"/>
      </w:rPr>
    </w:lvl>
    <w:lvl w:ilvl="4" w:tplc="D4AC47CA">
      <w:numFmt w:val="bullet"/>
      <w:lvlText w:val="•"/>
      <w:lvlJc w:val="left"/>
      <w:pPr>
        <w:ind w:left="4480" w:hanging="181"/>
      </w:pPr>
      <w:rPr>
        <w:rFonts w:hint="default"/>
        <w:lang w:val="ru-RU" w:eastAsia="en-US" w:bidi="ar-SA"/>
      </w:rPr>
    </w:lvl>
    <w:lvl w:ilvl="5" w:tplc="79C6060A">
      <w:numFmt w:val="bullet"/>
      <w:lvlText w:val="•"/>
      <w:lvlJc w:val="left"/>
      <w:pPr>
        <w:ind w:left="5530" w:hanging="181"/>
      </w:pPr>
      <w:rPr>
        <w:rFonts w:hint="default"/>
        <w:lang w:val="ru-RU" w:eastAsia="en-US" w:bidi="ar-SA"/>
      </w:rPr>
    </w:lvl>
    <w:lvl w:ilvl="6" w:tplc="0220CE2A">
      <w:numFmt w:val="bullet"/>
      <w:lvlText w:val="•"/>
      <w:lvlJc w:val="left"/>
      <w:pPr>
        <w:ind w:left="6580" w:hanging="181"/>
      </w:pPr>
      <w:rPr>
        <w:rFonts w:hint="default"/>
        <w:lang w:val="ru-RU" w:eastAsia="en-US" w:bidi="ar-SA"/>
      </w:rPr>
    </w:lvl>
    <w:lvl w:ilvl="7" w:tplc="96BE9112">
      <w:numFmt w:val="bullet"/>
      <w:lvlText w:val="•"/>
      <w:lvlJc w:val="left"/>
      <w:pPr>
        <w:ind w:left="7630" w:hanging="181"/>
      </w:pPr>
      <w:rPr>
        <w:rFonts w:hint="default"/>
        <w:lang w:val="ru-RU" w:eastAsia="en-US" w:bidi="ar-SA"/>
      </w:rPr>
    </w:lvl>
    <w:lvl w:ilvl="8" w:tplc="F6ACEC1A">
      <w:numFmt w:val="bullet"/>
      <w:lvlText w:val="•"/>
      <w:lvlJc w:val="left"/>
      <w:pPr>
        <w:ind w:left="8680" w:hanging="181"/>
      </w:pPr>
      <w:rPr>
        <w:rFonts w:hint="default"/>
        <w:lang w:val="ru-RU" w:eastAsia="en-US" w:bidi="ar-SA"/>
      </w:rPr>
    </w:lvl>
  </w:abstractNum>
  <w:abstractNum w:abstractNumId="18" w15:restartNumberingAfterBreak="0">
    <w:nsid w:val="1B135184"/>
    <w:multiLevelType w:val="hybridMultilevel"/>
    <w:tmpl w:val="EBD87B74"/>
    <w:lvl w:ilvl="0" w:tplc="861C69B6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332CD12">
      <w:numFmt w:val="bullet"/>
      <w:lvlText w:val="•"/>
      <w:lvlJc w:val="left"/>
      <w:pPr>
        <w:ind w:left="1546" w:hanging="361"/>
      </w:pPr>
      <w:rPr>
        <w:rFonts w:hint="default"/>
        <w:lang w:val="ru-RU" w:eastAsia="en-US" w:bidi="ar-SA"/>
      </w:rPr>
    </w:lvl>
    <w:lvl w:ilvl="2" w:tplc="DD327AAA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35B83996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8310A290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0F94F3DE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0D245F7A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3B488420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32E01FCC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abstractNum w:abstractNumId="19" w15:restartNumberingAfterBreak="0">
    <w:nsid w:val="1C970DF4"/>
    <w:multiLevelType w:val="hybridMultilevel"/>
    <w:tmpl w:val="DC10F140"/>
    <w:lvl w:ilvl="0" w:tplc="EB363D50">
      <w:start w:val="1"/>
      <w:numFmt w:val="decimal"/>
      <w:lvlText w:val="%1."/>
      <w:lvlJc w:val="left"/>
      <w:pPr>
        <w:ind w:left="106" w:hanging="18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572758A">
      <w:numFmt w:val="bullet"/>
      <w:lvlText w:val="•"/>
      <w:lvlJc w:val="left"/>
      <w:pPr>
        <w:ind w:left="1168" w:hanging="182"/>
      </w:pPr>
      <w:rPr>
        <w:rFonts w:hint="default"/>
        <w:lang w:val="ru-RU" w:eastAsia="en-US" w:bidi="ar-SA"/>
      </w:rPr>
    </w:lvl>
    <w:lvl w:ilvl="2" w:tplc="8B20E7F4">
      <w:numFmt w:val="bullet"/>
      <w:lvlText w:val="•"/>
      <w:lvlJc w:val="left"/>
      <w:pPr>
        <w:ind w:left="2236" w:hanging="182"/>
      </w:pPr>
      <w:rPr>
        <w:rFonts w:hint="default"/>
        <w:lang w:val="ru-RU" w:eastAsia="en-US" w:bidi="ar-SA"/>
      </w:rPr>
    </w:lvl>
    <w:lvl w:ilvl="3" w:tplc="FBA47EE0">
      <w:numFmt w:val="bullet"/>
      <w:lvlText w:val="•"/>
      <w:lvlJc w:val="left"/>
      <w:pPr>
        <w:ind w:left="3304" w:hanging="182"/>
      </w:pPr>
      <w:rPr>
        <w:rFonts w:hint="default"/>
        <w:lang w:val="ru-RU" w:eastAsia="en-US" w:bidi="ar-SA"/>
      </w:rPr>
    </w:lvl>
    <w:lvl w:ilvl="4" w:tplc="D2DE41D6">
      <w:numFmt w:val="bullet"/>
      <w:lvlText w:val="•"/>
      <w:lvlJc w:val="left"/>
      <w:pPr>
        <w:ind w:left="4372" w:hanging="182"/>
      </w:pPr>
      <w:rPr>
        <w:rFonts w:hint="default"/>
        <w:lang w:val="ru-RU" w:eastAsia="en-US" w:bidi="ar-SA"/>
      </w:rPr>
    </w:lvl>
    <w:lvl w:ilvl="5" w:tplc="3236CB0E">
      <w:numFmt w:val="bullet"/>
      <w:lvlText w:val="•"/>
      <w:lvlJc w:val="left"/>
      <w:pPr>
        <w:ind w:left="5440" w:hanging="182"/>
      </w:pPr>
      <w:rPr>
        <w:rFonts w:hint="default"/>
        <w:lang w:val="ru-RU" w:eastAsia="en-US" w:bidi="ar-SA"/>
      </w:rPr>
    </w:lvl>
    <w:lvl w:ilvl="6" w:tplc="7DEC38D8">
      <w:numFmt w:val="bullet"/>
      <w:lvlText w:val="•"/>
      <w:lvlJc w:val="left"/>
      <w:pPr>
        <w:ind w:left="6508" w:hanging="182"/>
      </w:pPr>
      <w:rPr>
        <w:rFonts w:hint="default"/>
        <w:lang w:val="ru-RU" w:eastAsia="en-US" w:bidi="ar-SA"/>
      </w:rPr>
    </w:lvl>
    <w:lvl w:ilvl="7" w:tplc="3F424A62">
      <w:numFmt w:val="bullet"/>
      <w:lvlText w:val="•"/>
      <w:lvlJc w:val="left"/>
      <w:pPr>
        <w:ind w:left="7576" w:hanging="182"/>
      </w:pPr>
      <w:rPr>
        <w:rFonts w:hint="default"/>
        <w:lang w:val="ru-RU" w:eastAsia="en-US" w:bidi="ar-SA"/>
      </w:rPr>
    </w:lvl>
    <w:lvl w:ilvl="8" w:tplc="FC968F06">
      <w:numFmt w:val="bullet"/>
      <w:lvlText w:val="•"/>
      <w:lvlJc w:val="left"/>
      <w:pPr>
        <w:ind w:left="8644" w:hanging="182"/>
      </w:pPr>
      <w:rPr>
        <w:rFonts w:hint="default"/>
        <w:lang w:val="ru-RU" w:eastAsia="en-US" w:bidi="ar-SA"/>
      </w:rPr>
    </w:lvl>
  </w:abstractNum>
  <w:abstractNum w:abstractNumId="20" w15:restartNumberingAfterBreak="0">
    <w:nsid w:val="1F2C2340"/>
    <w:multiLevelType w:val="hybridMultilevel"/>
    <w:tmpl w:val="F1D8828E"/>
    <w:lvl w:ilvl="0" w:tplc="E1F06964">
      <w:numFmt w:val="bullet"/>
      <w:lvlText w:val="—"/>
      <w:lvlJc w:val="left"/>
      <w:pPr>
        <w:ind w:left="106" w:hanging="4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33ACD98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E1704A76">
      <w:numFmt w:val="bullet"/>
      <w:lvlText w:val="•"/>
      <w:lvlJc w:val="left"/>
      <w:pPr>
        <w:ind w:left="1660" w:hanging="361"/>
      </w:pPr>
      <w:rPr>
        <w:rFonts w:hint="default"/>
        <w:lang w:val="ru-RU" w:eastAsia="en-US" w:bidi="ar-SA"/>
      </w:rPr>
    </w:lvl>
    <w:lvl w:ilvl="3" w:tplc="EFBEF0E8">
      <w:numFmt w:val="bullet"/>
      <w:lvlText w:val="•"/>
      <w:lvlJc w:val="left"/>
      <w:pPr>
        <w:ind w:left="2800" w:hanging="361"/>
      </w:pPr>
      <w:rPr>
        <w:rFonts w:hint="default"/>
        <w:lang w:val="ru-RU" w:eastAsia="en-US" w:bidi="ar-SA"/>
      </w:rPr>
    </w:lvl>
    <w:lvl w:ilvl="4" w:tplc="82B24DBA">
      <w:numFmt w:val="bullet"/>
      <w:lvlText w:val="•"/>
      <w:lvlJc w:val="left"/>
      <w:pPr>
        <w:ind w:left="3940" w:hanging="361"/>
      </w:pPr>
      <w:rPr>
        <w:rFonts w:hint="default"/>
        <w:lang w:val="ru-RU" w:eastAsia="en-US" w:bidi="ar-SA"/>
      </w:rPr>
    </w:lvl>
    <w:lvl w:ilvl="5" w:tplc="2A58B5B2">
      <w:numFmt w:val="bullet"/>
      <w:lvlText w:val="•"/>
      <w:lvlJc w:val="left"/>
      <w:pPr>
        <w:ind w:left="5080" w:hanging="361"/>
      </w:pPr>
      <w:rPr>
        <w:rFonts w:hint="default"/>
        <w:lang w:val="ru-RU" w:eastAsia="en-US" w:bidi="ar-SA"/>
      </w:rPr>
    </w:lvl>
    <w:lvl w:ilvl="6" w:tplc="1374B60E">
      <w:numFmt w:val="bullet"/>
      <w:lvlText w:val="•"/>
      <w:lvlJc w:val="left"/>
      <w:pPr>
        <w:ind w:left="6220" w:hanging="361"/>
      </w:pPr>
      <w:rPr>
        <w:rFonts w:hint="default"/>
        <w:lang w:val="ru-RU" w:eastAsia="en-US" w:bidi="ar-SA"/>
      </w:rPr>
    </w:lvl>
    <w:lvl w:ilvl="7" w:tplc="B434AC80">
      <w:numFmt w:val="bullet"/>
      <w:lvlText w:val="•"/>
      <w:lvlJc w:val="left"/>
      <w:pPr>
        <w:ind w:left="7360" w:hanging="361"/>
      </w:pPr>
      <w:rPr>
        <w:rFonts w:hint="default"/>
        <w:lang w:val="ru-RU" w:eastAsia="en-US" w:bidi="ar-SA"/>
      </w:rPr>
    </w:lvl>
    <w:lvl w:ilvl="8" w:tplc="206AD6B2">
      <w:numFmt w:val="bullet"/>
      <w:lvlText w:val="•"/>
      <w:lvlJc w:val="left"/>
      <w:pPr>
        <w:ind w:left="8500" w:hanging="361"/>
      </w:pPr>
      <w:rPr>
        <w:rFonts w:hint="default"/>
        <w:lang w:val="ru-RU" w:eastAsia="en-US" w:bidi="ar-SA"/>
      </w:rPr>
    </w:lvl>
  </w:abstractNum>
  <w:abstractNum w:abstractNumId="21" w15:restartNumberingAfterBreak="0">
    <w:nsid w:val="213D6996"/>
    <w:multiLevelType w:val="hybridMultilevel"/>
    <w:tmpl w:val="2CCAB0C8"/>
    <w:lvl w:ilvl="0" w:tplc="7E341738">
      <w:start w:val="1"/>
      <w:numFmt w:val="upperRoman"/>
      <w:lvlText w:val="%1."/>
      <w:lvlJc w:val="left"/>
      <w:pPr>
        <w:ind w:left="1080" w:hanging="720"/>
      </w:pPr>
      <w:rPr>
        <w:rFonts w:ascii="Times New Roman" w:eastAsia="Times New Roman" w:hAnsi="Times New Roman" w:hint="default"/>
        <w:b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76B5BC7"/>
    <w:multiLevelType w:val="hybridMultilevel"/>
    <w:tmpl w:val="4AE4A3D2"/>
    <w:lvl w:ilvl="0" w:tplc="2952A18E">
      <w:numFmt w:val="bullet"/>
      <w:lvlText w:val="-"/>
      <w:lvlJc w:val="left"/>
      <w:pPr>
        <w:ind w:left="76" w:hanging="91"/>
      </w:pPr>
      <w:rPr>
        <w:rFonts w:ascii="Times New Roman" w:eastAsia="Times New Roman" w:hAnsi="Times New Roman" w:cs="Times New Roman" w:hint="default"/>
        <w:w w:val="104"/>
        <w:sz w:val="15"/>
        <w:szCs w:val="15"/>
        <w:lang w:val="ru-RU" w:eastAsia="en-US" w:bidi="ar-SA"/>
      </w:rPr>
    </w:lvl>
    <w:lvl w:ilvl="1" w:tplc="3B6C251C">
      <w:numFmt w:val="bullet"/>
      <w:lvlText w:val="•"/>
      <w:lvlJc w:val="left"/>
      <w:pPr>
        <w:ind w:left="517" w:hanging="91"/>
      </w:pPr>
      <w:rPr>
        <w:rFonts w:hint="default"/>
        <w:lang w:val="ru-RU" w:eastAsia="en-US" w:bidi="ar-SA"/>
      </w:rPr>
    </w:lvl>
    <w:lvl w:ilvl="2" w:tplc="2BA2513C">
      <w:numFmt w:val="bullet"/>
      <w:lvlText w:val="•"/>
      <w:lvlJc w:val="left"/>
      <w:pPr>
        <w:ind w:left="954" w:hanging="91"/>
      </w:pPr>
      <w:rPr>
        <w:rFonts w:hint="default"/>
        <w:lang w:val="ru-RU" w:eastAsia="en-US" w:bidi="ar-SA"/>
      </w:rPr>
    </w:lvl>
    <w:lvl w:ilvl="3" w:tplc="CEAAD60A">
      <w:numFmt w:val="bullet"/>
      <w:lvlText w:val="•"/>
      <w:lvlJc w:val="left"/>
      <w:pPr>
        <w:ind w:left="1391" w:hanging="91"/>
      </w:pPr>
      <w:rPr>
        <w:rFonts w:hint="default"/>
        <w:lang w:val="ru-RU" w:eastAsia="en-US" w:bidi="ar-SA"/>
      </w:rPr>
    </w:lvl>
    <w:lvl w:ilvl="4" w:tplc="D7BCC810">
      <w:numFmt w:val="bullet"/>
      <w:lvlText w:val="•"/>
      <w:lvlJc w:val="left"/>
      <w:pPr>
        <w:ind w:left="1828" w:hanging="91"/>
      </w:pPr>
      <w:rPr>
        <w:rFonts w:hint="default"/>
        <w:lang w:val="ru-RU" w:eastAsia="en-US" w:bidi="ar-SA"/>
      </w:rPr>
    </w:lvl>
    <w:lvl w:ilvl="5" w:tplc="A914E716">
      <w:numFmt w:val="bullet"/>
      <w:lvlText w:val="•"/>
      <w:lvlJc w:val="left"/>
      <w:pPr>
        <w:ind w:left="2265" w:hanging="91"/>
      </w:pPr>
      <w:rPr>
        <w:rFonts w:hint="default"/>
        <w:lang w:val="ru-RU" w:eastAsia="en-US" w:bidi="ar-SA"/>
      </w:rPr>
    </w:lvl>
    <w:lvl w:ilvl="6" w:tplc="DE2487D0">
      <w:numFmt w:val="bullet"/>
      <w:lvlText w:val="•"/>
      <w:lvlJc w:val="left"/>
      <w:pPr>
        <w:ind w:left="2702" w:hanging="91"/>
      </w:pPr>
      <w:rPr>
        <w:rFonts w:hint="default"/>
        <w:lang w:val="ru-RU" w:eastAsia="en-US" w:bidi="ar-SA"/>
      </w:rPr>
    </w:lvl>
    <w:lvl w:ilvl="7" w:tplc="C2BA125A">
      <w:numFmt w:val="bullet"/>
      <w:lvlText w:val="•"/>
      <w:lvlJc w:val="left"/>
      <w:pPr>
        <w:ind w:left="3139" w:hanging="91"/>
      </w:pPr>
      <w:rPr>
        <w:rFonts w:hint="default"/>
        <w:lang w:val="ru-RU" w:eastAsia="en-US" w:bidi="ar-SA"/>
      </w:rPr>
    </w:lvl>
    <w:lvl w:ilvl="8" w:tplc="58508304">
      <w:numFmt w:val="bullet"/>
      <w:lvlText w:val="•"/>
      <w:lvlJc w:val="left"/>
      <w:pPr>
        <w:ind w:left="3576" w:hanging="91"/>
      </w:pPr>
      <w:rPr>
        <w:rFonts w:hint="default"/>
        <w:lang w:val="ru-RU" w:eastAsia="en-US" w:bidi="ar-SA"/>
      </w:rPr>
    </w:lvl>
  </w:abstractNum>
  <w:abstractNum w:abstractNumId="23" w15:restartNumberingAfterBreak="0">
    <w:nsid w:val="2985208A"/>
    <w:multiLevelType w:val="hybridMultilevel"/>
    <w:tmpl w:val="F2265566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CD053ED"/>
    <w:multiLevelType w:val="hybridMultilevel"/>
    <w:tmpl w:val="026423AA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DDA473D"/>
    <w:multiLevelType w:val="hybridMultilevel"/>
    <w:tmpl w:val="6AE8A6BE"/>
    <w:lvl w:ilvl="0" w:tplc="7B12D5A0">
      <w:start w:val="1"/>
      <w:numFmt w:val="decimal"/>
      <w:lvlText w:val="%1"/>
      <w:lvlJc w:val="left"/>
      <w:pPr>
        <w:ind w:left="286" w:hanging="18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D9F29FF4">
      <w:numFmt w:val="bullet"/>
      <w:lvlText w:val="•"/>
      <w:lvlJc w:val="left"/>
      <w:pPr>
        <w:ind w:left="1330" w:hanging="181"/>
      </w:pPr>
      <w:rPr>
        <w:rFonts w:hint="default"/>
        <w:lang w:val="ru-RU" w:eastAsia="en-US" w:bidi="ar-SA"/>
      </w:rPr>
    </w:lvl>
    <w:lvl w:ilvl="2" w:tplc="FB1E572A">
      <w:numFmt w:val="bullet"/>
      <w:lvlText w:val="•"/>
      <w:lvlJc w:val="left"/>
      <w:pPr>
        <w:ind w:left="2380" w:hanging="181"/>
      </w:pPr>
      <w:rPr>
        <w:rFonts w:hint="default"/>
        <w:lang w:val="ru-RU" w:eastAsia="en-US" w:bidi="ar-SA"/>
      </w:rPr>
    </w:lvl>
    <w:lvl w:ilvl="3" w:tplc="4C8CF3D6">
      <w:numFmt w:val="bullet"/>
      <w:lvlText w:val="•"/>
      <w:lvlJc w:val="left"/>
      <w:pPr>
        <w:ind w:left="3430" w:hanging="181"/>
      </w:pPr>
      <w:rPr>
        <w:rFonts w:hint="default"/>
        <w:lang w:val="ru-RU" w:eastAsia="en-US" w:bidi="ar-SA"/>
      </w:rPr>
    </w:lvl>
    <w:lvl w:ilvl="4" w:tplc="18DE5F42">
      <w:numFmt w:val="bullet"/>
      <w:lvlText w:val="•"/>
      <w:lvlJc w:val="left"/>
      <w:pPr>
        <w:ind w:left="4480" w:hanging="181"/>
      </w:pPr>
      <w:rPr>
        <w:rFonts w:hint="default"/>
        <w:lang w:val="ru-RU" w:eastAsia="en-US" w:bidi="ar-SA"/>
      </w:rPr>
    </w:lvl>
    <w:lvl w:ilvl="5" w:tplc="F954CB1C">
      <w:numFmt w:val="bullet"/>
      <w:lvlText w:val="•"/>
      <w:lvlJc w:val="left"/>
      <w:pPr>
        <w:ind w:left="5530" w:hanging="181"/>
      </w:pPr>
      <w:rPr>
        <w:rFonts w:hint="default"/>
        <w:lang w:val="ru-RU" w:eastAsia="en-US" w:bidi="ar-SA"/>
      </w:rPr>
    </w:lvl>
    <w:lvl w:ilvl="6" w:tplc="67E09B70">
      <w:numFmt w:val="bullet"/>
      <w:lvlText w:val="•"/>
      <w:lvlJc w:val="left"/>
      <w:pPr>
        <w:ind w:left="6580" w:hanging="181"/>
      </w:pPr>
      <w:rPr>
        <w:rFonts w:hint="default"/>
        <w:lang w:val="ru-RU" w:eastAsia="en-US" w:bidi="ar-SA"/>
      </w:rPr>
    </w:lvl>
    <w:lvl w:ilvl="7" w:tplc="C0948FEA">
      <w:numFmt w:val="bullet"/>
      <w:lvlText w:val="•"/>
      <w:lvlJc w:val="left"/>
      <w:pPr>
        <w:ind w:left="7630" w:hanging="181"/>
      </w:pPr>
      <w:rPr>
        <w:rFonts w:hint="default"/>
        <w:lang w:val="ru-RU" w:eastAsia="en-US" w:bidi="ar-SA"/>
      </w:rPr>
    </w:lvl>
    <w:lvl w:ilvl="8" w:tplc="A4340EA8">
      <w:numFmt w:val="bullet"/>
      <w:lvlText w:val="•"/>
      <w:lvlJc w:val="left"/>
      <w:pPr>
        <w:ind w:left="8680" w:hanging="181"/>
      </w:pPr>
      <w:rPr>
        <w:rFonts w:hint="default"/>
        <w:lang w:val="ru-RU" w:eastAsia="en-US" w:bidi="ar-SA"/>
      </w:rPr>
    </w:lvl>
  </w:abstractNum>
  <w:abstractNum w:abstractNumId="26" w15:restartNumberingAfterBreak="0">
    <w:nsid w:val="2E095532"/>
    <w:multiLevelType w:val="hybridMultilevel"/>
    <w:tmpl w:val="71229784"/>
    <w:lvl w:ilvl="0" w:tplc="2990DD6C">
      <w:numFmt w:val="bullet"/>
      <w:lvlText w:val="-"/>
      <w:lvlJc w:val="left"/>
      <w:pPr>
        <w:ind w:left="76" w:hanging="91"/>
      </w:pPr>
      <w:rPr>
        <w:rFonts w:ascii="Times New Roman" w:eastAsia="Times New Roman" w:hAnsi="Times New Roman" w:cs="Times New Roman" w:hint="default"/>
        <w:w w:val="104"/>
        <w:sz w:val="15"/>
        <w:szCs w:val="15"/>
        <w:lang w:val="ru-RU" w:eastAsia="en-US" w:bidi="ar-SA"/>
      </w:rPr>
    </w:lvl>
    <w:lvl w:ilvl="1" w:tplc="0082CE50">
      <w:numFmt w:val="bullet"/>
      <w:lvlText w:val="•"/>
      <w:lvlJc w:val="left"/>
      <w:pPr>
        <w:ind w:left="1158" w:hanging="91"/>
      </w:pPr>
      <w:rPr>
        <w:rFonts w:hint="default"/>
        <w:lang w:val="ru-RU" w:eastAsia="en-US" w:bidi="ar-SA"/>
      </w:rPr>
    </w:lvl>
    <w:lvl w:ilvl="2" w:tplc="816C8C5C">
      <w:numFmt w:val="bullet"/>
      <w:lvlText w:val="•"/>
      <w:lvlJc w:val="left"/>
      <w:pPr>
        <w:ind w:left="2236" w:hanging="91"/>
      </w:pPr>
      <w:rPr>
        <w:rFonts w:hint="default"/>
        <w:lang w:val="ru-RU" w:eastAsia="en-US" w:bidi="ar-SA"/>
      </w:rPr>
    </w:lvl>
    <w:lvl w:ilvl="3" w:tplc="1F428600">
      <w:numFmt w:val="bullet"/>
      <w:lvlText w:val="•"/>
      <w:lvlJc w:val="left"/>
      <w:pPr>
        <w:ind w:left="3314" w:hanging="91"/>
      </w:pPr>
      <w:rPr>
        <w:rFonts w:hint="default"/>
        <w:lang w:val="ru-RU" w:eastAsia="en-US" w:bidi="ar-SA"/>
      </w:rPr>
    </w:lvl>
    <w:lvl w:ilvl="4" w:tplc="3F3A0780">
      <w:numFmt w:val="bullet"/>
      <w:lvlText w:val="•"/>
      <w:lvlJc w:val="left"/>
      <w:pPr>
        <w:ind w:left="4393" w:hanging="91"/>
      </w:pPr>
      <w:rPr>
        <w:rFonts w:hint="default"/>
        <w:lang w:val="ru-RU" w:eastAsia="en-US" w:bidi="ar-SA"/>
      </w:rPr>
    </w:lvl>
    <w:lvl w:ilvl="5" w:tplc="30B878FA">
      <w:numFmt w:val="bullet"/>
      <w:lvlText w:val="•"/>
      <w:lvlJc w:val="left"/>
      <w:pPr>
        <w:ind w:left="5471" w:hanging="91"/>
      </w:pPr>
      <w:rPr>
        <w:rFonts w:hint="default"/>
        <w:lang w:val="ru-RU" w:eastAsia="en-US" w:bidi="ar-SA"/>
      </w:rPr>
    </w:lvl>
    <w:lvl w:ilvl="6" w:tplc="AE8258DE">
      <w:numFmt w:val="bullet"/>
      <w:lvlText w:val="•"/>
      <w:lvlJc w:val="left"/>
      <w:pPr>
        <w:ind w:left="6549" w:hanging="91"/>
      </w:pPr>
      <w:rPr>
        <w:rFonts w:hint="default"/>
        <w:lang w:val="ru-RU" w:eastAsia="en-US" w:bidi="ar-SA"/>
      </w:rPr>
    </w:lvl>
    <w:lvl w:ilvl="7" w:tplc="8E224C8C">
      <w:numFmt w:val="bullet"/>
      <w:lvlText w:val="•"/>
      <w:lvlJc w:val="left"/>
      <w:pPr>
        <w:ind w:left="7628" w:hanging="91"/>
      </w:pPr>
      <w:rPr>
        <w:rFonts w:hint="default"/>
        <w:lang w:val="ru-RU" w:eastAsia="en-US" w:bidi="ar-SA"/>
      </w:rPr>
    </w:lvl>
    <w:lvl w:ilvl="8" w:tplc="F5D0D834">
      <w:numFmt w:val="bullet"/>
      <w:lvlText w:val="•"/>
      <w:lvlJc w:val="left"/>
      <w:pPr>
        <w:ind w:left="8706" w:hanging="91"/>
      </w:pPr>
      <w:rPr>
        <w:rFonts w:hint="default"/>
        <w:lang w:val="ru-RU" w:eastAsia="en-US" w:bidi="ar-SA"/>
      </w:rPr>
    </w:lvl>
  </w:abstractNum>
  <w:abstractNum w:abstractNumId="27" w15:restartNumberingAfterBreak="0">
    <w:nsid w:val="316226A6"/>
    <w:multiLevelType w:val="hybridMultilevel"/>
    <w:tmpl w:val="B7BC1B74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4EF7FB6"/>
    <w:multiLevelType w:val="hybridMultilevel"/>
    <w:tmpl w:val="7F485500"/>
    <w:lvl w:ilvl="0" w:tplc="6ABAFCE2">
      <w:numFmt w:val="bullet"/>
      <w:lvlText w:val=""/>
      <w:lvlJc w:val="left"/>
      <w:pPr>
        <w:ind w:left="71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28218E0">
      <w:numFmt w:val="bullet"/>
      <w:lvlText w:val="•"/>
      <w:lvlJc w:val="left"/>
      <w:pPr>
        <w:ind w:left="1175" w:hanging="286"/>
      </w:pPr>
      <w:rPr>
        <w:lang w:val="ru-RU" w:eastAsia="en-US" w:bidi="ar-SA"/>
      </w:rPr>
    </w:lvl>
    <w:lvl w:ilvl="2" w:tplc="C3AC2EB2">
      <w:numFmt w:val="bullet"/>
      <w:lvlText w:val="•"/>
      <w:lvlJc w:val="left"/>
      <w:pPr>
        <w:ind w:left="2131" w:hanging="286"/>
      </w:pPr>
      <w:rPr>
        <w:lang w:val="ru-RU" w:eastAsia="en-US" w:bidi="ar-SA"/>
      </w:rPr>
    </w:lvl>
    <w:lvl w:ilvl="3" w:tplc="BD3668AE">
      <w:numFmt w:val="bullet"/>
      <w:lvlText w:val="•"/>
      <w:lvlJc w:val="left"/>
      <w:pPr>
        <w:ind w:left="3087" w:hanging="286"/>
      </w:pPr>
      <w:rPr>
        <w:lang w:val="ru-RU" w:eastAsia="en-US" w:bidi="ar-SA"/>
      </w:rPr>
    </w:lvl>
    <w:lvl w:ilvl="4" w:tplc="6A00E04C">
      <w:numFmt w:val="bullet"/>
      <w:lvlText w:val="•"/>
      <w:lvlJc w:val="left"/>
      <w:pPr>
        <w:ind w:left="4043" w:hanging="286"/>
      </w:pPr>
      <w:rPr>
        <w:lang w:val="ru-RU" w:eastAsia="en-US" w:bidi="ar-SA"/>
      </w:rPr>
    </w:lvl>
    <w:lvl w:ilvl="5" w:tplc="8676DBE4">
      <w:numFmt w:val="bullet"/>
      <w:lvlText w:val="•"/>
      <w:lvlJc w:val="left"/>
      <w:pPr>
        <w:ind w:left="4999" w:hanging="286"/>
      </w:pPr>
      <w:rPr>
        <w:lang w:val="ru-RU" w:eastAsia="en-US" w:bidi="ar-SA"/>
      </w:rPr>
    </w:lvl>
    <w:lvl w:ilvl="6" w:tplc="7B3ABF84">
      <w:numFmt w:val="bullet"/>
      <w:lvlText w:val="•"/>
      <w:lvlJc w:val="left"/>
      <w:pPr>
        <w:ind w:left="5955" w:hanging="286"/>
      </w:pPr>
      <w:rPr>
        <w:lang w:val="ru-RU" w:eastAsia="en-US" w:bidi="ar-SA"/>
      </w:rPr>
    </w:lvl>
    <w:lvl w:ilvl="7" w:tplc="C5B0910A">
      <w:numFmt w:val="bullet"/>
      <w:lvlText w:val="•"/>
      <w:lvlJc w:val="left"/>
      <w:pPr>
        <w:ind w:left="6911" w:hanging="286"/>
      </w:pPr>
      <w:rPr>
        <w:lang w:val="ru-RU" w:eastAsia="en-US" w:bidi="ar-SA"/>
      </w:rPr>
    </w:lvl>
    <w:lvl w:ilvl="8" w:tplc="C70C8AF8">
      <w:numFmt w:val="bullet"/>
      <w:lvlText w:val="•"/>
      <w:lvlJc w:val="left"/>
      <w:pPr>
        <w:ind w:left="7867" w:hanging="286"/>
      </w:pPr>
      <w:rPr>
        <w:lang w:val="ru-RU" w:eastAsia="en-US" w:bidi="ar-SA"/>
      </w:rPr>
    </w:lvl>
  </w:abstractNum>
  <w:abstractNum w:abstractNumId="29" w15:restartNumberingAfterBreak="0">
    <w:nsid w:val="3B51426F"/>
    <w:multiLevelType w:val="hybridMultilevel"/>
    <w:tmpl w:val="B17A3696"/>
    <w:lvl w:ilvl="0" w:tplc="EFAEACB2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0" w15:restartNumberingAfterBreak="0">
    <w:nsid w:val="3FEB517A"/>
    <w:multiLevelType w:val="hybridMultilevel"/>
    <w:tmpl w:val="155CAB58"/>
    <w:lvl w:ilvl="0" w:tplc="E9BC94EC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63641E4">
      <w:numFmt w:val="bullet"/>
      <w:lvlText w:val="•"/>
      <w:lvlJc w:val="left"/>
      <w:pPr>
        <w:ind w:left="1546" w:hanging="361"/>
      </w:pPr>
      <w:rPr>
        <w:rFonts w:hint="default"/>
        <w:lang w:val="ru-RU" w:eastAsia="en-US" w:bidi="ar-SA"/>
      </w:rPr>
    </w:lvl>
    <w:lvl w:ilvl="2" w:tplc="3978FA86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84D6A12C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C226B08C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97E0F47A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708E5884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5D40DA3E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28A6B612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abstractNum w:abstractNumId="31" w15:restartNumberingAfterBreak="0">
    <w:nsid w:val="45004AC6"/>
    <w:multiLevelType w:val="hybridMultilevel"/>
    <w:tmpl w:val="97DC5C6E"/>
    <w:lvl w:ilvl="0" w:tplc="61AEDBE6">
      <w:start w:val="1"/>
      <w:numFmt w:val="decimal"/>
      <w:lvlText w:val="%1"/>
      <w:lvlJc w:val="left"/>
      <w:pPr>
        <w:ind w:left="241" w:hanging="136"/>
      </w:pPr>
      <w:rPr>
        <w:rFonts w:ascii="Times New Roman" w:eastAsia="Times New Roman" w:hAnsi="Times New Roman" w:cs="Times New Roman" w:hint="default"/>
        <w:b/>
        <w:bCs/>
        <w:w w:val="100"/>
        <w:sz w:val="18"/>
        <w:szCs w:val="18"/>
        <w:lang w:val="ru-RU" w:eastAsia="en-US" w:bidi="ar-SA"/>
      </w:rPr>
    </w:lvl>
    <w:lvl w:ilvl="1" w:tplc="B554E380">
      <w:numFmt w:val="bullet"/>
      <w:lvlText w:val="•"/>
      <w:lvlJc w:val="left"/>
      <w:pPr>
        <w:ind w:left="1790" w:hanging="136"/>
      </w:pPr>
      <w:rPr>
        <w:rFonts w:hint="default"/>
        <w:lang w:val="ru-RU" w:eastAsia="en-US" w:bidi="ar-SA"/>
      </w:rPr>
    </w:lvl>
    <w:lvl w:ilvl="2" w:tplc="2EAAA932">
      <w:numFmt w:val="bullet"/>
      <w:lvlText w:val="•"/>
      <w:lvlJc w:val="left"/>
      <w:pPr>
        <w:ind w:left="3340" w:hanging="136"/>
      </w:pPr>
      <w:rPr>
        <w:rFonts w:hint="default"/>
        <w:lang w:val="ru-RU" w:eastAsia="en-US" w:bidi="ar-SA"/>
      </w:rPr>
    </w:lvl>
    <w:lvl w:ilvl="3" w:tplc="617C5F30">
      <w:numFmt w:val="bullet"/>
      <w:lvlText w:val="•"/>
      <w:lvlJc w:val="left"/>
      <w:pPr>
        <w:ind w:left="4890" w:hanging="136"/>
      </w:pPr>
      <w:rPr>
        <w:rFonts w:hint="default"/>
        <w:lang w:val="ru-RU" w:eastAsia="en-US" w:bidi="ar-SA"/>
      </w:rPr>
    </w:lvl>
    <w:lvl w:ilvl="4" w:tplc="1EA4CC98">
      <w:numFmt w:val="bullet"/>
      <w:lvlText w:val="•"/>
      <w:lvlJc w:val="left"/>
      <w:pPr>
        <w:ind w:left="6440" w:hanging="136"/>
      </w:pPr>
      <w:rPr>
        <w:rFonts w:hint="default"/>
        <w:lang w:val="ru-RU" w:eastAsia="en-US" w:bidi="ar-SA"/>
      </w:rPr>
    </w:lvl>
    <w:lvl w:ilvl="5" w:tplc="736EAD00">
      <w:numFmt w:val="bullet"/>
      <w:lvlText w:val="•"/>
      <w:lvlJc w:val="left"/>
      <w:pPr>
        <w:ind w:left="7990" w:hanging="136"/>
      </w:pPr>
      <w:rPr>
        <w:rFonts w:hint="default"/>
        <w:lang w:val="ru-RU" w:eastAsia="en-US" w:bidi="ar-SA"/>
      </w:rPr>
    </w:lvl>
    <w:lvl w:ilvl="6" w:tplc="7D8623F0">
      <w:numFmt w:val="bullet"/>
      <w:lvlText w:val="•"/>
      <w:lvlJc w:val="left"/>
      <w:pPr>
        <w:ind w:left="9540" w:hanging="136"/>
      </w:pPr>
      <w:rPr>
        <w:rFonts w:hint="default"/>
        <w:lang w:val="ru-RU" w:eastAsia="en-US" w:bidi="ar-SA"/>
      </w:rPr>
    </w:lvl>
    <w:lvl w:ilvl="7" w:tplc="F73C5276">
      <w:numFmt w:val="bullet"/>
      <w:lvlText w:val="•"/>
      <w:lvlJc w:val="left"/>
      <w:pPr>
        <w:ind w:left="11090" w:hanging="136"/>
      </w:pPr>
      <w:rPr>
        <w:rFonts w:hint="default"/>
        <w:lang w:val="ru-RU" w:eastAsia="en-US" w:bidi="ar-SA"/>
      </w:rPr>
    </w:lvl>
    <w:lvl w:ilvl="8" w:tplc="F892854C">
      <w:numFmt w:val="bullet"/>
      <w:lvlText w:val="•"/>
      <w:lvlJc w:val="left"/>
      <w:pPr>
        <w:ind w:left="12640" w:hanging="136"/>
      </w:pPr>
      <w:rPr>
        <w:rFonts w:hint="default"/>
        <w:lang w:val="ru-RU" w:eastAsia="en-US" w:bidi="ar-SA"/>
      </w:rPr>
    </w:lvl>
  </w:abstractNum>
  <w:abstractNum w:abstractNumId="32" w15:restartNumberingAfterBreak="0">
    <w:nsid w:val="45CB3CD2"/>
    <w:multiLevelType w:val="hybridMultilevel"/>
    <w:tmpl w:val="E8FEE8B0"/>
    <w:lvl w:ilvl="0" w:tplc="61A671D6">
      <w:start w:val="1"/>
      <w:numFmt w:val="decimal"/>
      <w:lvlText w:val="%1."/>
      <w:lvlJc w:val="left"/>
      <w:pPr>
        <w:ind w:left="287" w:hanging="18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FEAC1BA">
      <w:numFmt w:val="bullet"/>
      <w:lvlText w:val="•"/>
      <w:lvlJc w:val="left"/>
      <w:pPr>
        <w:ind w:left="1330" w:hanging="182"/>
      </w:pPr>
      <w:rPr>
        <w:rFonts w:hint="default"/>
        <w:lang w:val="ru-RU" w:eastAsia="en-US" w:bidi="ar-SA"/>
      </w:rPr>
    </w:lvl>
    <w:lvl w:ilvl="2" w:tplc="876A56EE">
      <w:numFmt w:val="bullet"/>
      <w:lvlText w:val="•"/>
      <w:lvlJc w:val="left"/>
      <w:pPr>
        <w:ind w:left="2380" w:hanging="182"/>
      </w:pPr>
      <w:rPr>
        <w:rFonts w:hint="default"/>
        <w:lang w:val="ru-RU" w:eastAsia="en-US" w:bidi="ar-SA"/>
      </w:rPr>
    </w:lvl>
    <w:lvl w:ilvl="3" w:tplc="7B8C3C9E">
      <w:numFmt w:val="bullet"/>
      <w:lvlText w:val="•"/>
      <w:lvlJc w:val="left"/>
      <w:pPr>
        <w:ind w:left="3430" w:hanging="182"/>
      </w:pPr>
      <w:rPr>
        <w:rFonts w:hint="default"/>
        <w:lang w:val="ru-RU" w:eastAsia="en-US" w:bidi="ar-SA"/>
      </w:rPr>
    </w:lvl>
    <w:lvl w:ilvl="4" w:tplc="0470B7A6">
      <w:numFmt w:val="bullet"/>
      <w:lvlText w:val="•"/>
      <w:lvlJc w:val="left"/>
      <w:pPr>
        <w:ind w:left="4480" w:hanging="182"/>
      </w:pPr>
      <w:rPr>
        <w:rFonts w:hint="default"/>
        <w:lang w:val="ru-RU" w:eastAsia="en-US" w:bidi="ar-SA"/>
      </w:rPr>
    </w:lvl>
    <w:lvl w:ilvl="5" w:tplc="EAFC429C">
      <w:numFmt w:val="bullet"/>
      <w:lvlText w:val="•"/>
      <w:lvlJc w:val="left"/>
      <w:pPr>
        <w:ind w:left="5530" w:hanging="182"/>
      </w:pPr>
      <w:rPr>
        <w:rFonts w:hint="default"/>
        <w:lang w:val="ru-RU" w:eastAsia="en-US" w:bidi="ar-SA"/>
      </w:rPr>
    </w:lvl>
    <w:lvl w:ilvl="6" w:tplc="C7F0B446">
      <w:numFmt w:val="bullet"/>
      <w:lvlText w:val="•"/>
      <w:lvlJc w:val="left"/>
      <w:pPr>
        <w:ind w:left="6580" w:hanging="182"/>
      </w:pPr>
      <w:rPr>
        <w:rFonts w:hint="default"/>
        <w:lang w:val="ru-RU" w:eastAsia="en-US" w:bidi="ar-SA"/>
      </w:rPr>
    </w:lvl>
    <w:lvl w:ilvl="7" w:tplc="8B6892EC">
      <w:numFmt w:val="bullet"/>
      <w:lvlText w:val="•"/>
      <w:lvlJc w:val="left"/>
      <w:pPr>
        <w:ind w:left="7630" w:hanging="182"/>
      </w:pPr>
      <w:rPr>
        <w:rFonts w:hint="default"/>
        <w:lang w:val="ru-RU" w:eastAsia="en-US" w:bidi="ar-SA"/>
      </w:rPr>
    </w:lvl>
    <w:lvl w:ilvl="8" w:tplc="0002C612">
      <w:numFmt w:val="bullet"/>
      <w:lvlText w:val="•"/>
      <w:lvlJc w:val="left"/>
      <w:pPr>
        <w:ind w:left="8680" w:hanging="182"/>
      </w:pPr>
      <w:rPr>
        <w:rFonts w:hint="default"/>
        <w:lang w:val="ru-RU" w:eastAsia="en-US" w:bidi="ar-SA"/>
      </w:rPr>
    </w:lvl>
  </w:abstractNum>
  <w:abstractNum w:abstractNumId="33" w15:restartNumberingAfterBreak="0">
    <w:nsid w:val="492F4B1F"/>
    <w:multiLevelType w:val="hybridMultilevel"/>
    <w:tmpl w:val="551682F2"/>
    <w:lvl w:ilvl="0" w:tplc="F1DADE98">
      <w:start w:val="1"/>
      <w:numFmt w:val="decimal"/>
      <w:lvlText w:val="%1."/>
      <w:lvlJc w:val="left"/>
      <w:pPr>
        <w:ind w:left="346" w:hanging="2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6744F4E">
      <w:numFmt w:val="bullet"/>
      <w:lvlText w:val="•"/>
      <w:lvlJc w:val="left"/>
      <w:pPr>
        <w:ind w:left="1384" w:hanging="241"/>
      </w:pPr>
      <w:rPr>
        <w:rFonts w:hint="default"/>
        <w:lang w:val="ru-RU" w:eastAsia="en-US" w:bidi="ar-SA"/>
      </w:rPr>
    </w:lvl>
    <w:lvl w:ilvl="2" w:tplc="FCA864DA">
      <w:numFmt w:val="bullet"/>
      <w:lvlText w:val="•"/>
      <w:lvlJc w:val="left"/>
      <w:pPr>
        <w:ind w:left="2428" w:hanging="241"/>
      </w:pPr>
      <w:rPr>
        <w:rFonts w:hint="default"/>
        <w:lang w:val="ru-RU" w:eastAsia="en-US" w:bidi="ar-SA"/>
      </w:rPr>
    </w:lvl>
    <w:lvl w:ilvl="3" w:tplc="74869692">
      <w:numFmt w:val="bullet"/>
      <w:lvlText w:val="•"/>
      <w:lvlJc w:val="left"/>
      <w:pPr>
        <w:ind w:left="3472" w:hanging="241"/>
      </w:pPr>
      <w:rPr>
        <w:rFonts w:hint="default"/>
        <w:lang w:val="ru-RU" w:eastAsia="en-US" w:bidi="ar-SA"/>
      </w:rPr>
    </w:lvl>
    <w:lvl w:ilvl="4" w:tplc="CDBAD922">
      <w:numFmt w:val="bullet"/>
      <w:lvlText w:val="•"/>
      <w:lvlJc w:val="left"/>
      <w:pPr>
        <w:ind w:left="4516" w:hanging="241"/>
      </w:pPr>
      <w:rPr>
        <w:rFonts w:hint="default"/>
        <w:lang w:val="ru-RU" w:eastAsia="en-US" w:bidi="ar-SA"/>
      </w:rPr>
    </w:lvl>
    <w:lvl w:ilvl="5" w:tplc="ADD2CD7E">
      <w:numFmt w:val="bullet"/>
      <w:lvlText w:val="•"/>
      <w:lvlJc w:val="left"/>
      <w:pPr>
        <w:ind w:left="5560" w:hanging="241"/>
      </w:pPr>
      <w:rPr>
        <w:rFonts w:hint="default"/>
        <w:lang w:val="ru-RU" w:eastAsia="en-US" w:bidi="ar-SA"/>
      </w:rPr>
    </w:lvl>
    <w:lvl w:ilvl="6" w:tplc="D8746834">
      <w:numFmt w:val="bullet"/>
      <w:lvlText w:val="•"/>
      <w:lvlJc w:val="left"/>
      <w:pPr>
        <w:ind w:left="6604" w:hanging="241"/>
      </w:pPr>
      <w:rPr>
        <w:rFonts w:hint="default"/>
        <w:lang w:val="ru-RU" w:eastAsia="en-US" w:bidi="ar-SA"/>
      </w:rPr>
    </w:lvl>
    <w:lvl w:ilvl="7" w:tplc="244853CC">
      <w:numFmt w:val="bullet"/>
      <w:lvlText w:val="•"/>
      <w:lvlJc w:val="left"/>
      <w:pPr>
        <w:ind w:left="7648" w:hanging="241"/>
      </w:pPr>
      <w:rPr>
        <w:rFonts w:hint="default"/>
        <w:lang w:val="ru-RU" w:eastAsia="en-US" w:bidi="ar-SA"/>
      </w:rPr>
    </w:lvl>
    <w:lvl w:ilvl="8" w:tplc="233E4E72">
      <w:numFmt w:val="bullet"/>
      <w:lvlText w:val="•"/>
      <w:lvlJc w:val="left"/>
      <w:pPr>
        <w:ind w:left="8692" w:hanging="241"/>
      </w:pPr>
      <w:rPr>
        <w:rFonts w:hint="default"/>
        <w:lang w:val="ru-RU" w:eastAsia="en-US" w:bidi="ar-SA"/>
      </w:rPr>
    </w:lvl>
  </w:abstractNum>
  <w:abstractNum w:abstractNumId="34" w15:restartNumberingAfterBreak="0">
    <w:nsid w:val="4A0B3D86"/>
    <w:multiLevelType w:val="hybridMultilevel"/>
    <w:tmpl w:val="2C80B87E"/>
    <w:lvl w:ilvl="0" w:tplc="132E14A4">
      <w:start w:val="4"/>
      <w:numFmt w:val="decimal"/>
      <w:lvlText w:val="%1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35" w15:restartNumberingAfterBreak="0">
    <w:nsid w:val="54DE1994"/>
    <w:multiLevelType w:val="hybridMultilevel"/>
    <w:tmpl w:val="EF2AAE82"/>
    <w:lvl w:ilvl="0" w:tplc="543E5384">
      <w:numFmt w:val="bullet"/>
      <w:lvlText w:val="-"/>
      <w:lvlJc w:val="left"/>
      <w:pPr>
        <w:ind w:left="167" w:hanging="91"/>
      </w:pPr>
      <w:rPr>
        <w:rFonts w:ascii="Times New Roman" w:eastAsia="Times New Roman" w:hAnsi="Times New Roman" w:cs="Times New Roman" w:hint="default"/>
        <w:w w:val="104"/>
        <w:sz w:val="15"/>
        <w:szCs w:val="15"/>
        <w:lang w:val="ru-RU" w:eastAsia="en-US" w:bidi="ar-SA"/>
      </w:rPr>
    </w:lvl>
    <w:lvl w:ilvl="1" w:tplc="5DA03B8C">
      <w:numFmt w:val="bullet"/>
      <w:lvlText w:val="•"/>
      <w:lvlJc w:val="left"/>
      <w:pPr>
        <w:ind w:left="1237" w:hanging="91"/>
      </w:pPr>
      <w:rPr>
        <w:rFonts w:hint="default"/>
        <w:lang w:val="ru-RU" w:eastAsia="en-US" w:bidi="ar-SA"/>
      </w:rPr>
    </w:lvl>
    <w:lvl w:ilvl="2" w:tplc="E7FA02D4">
      <w:numFmt w:val="bullet"/>
      <w:lvlText w:val="•"/>
      <w:lvlJc w:val="left"/>
      <w:pPr>
        <w:ind w:left="2315" w:hanging="91"/>
      </w:pPr>
      <w:rPr>
        <w:rFonts w:hint="default"/>
        <w:lang w:val="ru-RU" w:eastAsia="en-US" w:bidi="ar-SA"/>
      </w:rPr>
    </w:lvl>
    <w:lvl w:ilvl="3" w:tplc="DA2C6A54">
      <w:numFmt w:val="bullet"/>
      <w:lvlText w:val="•"/>
      <w:lvlJc w:val="left"/>
      <w:pPr>
        <w:ind w:left="3392" w:hanging="91"/>
      </w:pPr>
      <w:rPr>
        <w:rFonts w:hint="default"/>
        <w:lang w:val="ru-RU" w:eastAsia="en-US" w:bidi="ar-SA"/>
      </w:rPr>
    </w:lvl>
    <w:lvl w:ilvl="4" w:tplc="8E10821A">
      <w:numFmt w:val="bullet"/>
      <w:lvlText w:val="•"/>
      <w:lvlJc w:val="left"/>
      <w:pPr>
        <w:ind w:left="4470" w:hanging="91"/>
      </w:pPr>
      <w:rPr>
        <w:rFonts w:hint="default"/>
        <w:lang w:val="ru-RU" w:eastAsia="en-US" w:bidi="ar-SA"/>
      </w:rPr>
    </w:lvl>
    <w:lvl w:ilvl="5" w:tplc="C8B0B38A">
      <w:numFmt w:val="bullet"/>
      <w:lvlText w:val="•"/>
      <w:lvlJc w:val="left"/>
      <w:pPr>
        <w:ind w:left="5547" w:hanging="91"/>
      </w:pPr>
      <w:rPr>
        <w:rFonts w:hint="default"/>
        <w:lang w:val="ru-RU" w:eastAsia="en-US" w:bidi="ar-SA"/>
      </w:rPr>
    </w:lvl>
    <w:lvl w:ilvl="6" w:tplc="5E5A200A">
      <w:numFmt w:val="bullet"/>
      <w:lvlText w:val="•"/>
      <w:lvlJc w:val="left"/>
      <w:pPr>
        <w:ind w:left="6625" w:hanging="91"/>
      </w:pPr>
      <w:rPr>
        <w:rFonts w:hint="default"/>
        <w:lang w:val="ru-RU" w:eastAsia="en-US" w:bidi="ar-SA"/>
      </w:rPr>
    </w:lvl>
    <w:lvl w:ilvl="7" w:tplc="79BA5D48">
      <w:numFmt w:val="bullet"/>
      <w:lvlText w:val="•"/>
      <w:lvlJc w:val="left"/>
      <w:pPr>
        <w:ind w:left="7702" w:hanging="91"/>
      </w:pPr>
      <w:rPr>
        <w:rFonts w:hint="default"/>
        <w:lang w:val="ru-RU" w:eastAsia="en-US" w:bidi="ar-SA"/>
      </w:rPr>
    </w:lvl>
    <w:lvl w:ilvl="8" w:tplc="0A02668E">
      <w:numFmt w:val="bullet"/>
      <w:lvlText w:val="•"/>
      <w:lvlJc w:val="left"/>
      <w:pPr>
        <w:ind w:left="8780" w:hanging="91"/>
      </w:pPr>
      <w:rPr>
        <w:rFonts w:hint="default"/>
        <w:lang w:val="ru-RU" w:eastAsia="en-US" w:bidi="ar-SA"/>
      </w:rPr>
    </w:lvl>
  </w:abstractNum>
  <w:abstractNum w:abstractNumId="36" w15:restartNumberingAfterBreak="0">
    <w:nsid w:val="57A400BE"/>
    <w:multiLevelType w:val="hybridMultilevel"/>
    <w:tmpl w:val="6BB81356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7B62A65"/>
    <w:multiLevelType w:val="hybridMultilevel"/>
    <w:tmpl w:val="50FA07CC"/>
    <w:lvl w:ilvl="0" w:tplc="9238D4E0">
      <w:start w:val="1"/>
      <w:numFmt w:val="decimal"/>
      <w:lvlText w:val="%1"/>
      <w:lvlJc w:val="left"/>
      <w:pPr>
        <w:ind w:left="286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E4E3902">
      <w:numFmt w:val="bullet"/>
      <w:lvlText w:val="•"/>
      <w:lvlJc w:val="left"/>
      <w:pPr>
        <w:ind w:left="1330" w:hanging="181"/>
      </w:pPr>
      <w:rPr>
        <w:rFonts w:hint="default"/>
        <w:lang w:val="ru-RU" w:eastAsia="en-US" w:bidi="ar-SA"/>
      </w:rPr>
    </w:lvl>
    <w:lvl w:ilvl="2" w:tplc="51A0FE54">
      <w:numFmt w:val="bullet"/>
      <w:lvlText w:val="•"/>
      <w:lvlJc w:val="left"/>
      <w:pPr>
        <w:ind w:left="2380" w:hanging="181"/>
      </w:pPr>
      <w:rPr>
        <w:rFonts w:hint="default"/>
        <w:lang w:val="ru-RU" w:eastAsia="en-US" w:bidi="ar-SA"/>
      </w:rPr>
    </w:lvl>
    <w:lvl w:ilvl="3" w:tplc="6E0E816A">
      <w:numFmt w:val="bullet"/>
      <w:lvlText w:val="•"/>
      <w:lvlJc w:val="left"/>
      <w:pPr>
        <w:ind w:left="3430" w:hanging="181"/>
      </w:pPr>
      <w:rPr>
        <w:rFonts w:hint="default"/>
        <w:lang w:val="ru-RU" w:eastAsia="en-US" w:bidi="ar-SA"/>
      </w:rPr>
    </w:lvl>
    <w:lvl w:ilvl="4" w:tplc="3F3071A4">
      <w:numFmt w:val="bullet"/>
      <w:lvlText w:val="•"/>
      <w:lvlJc w:val="left"/>
      <w:pPr>
        <w:ind w:left="4480" w:hanging="181"/>
      </w:pPr>
      <w:rPr>
        <w:rFonts w:hint="default"/>
        <w:lang w:val="ru-RU" w:eastAsia="en-US" w:bidi="ar-SA"/>
      </w:rPr>
    </w:lvl>
    <w:lvl w:ilvl="5" w:tplc="3188AE58">
      <w:numFmt w:val="bullet"/>
      <w:lvlText w:val="•"/>
      <w:lvlJc w:val="left"/>
      <w:pPr>
        <w:ind w:left="5530" w:hanging="181"/>
      </w:pPr>
      <w:rPr>
        <w:rFonts w:hint="default"/>
        <w:lang w:val="ru-RU" w:eastAsia="en-US" w:bidi="ar-SA"/>
      </w:rPr>
    </w:lvl>
    <w:lvl w:ilvl="6" w:tplc="E70A040E">
      <w:numFmt w:val="bullet"/>
      <w:lvlText w:val="•"/>
      <w:lvlJc w:val="left"/>
      <w:pPr>
        <w:ind w:left="6580" w:hanging="181"/>
      </w:pPr>
      <w:rPr>
        <w:rFonts w:hint="default"/>
        <w:lang w:val="ru-RU" w:eastAsia="en-US" w:bidi="ar-SA"/>
      </w:rPr>
    </w:lvl>
    <w:lvl w:ilvl="7" w:tplc="CB0C29A0">
      <w:numFmt w:val="bullet"/>
      <w:lvlText w:val="•"/>
      <w:lvlJc w:val="left"/>
      <w:pPr>
        <w:ind w:left="7630" w:hanging="181"/>
      </w:pPr>
      <w:rPr>
        <w:rFonts w:hint="default"/>
        <w:lang w:val="ru-RU" w:eastAsia="en-US" w:bidi="ar-SA"/>
      </w:rPr>
    </w:lvl>
    <w:lvl w:ilvl="8" w:tplc="5BAC5BF0">
      <w:numFmt w:val="bullet"/>
      <w:lvlText w:val="•"/>
      <w:lvlJc w:val="left"/>
      <w:pPr>
        <w:ind w:left="8680" w:hanging="181"/>
      </w:pPr>
      <w:rPr>
        <w:rFonts w:hint="default"/>
        <w:lang w:val="ru-RU" w:eastAsia="en-US" w:bidi="ar-SA"/>
      </w:rPr>
    </w:lvl>
  </w:abstractNum>
  <w:abstractNum w:abstractNumId="38" w15:restartNumberingAfterBreak="0">
    <w:nsid w:val="5AE67DB6"/>
    <w:multiLevelType w:val="hybridMultilevel"/>
    <w:tmpl w:val="009A6EA0"/>
    <w:lvl w:ilvl="0" w:tplc="5BB6B560">
      <w:start w:val="1"/>
      <w:numFmt w:val="decimal"/>
      <w:lvlText w:val="%1."/>
      <w:lvlJc w:val="left"/>
      <w:pPr>
        <w:ind w:left="346" w:hanging="2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7CEE028">
      <w:numFmt w:val="bullet"/>
      <w:lvlText w:val="•"/>
      <w:lvlJc w:val="left"/>
      <w:pPr>
        <w:ind w:left="1394" w:hanging="241"/>
      </w:pPr>
      <w:rPr>
        <w:rFonts w:hint="default"/>
        <w:lang w:val="ru-RU" w:eastAsia="en-US" w:bidi="ar-SA"/>
      </w:rPr>
    </w:lvl>
    <w:lvl w:ilvl="2" w:tplc="F93AADDA">
      <w:numFmt w:val="bullet"/>
      <w:lvlText w:val="•"/>
      <w:lvlJc w:val="left"/>
      <w:pPr>
        <w:ind w:left="2448" w:hanging="241"/>
      </w:pPr>
      <w:rPr>
        <w:rFonts w:hint="default"/>
        <w:lang w:val="ru-RU" w:eastAsia="en-US" w:bidi="ar-SA"/>
      </w:rPr>
    </w:lvl>
    <w:lvl w:ilvl="3" w:tplc="19041A5C">
      <w:numFmt w:val="bullet"/>
      <w:lvlText w:val="•"/>
      <w:lvlJc w:val="left"/>
      <w:pPr>
        <w:ind w:left="3502" w:hanging="241"/>
      </w:pPr>
      <w:rPr>
        <w:rFonts w:hint="default"/>
        <w:lang w:val="ru-RU" w:eastAsia="en-US" w:bidi="ar-SA"/>
      </w:rPr>
    </w:lvl>
    <w:lvl w:ilvl="4" w:tplc="92E87BD6">
      <w:numFmt w:val="bullet"/>
      <w:lvlText w:val="•"/>
      <w:lvlJc w:val="left"/>
      <w:pPr>
        <w:ind w:left="4556" w:hanging="241"/>
      </w:pPr>
      <w:rPr>
        <w:rFonts w:hint="default"/>
        <w:lang w:val="ru-RU" w:eastAsia="en-US" w:bidi="ar-SA"/>
      </w:rPr>
    </w:lvl>
    <w:lvl w:ilvl="5" w:tplc="1D06D7F4">
      <w:numFmt w:val="bullet"/>
      <w:lvlText w:val="•"/>
      <w:lvlJc w:val="left"/>
      <w:pPr>
        <w:ind w:left="5610" w:hanging="241"/>
      </w:pPr>
      <w:rPr>
        <w:rFonts w:hint="default"/>
        <w:lang w:val="ru-RU" w:eastAsia="en-US" w:bidi="ar-SA"/>
      </w:rPr>
    </w:lvl>
    <w:lvl w:ilvl="6" w:tplc="310C278C">
      <w:numFmt w:val="bullet"/>
      <w:lvlText w:val="•"/>
      <w:lvlJc w:val="left"/>
      <w:pPr>
        <w:ind w:left="6664" w:hanging="241"/>
      </w:pPr>
      <w:rPr>
        <w:rFonts w:hint="default"/>
        <w:lang w:val="ru-RU" w:eastAsia="en-US" w:bidi="ar-SA"/>
      </w:rPr>
    </w:lvl>
    <w:lvl w:ilvl="7" w:tplc="7336740A">
      <w:numFmt w:val="bullet"/>
      <w:lvlText w:val="•"/>
      <w:lvlJc w:val="left"/>
      <w:pPr>
        <w:ind w:left="7718" w:hanging="241"/>
      </w:pPr>
      <w:rPr>
        <w:rFonts w:hint="default"/>
        <w:lang w:val="ru-RU" w:eastAsia="en-US" w:bidi="ar-SA"/>
      </w:rPr>
    </w:lvl>
    <w:lvl w:ilvl="8" w:tplc="3C0AD0F0">
      <w:numFmt w:val="bullet"/>
      <w:lvlText w:val="•"/>
      <w:lvlJc w:val="left"/>
      <w:pPr>
        <w:ind w:left="8772" w:hanging="241"/>
      </w:pPr>
      <w:rPr>
        <w:rFonts w:hint="default"/>
        <w:lang w:val="ru-RU" w:eastAsia="en-US" w:bidi="ar-SA"/>
      </w:rPr>
    </w:lvl>
  </w:abstractNum>
  <w:abstractNum w:abstractNumId="39" w15:restartNumberingAfterBreak="0">
    <w:nsid w:val="5B2C6FD2"/>
    <w:multiLevelType w:val="hybridMultilevel"/>
    <w:tmpl w:val="A0F46386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C491B3A"/>
    <w:multiLevelType w:val="hybridMultilevel"/>
    <w:tmpl w:val="561E36EE"/>
    <w:lvl w:ilvl="0" w:tplc="CD1ADCCA">
      <w:numFmt w:val="bullet"/>
      <w:lvlText w:val="-"/>
      <w:lvlJc w:val="left"/>
      <w:pPr>
        <w:ind w:left="167" w:hanging="91"/>
      </w:pPr>
      <w:rPr>
        <w:rFonts w:ascii="Times New Roman" w:eastAsia="Times New Roman" w:hAnsi="Times New Roman" w:cs="Times New Roman" w:hint="default"/>
        <w:w w:val="104"/>
        <w:sz w:val="15"/>
        <w:szCs w:val="15"/>
        <w:lang w:val="ru-RU" w:eastAsia="en-US" w:bidi="ar-SA"/>
      </w:rPr>
    </w:lvl>
    <w:lvl w:ilvl="1" w:tplc="CBBA443A">
      <w:numFmt w:val="bullet"/>
      <w:lvlText w:val="•"/>
      <w:lvlJc w:val="left"/>
      <w:pPr>
        <w:ind w:left="1028" w:hanging="91"/>
      </w:pPr>
      <w:rPr>
        <w:rFonts w:hint="default"/>
        <w:lang w:val="ru-RU" w:eastAsia="en-US" w:bidi="ar-SA"/>
      </w:rPr>
    </w:lvl>
    <w:lvl w:ilvl="2" w:tplc="B69C287E">
      <w:numFmt w:val="bullet"/>
      <w:lvlText w:val="•"/>
      <w:lvlJc w:val="left"/>
      <w:pPr>
        <w:ind w:left="1897" w:hanging="91"/>
      </w:pPr>
      <w:rPr>
        <w:rFonts w:hint="default"/>
        <w:lang w:val="ru-RU" w:eastAsia="en-US" w:bidi="ar-SA"/>
      </w:rPr>
    </w:lvl>
    <w:lvl w:ilvl="3" w:tplc="E7EA95CE">
      <w:numFmt w:val="bullet"/>
      <w:lvlText w:val="•"/>
      <w:lvlJc w:val="left"/>
      <w:pPr>
        <w:ind w:left="2765" w:hanging="91"/>
      </w:pPr>
      <w:rPr>
        <w:rFonts w:hint="default"/>
        <w:lang w:val="ru-RU" w:eastAsia="en-US" w:bidi="ar-SA"/>
      </w:rPr>
    </w:lvl>
    <w:lvl w:ilvl="4" w:tplc="9CE80F86">
      <w:numFmt w:val="bullet"/>
      <w:lvlText w:val="•"/>
      <w:lvlJc w:val="left"/>
      <w:pPr>
        <w:ind w:left="3634" w:hanging="91"/>
      </w:pPr>
      <w:rPr>
        <w:rFonts w:hint="default"/>
        <w:lang w:val="ru-RU" w:eastAsia="en-US" w:bidi="ar-SA"/>
      </w:rPr>
    </w:lvl>
    <w:lvl w:ilvl="5" w:tplc="EE0E4822">
      <w:numFmt w:val="bullet"/>
      <w:lvlText w:val="•"/>
      <w:lvlJc w:val="left"/>
      <w:pPr>
        <w:ind w:left="4503" w:hanging="91"/>
      </w:pPr>
      <w:rPr>
        <w:rFonts w:hint="default"/>
        <w:lang w:val="ru-RU" w:eastAsia="en-US" w:bidi="ar-SA"/>
      </w:rPr>
    </w:lvl>
    <w:lvl w:ilvl="6" w:tplc="9C34E512">
      <w:numFmt w:val="bullet"/>
      <w:lvlText w:val="•"/>
      <w:lvlJc w:val="left"/>
      <w:pPr>
        <w:ind w:left="5371" w:hanging="91"/>
      </w:pPr>
      <w:rPr>
        <w:rFonts w:hint="default"/>
        <w:lang w:val="ru-RU" w:eastAsia="en-US" w:bidi="ar-SA"/>
      </w:rPr>
    </w:lvl>
    <w:lvl w:ilvl="7" w:tplc="A6F0E3FE">
      <w:numFmt w:val="bullet"/>
      <w:lvlText w:val="•"/>
      <w:lvlJc w:val="left"/>
      <w:pPr>
        <w:ind w:left="6240" w:hanging="91"/>
      </w:pPr>
      <w:rPr>
        <w:rFonts w:hint="default"/>
        <w:lang w:val="ru-RU" w:eastAsia="en-US" w:bidi="ar-SA"/>
      </w:rPr>
    </w:lvl>
    <w:lvl w:ilvl="8" w:tplc="1618F924">
      <w:numFmt w:val="bullet"/>
      <w:lvlText w:val="•"/>
      <w:lvlJc w:val="left"/>
      <w:pPr>
        <w:ind w:left="7108" w:hanging="91"/>
      </w:pPr>
      <w:rPr>
        <w:rFonts w:hint="default"/>
        <w:lang w:val="ru-RU" w:eastAsia="en-US" w:bidi="ar-SA"/>
      </w:rPr>
    </w:lvl>
  </w:abstractNum>
  <w:abstractNum w:abstractNumId="41" w15:restartNumberingAfterBreak="0">
    <w:nsid w:val="5D106E4A"/>
    <w:multiLevelType w:val="hybridMultilevel"/>
    <w:tmpl w:val="91FCDDD0"/>
    <w:lvl w:ilvl="0" w:tplc="15FE2FE8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122DDD6">
      <w:numFmt w:val="bullet"/>
      <w:lvlText w:val="•"/>
      <w:lvlJc w:val="left"/>
      <w:pPr>
        <w:ind w:left="1546" w:hanging="361"/>
      </w:pPr>
      <w:rPr>
        <w:rFonts w:hint="default"/>
        <w:lang w:val="ru-RU" w:eastAsia="en-US" w:bidi="ar-SA"/>
      </w:rPr>
    </w:lvl>
    <w:lvl w:ilvl="2" w:tplc="E7C0711E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2DD47C30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C218AFAA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C2B08B8A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B7908350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F66A0AC8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09B23970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abstractNum w:abstractNumId="42" w15:restartNumberingAfterBreak="0">
    <w:nsid w:val="5D890BA3"/>
    <w:multiLevelType w:val="hybridMultilevel"/>
    <w:tmpl w:val="37425580"/>
    <w:lvl w:ilvl="0" w:tplc="9626CEE2">
      <w:start w:val="2"/>
      <w:numFmt w:val="decimal"/>
      <w:lvlText w:val="%1"/>
      <w:lvlJc w:val="left"/>
      <w:pPr>
        <w:ind w:left="286" w:hanging="18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C7A2184">
      <w:numFmt w:val="bullet"/>
      <w:lvlText w:val="•"/>
      <w:lvlJc w:val="left"/>
      <w:pPr>
        <w:ind w:left="1330" w:hanging="181"/>
      </w:pPr>
      <w:rPr>
        <w:rFonts w:hint="default"/>
        <w:lang w:val="ru-RU" w:eastAsia="en-US" w:bidi="ar-SA"/>
      </w:rPr>
    </w:lvl>
    <w:lvl w:ilvl="2" w:tplc="0D78F2B8">
      <w:numFmt w:val="bullet"/>
      <w:lvlText w:val="•"/>
      <w:lvlJc w:val="left"/>
      <w:pPr>
        <w:ind w:left="2380" w:hanging="181"/>
      </w:pPr>
      <w:rPr>
        <w:rFonts w:hint="default"/>
        <w:lang w:val="ru-RU" w:eastAsia="en-US" w:bidi="ar-SA"/>
      </w:rPr>
    </w:lvl>
    <w:lvl w:ilvl="3" w:tplc="0088C902">
      <w:numFmt w:val="bullet"/>
      <w:lvlText w:val="•"/>
      <w:lvlJc w:val="left"/>
      <w:pPr>
        <w:ind w:left="3430" w:hanging="181"/>
      </w:pPr>
      <w:rPr>
        <w:rFonts w:hint="default"/>
        <w:lang w:val="ru-RU" w:eastAsia="en-US" w:bidi="ar-SA"/>
      </w:rPr>
    </w:lvl>
    <w:lvl w:ilvl="4" w:tplc="DF4888AC">
      <w:numFmt w:val="bullet"/>
      <w:lvlText w:val="•"/>
      <w:lvlJc w:val="left"/>
      <w:pPr>
        <w:ind w:left="4480" w:hanging="181"/>
      </w:pPr>
      <w:rPr>
        <w:rFonts w:hint="default"/>
        <w:lang w:val="ru-RU" w:eastAsia="en-US" w:bidi="ar-SA"/>
      </w:rPr>
    </w:lvl>
    <w:lvl w:ilvl="5" w:tplc="D7C05FC2">
      <w:numFmt w:val="bullet"/>
      <w:lvlText w:val="•"/>
      <w:lvlJc w:val="left"/>
      <w:pPr>
        <w:ind w:left="5530" w:hanging="181"/>
      </w:pPr>
      <w:rPr>
        <w:rFonts w:hint="default"/>
        <w:lang w:val="ru-RU" w:eastAsia="en-US" w:bidi="ar-SA"/>
      </w:rPr>
    </w:lvl>
    <w:lvl w:ilvl="6" w:tplc="314A2A36">
      <w:numFmt w:val="bullet"/>
      <w:lvlText w:val="•"/>
      <w:lvlJc w:val="left"/>
      <w:pPr>
        <w:ind w:left="6580" w:hanging="181"/>
      </w:pPr>
      <w:rPr>
        <w:rFonts w:hint="default"/>
        <w:lang w:val="ru-RU" w:eastAsia="en-US" w:bidi="ar-SA"/>
      </w:rPr>
    </w:lvl>
    <w:lvl w:ilvl="7" w:tplc="B734EBC8">
      <w:numFmt w:val="bullet"/>
      <w:lvlText w:val="•"/>
      <w:lvlJc w:val="left"/>
      <w:pPr>
        <w:ind w:left="7630" w:hanging="181"/>
      </w:pPr>
      <w:rPr>
        <w:rFonts w:hint="default"/>
        <w:lang w:val="ru-RU" w:eastAsia="en-US" w:bidi="ar-SA"/>
      </w:rPr>
    </w:lvl>
    <w:lvl w:ilvl="8" w:tplc="0DB2DC6A">
      <w:numFmt w:val="bullet"/>
      <w:lvlText w:val="•"/>
      <w:lvlJc w:val="left"/>
      <w:pPr>
        <w:ind w:left="8680" w:hanging="181"/>
      </w:pPr>
      <w:rPr>
        <w:rFonts w:hint="default"/>
        <w:lang w:val="ru-RU" w:eastAsia="en-US" w:bidi="ar-SA"/>
      </w:rPr>
    </w:lvl>
  </w:abstractNum>
  <w:abstractNum w:abstractNumId="43" w15:restartNumberingAfterBreak="0">
    <w:nsid w:val="67114591"/>
    <w:multiLevelType w:val="hybridMultilevel"/>
    <w:tmpl w:val="29B09A38"/>
    <w:lvl w:ilvl="0" w:tplc="042C8314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7A24920">
      <w:numFmt w:val="bullet"/>
      <w:lvlText w:val="•"/>
      <w:lvlJc w:val="left"/>
      <w:pPr>
        <w:ind w:left="1546" w:hanging="361"/>
      </w:pPr>
      <w:rPr>
        <w:rFonts w:hint="default"/>
        <w:lang w:val="ru-RU" w:eastAsia="en-US" w:bidi="ar-SA"/>
      </w:rPr>
    </w:lvl>
    <w:lvl w:ilvl="2" w:tplc="DA0C8010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7F6A9538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0D946794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1EEA3FD2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D5F6CF7C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71901488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0A3E33E6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abstractNum w:abstractNumId="44" w15:restartNumberingAfterBreak="0">
    <w:nsid w:val="67B44365"/>
    <w:multiLevelType w:val="hybridMultilevel"/>
    <w:tmpl w:val="6D024FF0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A7C63B9"/>
    <w:multiLevelType w:val="hybridMultilevel"/>
    <w:tmpl w:val="113C9544"/>
    <w:lvl w:ilvl="0" w:tplc="FAE6E38A">
      <w:start w:val="1"/>
      <w:numFmt w:val="decimal"/>
      <w:lvlText w:val="%1."/>
      <w:lvlJc w:val="left"/>
      <w:pPr>
        <w:ind w:left="106" w:hanging="18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1B441DC">
      <w:numFmt w:val="bullet"/>
      <w:lvlText w:val="•"/>
      <w:lvlJc w:val="left"/>
      <w:pPr>
        <w:ind w:left="1168" w:hanging="182"/>
      </w:pPr>
      <w:rPr>
        <w:rFonts w:hint="default"/>
        <w:lang w:val="ru-RU" w:eastAsia="en-US" w:bidi="ar-SA"/>
      </w:rPr>
    </w:lvl>
    <w:lvl w:ilvl="2" w:tplc="E6BE8CCE">
      <w:numFmt w:val="bullet"/>
      <w:lvlText w:val="•"/>
      <w:lvlJc w:val="left"/>
      <w:pPr>
        <w:ind w:left="2236" w:hanging="182"/>
      </w:pPr>
      <w:rPr>
        <w:rFonts w:hint="default"/>
        <w:lang w:val="ru-RU" w:eastAsia="en-US" w:bidi="ar-SA"/>
      </w:rPr>
    </w:lvl>
    <w:lvl w:ilvl="3" w:tplc="632AB152">
      <w:numFmt w:val="bullet"/>
      <w:lvlText w:val="•"/>
      <w:lvlJc w:val="left"/>
      <w:pPr>
        <w:ind w:left="3304" w:hanging="182"/>
      </w:pPr>
      <w:rPr>
        <w:rFonts w:hint="default"/>
        <w:lang w:val="ru-RU" w:eastAsia="en-US" w:bidi="ar-SA"/>
      </w:rPr>
    </w:lvl>
    <w:lvl w:ilvl="4" w:tplc="441AE86A">
      <w:numFmt w:val="bullet"/>
      <w:lvlText w:val="•"/>
      <w:lvlJc w:val="left"/>
      <w:pPr>
        <w:ind w:left="4372" w:hanging="182"/>
      </w:pPr>
      <w:rPr>
        <w:rFonts w:hint="default"/>
        <w:lang w:val="ru-RU" w:eastAsia="en-US" w:bidi="ar-SA"/>
      </w:rPr>
    </w:lvl>
    <w:lvl w:ilvl="5" w:tplc="EDD45E5E">
      <w:numFmt w:val="bullet"/>
      <w:lvlText w:val="•"/>
      <w:lvlJc w:val="left"/>
      <w:pPr>
        <w:ind w:left="5440" w:hanging="182"/>
      </w:pPr>
      <w:rPr>
        <w:rFonts w:hint="default"/>
        <w:lang w:val="ru-RU" w:eastAsia="en-US" w:bidi="ar-SA"/>
      </w:rPr>
    </w:lvl>
    <w:lvl w:ilvl="6" w:tplc="D9ECD5E0">
      <w:numFmt w:val="bullet"/>
      <w:lvlText w:val="•"/>
      <w:lvlJc w:val="left"/>
      <w:pPr>
        <w:ind w:left="6508" w:hanging="182"/>
      </w:pPr>
      <w:rPr>
        <w:rFonts w:hint="default"/>
        <w:lang w:val="ru-RU" w:eastAsia="en-US" w:bidi="ar-SA"/>
      </w:rPr>
    </w:lvl>
    <w:lvl w:ilvl="7" w:tplc="AB0C74A8">
      <w:numFmt w:val="bullet"/>
      <w:lvlText w:val="•"/>
      <w:lvlJc w:val="left"/>
      <w:pPr>
        <w:ind w:left="7576" w:hanging="182"/>
      </w:pPr>
      <w:rPr>
        <w:rFonts w:hint="default"/>
        <w:lang w:val="ru-RU" w:eastAsia="en-US" w:bidi="ar-SA"/>
      </w:rPr>
    </w:lvl>
    <w:lvl w:ilvl="8" w:tplc="E1CCCE06">
      <w:numFmt w:val="bullet"/>
      <w:lvlText w:val="•"/>
      <w:lvlJc w:val="left"/>
      <w:pPr>
        <w:ind w:left="8644" w:hanging="182"/>
      </w:pPr>
      <w:rPr>
        <w:rFonts w:hint="default"/>
        <w:lang w:val="ru-RU" w:eastAsia="en-US" w:bidi="ar-SA"/>
      </w:rPr>
    </w:lvl>
  </w:abstractNum>
  <w:abstractNum w:abstractNumId="46" w15:restartNumberingAfterBreak="0">
    <w:nsid w:val="6D8267F5"/>
    <w:multiLevelType w:val="hybridMultilevel"/>
    <w:tmpl w:val="1758C912"/>
    <w:lvl w:ilvl="0" w:tplc="C5944F1A">
      <w:start w:val="1"/>
      <w:numFmt w:val="upperRoman"/>
      <w:lvlText w:val="%1."/>
      <w:lvlJc w:val="left"/>
      <w:pPr>
        <w:ind w:left="1080" w:hanging="720"/>
      </w:pPr>
      <w:rPr>
        <w:rFonts w:ascii="Times New Roman" w:eastAsia="Times New Roman" w:hAnsi="Times New Roman" w:hint="default"/>
        <w:b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0D27966"/>
    <w:multiLevelType w:val="hybridMultilevel"/>
    <w:tmpl w:val="3672038C"/>
    <w:lvl w:ilvl="0" w:tplc="4E28E73A">
      <w:numFmt w:val="bullet"/>
      <w:lvlText w:val="-"/>
      <w:lvlJc w:val="left"/>
      <w:pPr>
        <w:ind w:left="167" w:hanging="91"/>
      </w:pPr>
      <w:rPr>
        <w:rFonts w:ascii="Times New Roman" w:eastAsia="Times New Roman" w:hAnsi="Times New Roman" w:cs="Times New Roman" w:hint="default"/>
        <w:w w:val="104"/>
        <w:sz w:val="15"/>
        <w:szCs w:val="15"/>
        <w:lang w:val="ru-RU" w:eastAsia="en-US" w:bidi="ar-SA"/>
      </w:rPr>
    </w:lvl>
    <w:lvl w:ilvl="1" w:tplc="2D823C50">
      <w:numFmt w:val="bullet"/>
      <w:lvlText w:val="•"/>
      <w:lvlJc w:val="left"/>
      <w:pPr>
        <w:ind w:left="1230" w:hanging="91"/>
      </w:pPr>
      <w:rPr>
        <w:rFonts w:hint="default"/>
        <w:lang w:val="ru-RU" w:eastAsia="en-US" w:bidi="ar-SA"/>
      </w:rPr>
    </w:lvl>
    <w:lvl w:ilvl="2" w:tplc="2F4CEED6">
      <w:numFmt w:val="bullet"/>
      <w:lvlText w:val="•"/>
      <w:lvlJc w:val="left"/>
      <w:pPr>
        <w:ind w:left="2300" w:hanging="91"/>
      </w:pPr>
      <w:rPr>
        <w:rFonts w:hint="default"/>
        <w:lang w:val="ru-RU" w:eastAsia="en-US" w:bidi="ar-SA"/>
      </w:rPr>
    </w:lvl>
    <w:lvl w:ilvl="3" w:tplc="158AC3CE">
      <w:numFmt w:val="bullet"/>
      <w:lvlText w:val="•"/>
      <w:lvlJc w:val="left"/>
      <w:pPr>
        <w:ind w:left="3370" w:hanging="91"/>
      </w:pPr>
      <w:rPr>
        <w:rFonts w:hint="default"/>
        <w:lang w:val="ru-RU" w:eastAsia="en-US" w:bidi="ar-SA"/>
      </w:rPr>
    </w:lvl>
    <w:lvl w:ilvl="4" w:tplc="61929E90">
      <w:numFmt w:val="bullet"/>
      <w:lvlText w:val="•"/>
      <w:lvlJc w:val="left"/>
      <w:pPr>
        <w:ind w:left="4441" w:hanging="91"/>
      </w:pPr>
      <w:rPr>
        <w:rFonts w:hint="default"/>
        <w:lang w:val="ru-RU" w:eastAsia="en-US" w:bidi="ar-SA"/>
      </w:rPr>
    </w:lvl>
    <w:lvl w:ilvl="5" w:tplc="6A1E6F42">
      <w:numFmt w:val="bullet"/>
      <w:lvlText w:val="•"/>
      <w:lvlJc w:val="left"/>
      <w:pPr>
        <w:ind w:left="5511" w:hanging="91"/>
      </w:pPr>
      <w:rPr>
        <w:rFonts w:hint="default"/>
        <w:lang w:val="ru-RU" w:eastAsia="en-US" w:bidi="ar-SA"/>
      </w:rPr>
    </w:lvl>
    <w:lvl w:ilvl="6" w:tplc="BB646AFC">
      <w:numFmt w:val="bullet"/>
      <w:lvlText w:val="•"/>
      <w:lvlJc w:val="left"/>
      <w:pPr>
        <w:ind w:left="6581" w:hanging="91"/>
      </w:pPr>
      <w:rPr>
        <w:rFonts w:hint="default"/>
        <w:lang w:val="ru-RU" w:eastAsia="en-US" w:bidi="ar-SA"/>
      </w:rPr>
    </w:lvl>
    <w:lvl w:ilvl="7" w:tplc="D82C9586">
      <w:numFmt w:val="bullet"/>
      <w:lvlText w:val="•"/>
      <w:lvlJc w:val="left"/>
      <w:pPr>
        <w:ind w:left="7652" w:hanging="91"/>
      </w:pPr>
      <w:rPr>
        <w:rFonts w:hint="default"/>
        <w:lang w:val="ru-RU" w:eastAsia="en-US" w:bidi="ar-SA"/>
      </w:rPr>
    </w:lvl>
    <w:lvl w:ilvl="8" w:tplc="CAC69506">
      <w:numFmt w:val="bullet"/>
      <w:lvlText w:val="•"/>
      <w:lvlJc w:val="left"/>
      <w:pPr>
        <w:ind w:left="8722" w:hanging="91"/>
      </w:pPr>
      <w:rPr>
        <w:rFonts w:hint="default"/>
        <w:lang w:val="ru-RU" w:eastAsia="en-US" w:bidi="ar-SA"/>
      </w:rPr>
    </w:lvl>
  </w:abstractNum>
  <w:abstractNum w:abstractNumId="48" w15:restartNumberingAfterBreak="0">
    <w:nsid w:val="7497207B"/>
    <w:multiLevelType w:val="hybridMultilevel"/>
    <w:tmpl w:val="91BEA1DA"/>
    <w:lvl w:ilvl="0" w:tplc="B56A14AC">
      <w:numFmt w:val="bullet"/>
      <w:lvlText w:val="—"/>
      <w:lvlJc w:val="left"/>
      <w:pPr>
        <w:ind w:left="106" w:hanging="4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3E824AE">
      <w:numFmt w:val="bullet"/>
      <w:lvlText w:val="•"/>
      <w:lvlJc w:val="left"/>
      <w:pPr>
        <w:ind w:left="1168" w:hanging="481"/>
      </w:pPr>
      <w:rPr>
        <w:rFonts w:hint="default"/>
        <w:lang w:val="ru-RU" w:eastAsia="en-US" w:bidi="ar-SA"/>
      </w:rPr>
    </w:lvl>
    <w:lvl w:ilvl="2" w:tplc="95A07E2A">
      <w:numFmt w:val="bullet"/>
      <w:lvlText w:val="•"/>
      <w:lvlJc w:val="left"/>
      <w:pPr>
        <w:ind w:left="2236" w:hanging="481"/>
      </w:pPr>
      <w:rPr>
        <w:rFonts w:hint="default"/>
        <w:lang w:val="ru-RU" w:eastAsia="en-US" w:bidi="ar-SA"/>
      </w:rPr>
    </w:lvl>
    <w:lvl w:ilvl="3" w:tplc="8AB00874">
      <w:numFmt w:val="bullet"/>
      <w:lvlText w:val="•"/>
      <w:lvlJc w:val="left"/>
      <w:pPr>
        <w:ind w:left="3304" w:hanging="481"/>
      </w:pPr>
      <w:rPr>
        <w:rFonts w:hint="default"/>
        <w:lang w:val="ru-RU" w:eastAsia="en-US" w:bidi="ar-SA"/>
      </w:rPr>
    </w:lvl>
    <w:lvl w:ilvl="4" w:tplc="8DC2E28A">
      <w:numFmt w:val="bullet"/>
      <w:lvlText w:val="•"/>
      <w:lvlJc w:val="left"/>
      <w:pPr>
        <w:ind w:left="4372" w:hanging="481"/>
      </w:pPr>
      <w:rPr>
        <w:rFonts w:hint="default"/>
        <w:lang w:val="ru-RU" w:eastAsia="en-US" w:bidi="ar-SA"/>
      </w:rPr>
    </w:lvl>
    <w:lvl w:ilvl="5" w:tplc="5B0AF0A2">
      <w:numFmt w:val="bullet"/>
      <w:lvlText w:val="•"/>
      <w:lvlJc w:val="left"/>
      <w:pPr>
        <w:ind w:left="5440" w:hanging="481"/>
      </w:pPr>
      <w:rPr>
        <w:rFonts w:hint="default"/>
        <w:lang w:val="ru-RU" w:eastAsia="en-US" w:bidi="ar-SA"/>
      </w:rPr>
    </w:lvl>
    <w:lvl w:ilvl="6" w:tplc="FBC09BD0">
      <w:numFmt w:val="bullet"/>
      <w:lvlText w:val="•"/>
      <w:lvlJc w:val="left"/>
      <w:pPr>
        <w:ind w:left="6508" w:hanging="481"/>
      </w:pPr>
      <w:rPr>
        <w:rFonts w:hint="default"/>
        <w:lang w:val="ru-RU" w:eastAsia="en-US" w:bidi="ar-SA"/>
      </w:rPr>
    </w:lvl>
    <w:lvl w:ilvl="7" w:tplc="150CD84A">
      <w:numFmt w:val="bullet"/>
      <w:lvlText w:val="•"/>
      <w:lvlJc w:val="left"/>
      <w:pPr>
        <w:ind w:left="7576" w:hanging="481"/>
      </w:pPr>
      <w:rPr>
        <w:rFonts w:hint="default"/>
        <w:lang w:val="ru-RU" w:eastAsia="en-US" w:bidi="ar-SA"/>
      </w:rPr>
    </w:lvl>
    <w:lvl w:ilvl="8" w:tplc="1A30E456">
      <w:numFmt w:val="bullet"/>
      <w:lvlText w:val="•"/>
      <w:lvlJc w:val="left"/>
      <w:pPr>
        <w:ind w:left="8644" w:hanging="481"/>
      </w:pPr>
      <w:rPr>
        <w:rFonts w:hint="default"/>
        <w:lang w:val="ru-RU" w:eastAsia="en-US" w:bidi="ar-SA"/>
      </w:rPr>
    </w:lvl>
  </w:abstractNum>
  <w:abstractNum w:abstractNumId="49" w15:restartNumberingAfterBreak="0">
    <w:nsid w:val="7D805EFE"/>
    <w:multiLevelType w:val="hybridMultilevel"/>
    <w:tmpl w:val="0C3A66C6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36"/>
  </w:num>
  <w:num w:numId="11">
    <w:abstractNumId w:val="24"/>
  </w:num>
  <w:num w:numId="12">
    <w:abstractNumId w:val="23"/>
  </w:num>
  <w:num w:numId="13">
    <w:abstractNumId w:val="27"/>
  </w:num>
  <w:num w:numId="14">
    <w:abstractNumId w:val="44"/>
  </w:num>
  <w:num w:numId="15">
    <w:abstractNumId w:val="49"/>
  </w:num>
  <w:num w:numId="16">
    <w:abstractNumId w:val="10"/>
  </w:num>
  <w:num w:numId="17">
    <w:abstractNumId w:val="29"/>
  </w:num>
  <w:num w:numId="18">
    <w:abstractNumId w:val="28"/>
  </w:num>
  <w:num w:numId="19">
    <w:abstractNumId w:val="39"/>
  </w:num>
  <w:num w:numId="20">
    <w:abstractNumId w:val="21"/>
  </w:num>
  <w:num w:numId="21">
    <w:abstractNumId w:val="46"/>
  </w:num>
  <w:num w:numId="22">
    <w:abstractNumId w:val="18"/>
  </w:num>
  <w:num w:numId="23">
    <w:abstractNumId w:val="15"/>
  </w:num>
  <w:num w:numId="24">
    <w:abstractNumId w:val="37"/>
  </w:num>
  <w:num w:numId="25">
    <w:abstractNumId w:val="34"/>
  </w:num>
  <w:num w:numId="26">
    <w:abstractNumId w:val="16"/>
  </w:num>
  <w:num w:numId="27">
    <w:abstractNumId w:val="12"/>
  </w:num>
  <w:num w:numId="28">
    <w:abstractNumId w:val="45"/>
  </w:num>
  <w:num w:numId="29">
    <w:abstractNumId w:val="19"/>
  </w:num>
  <w:num w:numId="30">
    <w:abstractNumId w:val="25"/>
  </w:num>
  <w:num w:numId="31">
    <w:abstractNumId w:val="42"/>
  </w:num>
  <w:num w:numId="32">
    <w:abstractNumId w:val="32"/>
  </w:num>
  <w:num w:numId="33">
    <w:abstractNumId w:val="17"/>
  </w:num>
  <w:num w:numId="34">
    <w:abstractNumId w:val="26"/>
  </w:num>
  <w:num w:numId="35">
    <w:abstractNumId w:val="47"/>
  </w:num>
  <w:num w:numId="36">
    <w:abstractNumId w:val="35"/>
  </w:num>
  <w:num w:numId="37">
    <w:abstractNumId w:val="40"/>
  </w:num>
  <w:num w:numId="38">
    <w:abstractNumId w:val="31"/>
  </w:num>
  <w:num w:numId="39">
    <w:abstractNumId w:val="9"/>
  </w:num>
  <w:num w:numId="40">
    <w:abstractNumId w:val="13"/>
  </w:num>
  <w:num w:numId="41">
    <w:abstractNumId w:val="30"/>
  </w:num>
  <w:num w:numId="42">
    <w:abstractNumId w:val="38"/>
  </w:num>
  <w:num w:numId="43">
    <w:abstractNumId w:val="22"/>
  </w:num>
  <w:num w:numId="44">
    <w:abstractNumId w:val="48"/>
  </w:num>
  <w:num w:numId="45">
    <w:abstractNumId w:val="41"/>
  </w:num>
  <w:num w:numId="46">
    <w:abstractNumId w:val="11"/>
  </w:num>
  <w:num w:numId="47">
    <w:abstractNumId w:val="33"/>
  </w:num>
  <w:num w:numId="48">
    <w:abstractNumId w:val="14"/>
  </w:num>
  <w:num w:numId="49">
    <w:abstractNumId w:val="20"/>
  </w:num>
  <w:num w:numId="50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02407"/>
    <w:rsid w:val="00034616"/>
    <w:rsid w:val="0006063C"/>
    <w:rsid w:val="000C70CE"/>
    <w:rsid w:val="000D3C84"/>
    <w:rsid w:val="001138E7"/>
    <w:rsid w:val="0015074B"/>
    <w:rsid w:val="001548F9"/>
    <w:rsid w:val="001870C2"/>
    <w:rsid w:val="001971D4"/>
    <w:rsid w:val="001A19BD"/>
    <w:rsid w:val="001F2AB0"/>
    <w:rsid w:val="001F78E4"/>
    <w:rsid w:val="00210204"/>
    <w:rsid w:val="00274380"/>
    <w:rsid w:val="0029639D"/>
    <w:rsid w:val="00326F90"/>
    <w:rsid w:val="00371A6C"/>
    <w:rsid w:val="00374FEA"/>
    <w:rsid w:val="00394C6C"/>
    <w:rsid w:val="003B20DE"/>
    <w:rsid w:val="00452FF2"/>
    <w:rsid w:val="00454CF0"/>
    <w:rsid w:val="00482F2A"/>
    <w:rsid w:val="005D7497"/>
    <w:rsid w:val="006127F0"/>
    <w:rsid w:val="00655A0A"/>
    <w:rsid w:val="0069551C"/>
    <w:rsid w:val="006E2C1E"/>
    <w:rsid w:val="006F7B31"/>
    <w:rsid w:val="00726BFA"/>
    <w:rsid w:val="00727D2D"/>
    <w:rsid w:val="007A047B"/>
    <w:rsid w:val="007B4C17"/>
    <w:rsid w:val="00890695"/>
    <w:rsid w:val="00921941"/>
    <w:rsid w:val="009B7464"/>
    <w:rsid w:val="009E1090"/>
    <w:rsid w:val="00A42982"/>
    <w:rsid w:val="00A51D48"/>
    <w:rsid w:val="00AA1D8D"/>
    <w:rsid w:val="00AA22DB"/>
    <w:rsid w:val="00AC0B4D"/>
    <w:rsid w:val="00B47730"/>
    <w:rsid w:val="00B64D03"/>
    <w:rsid w:val="00BC1621"/>
    <w:rsid w:val="00CB0664"/>
    <w:rsid w:val="00CB36A7"/>
    <w:rsid w:val="00CB497B"/>
    <w:rsid w:val="00CE4361"/>
    <w:rsid w:val="00D170E0"/>
    <w:rsid w:val="00D4698F"/>
    <w:rsid w:val="00D66590"/>
    <w:rsid w:val="00D90A40"/>
    <w:rsid w:val="00E12312"/>
    <w:rsid w:val="00E12588"/>
    <w:rsid w:val="00E875B5"/>
    <w:rsid w:val="00E94CFA"/>
    <w:rsid w:val="00EB1D13"/>
    <w:rsid w:val="00F659A2"/>
    <w:rsid w:val="00F762D2"/>
    <w:rsid w:val="00FB4116"/>
    <w:rsid w:val="00FC693F"/>
    <w:rsid w:val="00FD1F4D"/>
    <w:rsid w:val="00FE2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82909E"/>
  <w14:defaultImageDpi w14:val="300"/>
  <w15:docId w15:val="{168543AF-9C47-4856-AE54-8AF817239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1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1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1"/>
    <w:unhideWhenUsed/>
    <w:qFormat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8">
    <w:name w:val="Hyperlink"/>
    <w:basedOn w:val="a2"/>
    <w:uiPriority w:val="99"/>
    <w:unhideWhenUsed/>
    <w:rsid w:val="00371A6C"/>
    <w:rPr>
      <w:color w:val="0000FF" w:themeColor="hyperlink"/>
      <w:u w:val="single"/>
    </w:rPr>
  </w:style>
  <w:style w:type="character" w:customStyle="1" w:styleId="14">
    <w:name w:val="Неразрешенное упоминание1"/>
    <w:basedOn w:val="a2"/>
    <w:uiPriority w:val="99"/>
    <w:semiHidden/>
    <w:unhideWhenUsed/>
    <w:rsid w:val="00371A6C"/>
    <w:rPr>
      <w:color w:val="605E5C"/>
      <w:shd w:val="clear" w:color="auto" w:fill="E1DFDD"/>
    </w:rPr>
  </w:style>
  <w:style w:type="paragraph" w:styleId="aff9">
    <w:name w:val="Balloon Text"/>
    <w:basedOn w:val="a1"/>
    <w:link w:val="affa"/>
    <w:uiPriority w:val="99"/>
    <w:semiHidden/>
    <w:unhideWhenUsed/>
    <w:rsid w:val="00EB1D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a">
    <w:name w:val="Текст выноски Знак"/>
    <w:basedOn w:val="a2"/>
    <w:link w:val="aff9"/>
    <w:uiPriority w:val="99"/>
    <w:semiHidden/>
    <w:rsid w:val="00EB1D13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394C6C"/>
    <w:pPr>
      <w:widowControl w:val="0"/>
      <w:autoSpaceDE w:val="0"/>
      <w:autoSpaceDN w:val="0"/>
      <w:spacing w:after="0" w:line="240" w:lineRule="auto"/>
    </w:pPr>
    <w:rPr>
      <w:rFonts w:eastAsiaTheme="minorHAns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1"/>
    <w:uiPriority w:val="1"/>
    <w:qFormat/>
    <w:rsid w:val="00394C6C"/>
    <w:pPr>
      <w:widowControl w:val="0"/>
      <w:autoSpaceDE w:val="0"/>
      <w:autoSpaceDN w:val="0"/>
      <w:spacing w:before="86" w:after="0" w:line="240" w:lineRule="auto"/>
      <w:ind w:left="76"/>
    </w:pPr>
    <w:rPr>
      <w:rFonts w:ascii="Times New Roman" w:eastAsia="Times New Roman" w:hAnsi="Times New Roman" w:cs="Times New Roman"/>
      <w:lang w:val="ru-RU"/>
    </w:rPr>
  </w:style>
  <w:style w:type="paragraph" w:customStyle="1" w:styleId="affb">
    <w:name w:val="Базовый"/>
    <w:uiPriority w:val="99"/>
    <w:rsid w:val="00394C6C"/>
    <w:pPr>
      <w:suppressAutoHyphens/>
    </w:pPr>
    <w:rPr>
      <w:rFonts w:ascii="Calibri" w:eastAsia="Calibri" w:hAnsi="Calibri" w:cs="Times New Roman"/>
      <w:lang w:val="ru-RU"/>
    </w:rPr>
  </w:style>
  <w:style w:type="paragraph" w:customStyle="1" w:styleId="ConsPlusNormal">
    <w:name w:val="ConsPlusNormal"/>
    <w:uiPriority w:val="99"/>
    <w:rsid w:val="00394C6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418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1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8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4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nsportal.ru/nachalnayashkola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uchportal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education.yandex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edsovet.s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nsportal.ru/nachalnayashkola" TargetMode="External"/><Relationship Id="rId10" Type="http://schemas.openxmlformats.org/officeDocument/2006/relationships/hyperlink" Target="http://www.uchportal.ru/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nsportal.ru/nachalnayashko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8B92514-6E04-463B-B4DF-3DAF37C24E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</Pages>
  <Words>21412</Words>
  <Characters>122050</Characters>
  <Application>Microsoft Office Word</Application>
  <DocSecurity>0</DocSecurity>
  <Lines>1017</Lines>
  <Paragraphs>286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143176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Егорова</cp:lastModifiedBy>
  <cp:revision>17</cp:revision>
  <cp:lastPrinted>2022-10-19T11:54:00Z</cp:lastPrinted>
  <dcterms:created xsi:type="dcterms:W3CDTF">2022-10-10T18:16:00Z</dcterms:created>
  <dcterms:modified xsi:type="dcterms:W3CDTF">2023-02-22T06:20:00Z</dcterms:modified>
  <cp:category/>
</cp:coreProperties>
</file>